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26DF78" w14:textId="77777777" w:rsidR="003928F6" w:rsidRDefault="00000000">
      <w:pPr>
        <w:spacing w:after="60"/>
        <w:jc w:val="center"/>
      </w:pPr>
      <w:r>
        <w:rPr>
          <w:b/>
          <w:color w:val="FF0000"/>
        </w:rPr>
        <w:t>PHẦN 1. BẢNG ĐỊNH HƯỚNG TÍCH HỢP</w:t>
      </w:r>
    </w:p>
    <w:p w14:paraId="0357B96B" w14:textId="77777777" w:rsidR="003928F6" w:rsidRDefault="00000000">
      <w:pPr>
        <w:spacing w:after="60"/>
      </w:pPr>
      <w:r>
        <w:rPr>
          <w:b/>
          <w:color w:val="FF0000"/>
        </w:rPr>
        <w:t xml:space="preserve">Thông tin bài dạy: </w:t>
      </w:r>
      <w:r>
        <w:rPr>
          <w:color w:val="FF0000"/>
        </w:rPr>
        <w:t>THCS; lớp 6; môn Khoa học tự nhiên; Bài 1. Giới thiệu về Khoa học tự nhiên; bộ Kết nối tri thức với cuộc sống; 03 tiết; học sinh không mang máy tính/điện thoại đến trường, có thể sử dụng ở nhà.</w:t>
      </w:r>
    </w:p>
    <w:tbl>
      <w:tblPr>
        <w:tblStyle w:val="TableGrid"/>
        <w:tblW w:w="0" w:type="auto"/>
        <w:tblLayout w:type="fixed"/>
        <w:tblLook w:val="04A0" w:firstRow="1" w:lastRow="0" w:firstColumn="1" w:lastColumn="0" w:noHBand="0" w:noVBand="1"/>
      </w:tblPr>
      <w:tblGrid>
        <w:gridCol w:w="720"/>
        <w:gridCol w:w="1180"/>
        <w:gridCol w:w="1123"/>
        <w:gridCol w:w="1267"/>
        <w:gridCol w:w="979"/>
        <w:gridCol w:w="1051"/>
        <w:gridCol w:w="1137"/>
        <w:gridCol w:w="1468"/>
        <w:gridCol w:w="1526"/>
        <w:gridCol w:w="1555"/>
        <w:gridCol w:w="892"/>
        <w:gridCol w:w="1065"/>
      </w:tblGrid>
      <w:tr w:rsidR="003928F6" w14:paraId="5B620AC6" w14:textId="77777777">
        <w:trPr>
          <w:cantSplit/>
          <w:tblHeader/>
        </w:trPr>
        <w:tc>
          <w:tcPr>
            <w:tcW w:w="720" w:type="dxa"/>
            <w:shd w:val="clear" w:color="auto" w:fill="FDE9E7"/>
            <w:tcMar>
              <w:top w:w="55" w:type="dxa"/>
              <w:left w:w="65" w:type="dxa"/>
              <w:bottom w:w="55" w:type="dxa"/>
              <w:right w:w="65" w:type="dxa"/>
            </w:tcMar>
            <w:vAlign w:val="center"/>
          </w:tcPr>
          <w:p w14:paraId="5770E189" w14:textId="77777777" w:rsidR="003928F6" w:rsidRDefault="00000000">
            <w:pPr>
              <w:spacing w:after="0"/>
              <w:jc w:val="center"/>
            </w:pPr>
            <w:r>
              <w:rPr>
                <w:b/>
                <w:color w:val="FF0000"/>
              </w:rPr>
              <w:t>STT</w:t>
            </w:r>
          </w:p>
        </w:tc>
        <w:tc>
          <w:tcPr>
            <w:tcW w:w="1180" w:type="dxa"/>
            <w:shd w:val="clear" w:color="auto" w:fill="FDE9E7"/>
            <w:tcMar>
              <w:top w:w="55" w:type="dxa"/>
              <w:left w:w="65" w:type="dxa"/>
              <w:bottom w:w="55" w:type="dxa"/>
              <w:right w:w="65" w:type="dxa"/>
            </w:tcMar>
            <w:vAlign w:val="center"/>
          </w:tcPr>
          <w:p w14:paraId="2089304B" w14:textId="77777777" w:rsidR="003928F6" w:rsidRDefault="00000000">
            <w:pPr>
              <w:spacing w:after="0"/>
              <w:jc w:val="center"/>
            </w:pPr>
            <w:r>
              <w:rPr>
                <w:b/>
                <w:color w:val="FF0000"/>
              </w:rPr>
              <w:t>Hoạt động/</w:t>
            </w:r>
            <w:r>
              <w:rPr>
                <w:b/>
                <w:color w:val="FF0000"/>
              </w:rPr>
              <w:br/>
              <w:t>vị trí</w:t>
            </w:r>
          </w:p>
        </w:tc>
        <w:tc>
          <w:tcPr>
            <w:tcW w:w="1123" w:type="dxa"/>
            <w:shd w:val="clear" w:color="auto" w:fill="FDE9E7"/>
            <w:tcMar>
              <w:top w:w="55" w:type="dxa"/>
              <w:left w:w="65" w:type="dxa"/>
              <w:bottom w:w="55" w:type="dxa"/>
              <w:right w:w="65" w:type="dxa"/>
            </w:tcMar>
            <w:vAlign w:val="center"/>
          </w:tcPr>
          <w:p w14:paraId="4A0E79D3" w14:textId="77777777" w:rsidR="003928F6" w:rsidRDefault="00000000">
            <w:pPr>
              <w:spacing w:after="0"/>
              <w:jc w:val="center"/>
            </w:pPr>
            <w:r>
              <w:rPr>
                <w:b/>
                <w:color w:val="FF0000"/>
              </w:rPr>
              <w:t>Nội dung</w:t>
            </w:r>
            <w:r>
              <w:rPr>
                <w:b/>
                <w:color w:val="FF0000"/>
              </w:rPr>
              <w:br/>
              <w:t>bài học</w:t>
            </w:r>
          </w:p>
        </w:tc>
        <w:tc>
          <w:tcPr>
            <w:tcW w:w="1267" w:type="dxa"/>
            <w:shd w:val="clear" w:color="auto" w:fill="FDE9E7"/>
            <w:tcMar>
              <w:top w:w="55" w:type="dxa"/>
              <w:left w:w="65" w:type="dxa"/>
              <w:bottom w:w="55" w:type="dxa"/>
              <w:right w:w="65" w:type="dxa"/>
            </w:tcMar>
            <w:vAlign w:val="center"/>
          </w:tcPr>
          <w:p w14:paraId="28645F8E" w14:textId="77777777" w:rsidR="003928F6" w:rsidRDefault="00000000">
            <w:pPr>
              <w:spacing w:after="0"/>
              <w:jc w:val="center"/>
            </w:pPr>
            <w:r>
              <w:rPr>
                <w:b/>
                <w:color w:val="FF0000"/>
              </w:rPr>
              <w:t>Hành vi</w:t>
            </w:r>
            <w:r>
              <w:rPr>
                <w:b/>
                <w:color w:val="FF0000"/>
              </w:rPr>
              <w:br/>
              <w:t>hiện có</w:t>
            </w:r>
          </w:p>
        </w:tc>
        <w:tc>
          <w:tcPr>
            <w:tcW w:w="979" w:type="dxa"/>
            <w:shd w:val="clear" w:color="auto" w:fill="FDE9E7"/>
            <w:tcMar>
              <w:top w:w="55" w:type="dxa"/>
              <w:left w:w="65" w:type="dxa"/>
              <w:bottom w:w="55" w:type="dxa"/>
              <w:right w:w="65" w:type="dxa"/>
            </w:tcMar>
            <w:vAlign w:val="center"/>
          </w:tcPr>
          <w:p w14:paraId="2DB2A480" w14:textId="77777777" w:rsidR="003928F6" w:rsidRDefault="00000000">
            <w:pPr>
              <w:spacing w:after="0"/>
              <w:jc w:val="center"/>
            </w:pPr>
            <w:r>
              <w:rPr>
                <w:b/>
                <w:color w:val="FF0000"/>
              </w:rPr>
              <w:t>Quyết định</w:t>
            </w:r>
          </w:p>
        </w:tc>
        <w:tc>
          <w:tcPr>
            <w:tcW w:w="1051" w:type="dxa"/>
            <w:shd w:val="clear" w:color="auto" w:fill="FDE9E7"/>
            <w:tcMar>
              <w:top w:w="55" w:type="dxa"/>
              <w:left w:w="65" w:type="dxa"/>
              <w:bottom w:w="55" w:type="dxa"/>
              <w:right w:w="65" w:type="dxa"/>
            </w:tcMar>
            <w:vAlign w:val="center"/>
          </w:tcPr>
          <w:p w14:paraId="395D9B24" w14:textId="77777777" w:rsidR="003928F6" w:rsidRDefault="00000000">
            <w:pPr>
              <w:spacing w:after="0"/>
              <w:jc w:val="center"/>
            </w:pPr>
            <w:r>
              <w:rPr>
                <w:b/>
                <w:color w:val="FF0000"/>
              </w:rPr>
              <w:t>Mã NLS</w:t>
            </w:r>
          </w:p>
        </w:tc>
        <w:tc>
          <w:tcPr>
            <w:tcW w:w="1137" w:type="dxa"/>
            <w:shd w:val="clear" w:color="auto" w:fill="FDE9E7"/>
            <w:tcMar>
              <w:top w:w="55" w:type="dxa"/>
              <w:left w:w="65" w:type="dxa"/>
              <w:bottom w:w="55" w:type="dxa"/>
              <w:right w:w="65" w:type="dxa"/>
            </w:tcMar>
            <w:vAlign w:val="center"/>
          </w:tcPr>
          <w:p w14:paraId="57158958" w14:textId="77777777" w:rsidR="003928F6" w:rsidRDefault="00000000">
            <w:pPr>
              <w:spacing w:after="0"/>
              <w:jc w:val="center"/>
            </w:pPr>
            <w:r>
              <w:rPr>
                <w:b/>
                <w:color w:val="FF0000"/>
              </w:rPr>
              <w:t>Mã AI</w:t>
            </w:r>
          </w:p>
        </w:tc>
        <w:tc>
          <w:tcPr>
            <w:tcW w:w="1468" w:type="dxa"/>
            <w:shd w:val="clear" w:color="auto" w:fill="FDE9E7"/>
            <w:tcMar>
              <w:top w:w="55" w:type="dxa"/>
              <w:left w:w="65" w:type="dxa"/>
              <w:bottom w:w="55" w:type="dxa"/>
              <w:right w:w="65" w:type="dxa"/>
            </w:tcMar>
            <w:vAlign w:val="center"/>
          </w:tcPr>
          <w:p w14:paraId="7042E9EE" w14:textId="77777777" w:rsidR="003928F6" w:rsidRDefault="00000000">
            <w:pPr>
              <w:spacing w:after="0"/>
              <w:jc w:val="center"/>
            </w:pPr>
            <w:r>
              <w:rPr>
                <w:b/>
                <w:color w:val="FF0000"/>
              </w:rPr>
              <w:t>Hành vi</w:t>
            </w:r>
            <w:r>
              <w:rPr>
                <w:b/>
                <w:color w:val="FF0000"/>
              </w:rPr>
              <w:br/>
              <w:t>bổ sung</w:t>
            </w:r>
          </w:p>
        </w:tc>
        <w:tc>
          <w:tcPr>
            <w:tcW w:w="1526" w:type="dxa"/>
            <w:shd w:val="clear" w:color="auto" w:fill="FDE9E7"/>
            <w:tcMar>
              <w:top w:w="55" w:type="dxa"/>
              <w:left w:w="65" w:type="dxa"/>
              <w:bottom w:w="55" w:type="dxa"/>
              <w:right w:w="65" w:type="dxa"/>
            </w:tcMar>
            <w:vAlign w:val="center"/>
          </w:tcPr>
          <w:p w14:paraId="52153E0E" w14:textId="77777777" w:rsidR="003928F6" w:rsidRDefault="00000000">
            <w:pPr>
              <w:spacing w:after="0"/>
              <w:jc w:val="center"/>
            </w:pPr>
            <w:r>
              <w:rPr>
                <w:b/>
                <w:color w:val="FF0000"/>
              </w:rPr>
              <w:t>Sản phẩm/</w:t>
            </w:r>
            <w:r>
              <w:rPr>
                <w:b/>
                <w:color w:val="FF0000"/>
              </w:rPr>
              <w:br/>
              <w:t>bằng chứng</w:t>
            </w:r>
          </w:p>
        </w:tc>
        <w:tc>
          <w:tcPr>
            <w:tcW w:w="1555" w:type="dxa"/>
            <w:shd w:val="clear" w:color="auto" w:fill="FDE9E7"/>
            <w:tcMar>
              <w:top w:w="55" w:type="dxa"/>
              <w:left w:w="65" w:type="dxa"/>
              <w:bottom w:w="55" w:type="dxa"/>
              <w:right w:w="65" w:type="dxa"/>
            </w:tcMar>
            <w:vAlign w:val="center"/>
          </w:tcPr>
          <w:p w14:paraId="13FA7CD3" w14:textId="77777777" w:rsidR="003928F6" w:rsidRDefault="00000000">
            <w:pPr>
              <w:spacing w:after="0"/>
              <w:jc w:val="center"/>
            </w:pPr>
            <w:r>
              <w:rPr>
                <w:b/>
                <w:color w:val="FF0000"/>
              </w:rPr>
              <w:t>Lý do</w:t>
            </w:r>
            <w:r>
              <w:rPr>
                <w:b/>
                <w:color w:val="FF0000"/>
              </w:rPr>
              <w:br/>
              <w:t>lựa chọn</w:t>
            </w:r>
          </w:p>
        </w:tc>
        <w:tc>
          <w:tcPr>
            <w:tcW w:w="892" w:type="dxa"/>
            <w:shd w:val="clear" w:color="auto" w:fill="FDE9E7"/>
            <w:tcMar>
              <w:top w:w="55" w:type="dxa"/>
              <w:left w:w="65" w:type="dxa"/>
              <w:bottom w:w="55" w:type="dxa"/>
              <w:right w:w="65" w:type="dxa"/>
            </w:tcMar>
            <w:vAlign w:val="center"/>
          </w:tcPr>
          <w:p w14:paraId="0B93670C" w14:textId="77777777" w:rsidR="003928F6" w:rsidRDefault="00000000">
            <w:pPr>
              <w:spacing w:after="0"/>
              <w:jc w:val="center"/>
            </w:pPr>
            <w:r>
              <w:rPr>
                <w:b/>
                <w:color w:val="FF0000"/>
              </w:rPr>
              <w:t>Mức</w:t>
            </w:r>
          </w:p>
        </w:tc>
        <w:tc>
          <w:tcPr>
            <w:tcW w:w="1065" w:type="dxa"/>
            <w:shd w:val="clear" w:color="auto" w:fill="FDE9E7"/>
            <w:tcMar>
              <w:top w:w="55" w:type="dxa"/>
              <w:left w:w="65" w:type="dxa"/>
              <w:bottom w:w="55" w:type="dxa"/>
              <w:right w:w="65" w:type="dxa"/>
            </w:tcMar>
            <w:vAlign w:val="center"/>
          </w:tcPr>
          <w:p w14:paraId="30E4FA46" w14:textId="77777777" w:rsidR="003928F6" w:rsidRDefault="00000000">
            <w:pPr>
              <w:spacing w:after="0"/>
              <w:jc w:val="center"/>
            </w:pPr>
            <w:r>
              <w:rPr>
                <w:b/>
                <w:color w:val="FF0000"/>
              </w:rPr>
              <w:t>Thiết bị</w:t>
            </w:r>
          </w:p>
        </w:tc>
      </w:tr>
      <w:tr w:rsidR="003928F6" w14:paraId="0CB0B0D3" w14:textId="77777777">
        <w:trPr>
          <w:cantSplit/>
        </w:trPr>
        <w:tc>
          <w:tcPr>
            <w:tcW w:w="720" w:type="dxa"/>
            <w:tcMar>
              <w:top w:w="55" w:type="dxa"/>
              <w:left w:w="65" w:type="dxa"/>
              <w:bottom w:w="55" w:type="dxa"/>
              <w:right w:w="65" w:type="dxa"/>
            </w:tcMar>
            <w:vAlign w:val="center"/>
          </w:tcPr>
          <w:p w14:paraId="5B44225F" w14:textId="77777777" w:rsidR="003928F6" w:rsidRDefault="00000000">
            <w:pPr>
              <w:spacing w:after="0"/>
              <w:jc w:val="center"/>
            </w:pPr>
            <w:r>
              <w:rPr>
                <w:color w:val="FF0000"/>
              </w:rPr>
              <w:t>1</w:t>
            </w:r>
          </w:p>
        </w:tc>
        <w:tc>
          <w:tcPr>
            <w:tcW w:w="1180" w:type="dxa"/>
            <w:tcMar>
              <w:top w:w="55" w:type="dxa"/>
              <w:left w:w="65" w:type="dxa"/>
              <w:bottom w:w="55" w:type="dxa"/>
              <w:right w:w="65" w:type="dxa"/>
            </w:tcMar>
            <w:vAlign w:val="center"/>
          </w:tcPr>
          <w:p w14:paraId="5FE78B8C" w14:textId="77777777" w:rsidR="003928F6" w:rsidRDefault="00000000">
            <w:pPr>
              <w:spacing w:after="0"/>
            </w:pPr>
            <w:r>
              <w:rPr>
                <w:color w:val="FF0000"/>
              </w:rPr>
              <w:t>HĐ 1. Mở đầu</w:t>
            </w:r>
          </w:p>
        </w:tc>
        <w:tc>
          <w:tcPr>
            <w:tcW w:w="1123" w:type="dxa"/>
            <w:tcMar>
              <w:top w:w="55" w:type="dxa"/>
              <w:left w:w="65" w:type="dxa"/>
              <w:bottom w:w="55" w:type="dxa"/>
              <w:right w:w="65" w:type="dxa"/>
            </w:tcMar>
            <w:vAlign w:val="center"/>
          </w:tcPr>
          <w:p w14:paraId="50E16F6C" w14:textId="77777777" w:rsidR="003928F6" w:rsidRDefault="00000000">
            <w:pPr>
              <w:spacing w:after="0"/>
            </w:pPr>
            <w:r>
              <w:rPr>
                <w:color w:val="FF0000"/>
              </w:rPr>
              <w:t>Đồ dùng hằng ngày</w:t>
            </w:r>
          </w:p>
        </w:tc>
        <w:tc>
          <w:tcPr>
            <w:tcW w:w="1267" w:type="dxa"/>
            <w:tcMar>
              <w:top w:w="55" w:type="dxa"/>
              <w:left w:w="65" w:type="dxa"/>
              <w:bottom w:w="55" w:type="dxa"/>
              <w:right w:w="65" w:type="dxa"/>
            </w:tcMar>
            <w:vAlign w:val="center"/>
          </w:tcPr>
          <w:p w14:paraId="737C5BD9" w14:textId="77777777" w:rsidR="003928F6" w:rsidRDefault="00000000">
            <w:pPr>
              <w:spacing w:after="0"/>
            </w:pPr>
            <w:r>
              <w:rPr>
                <w:color w:val="FF0000"/>
              </w:rPr>
              <w:t>Quan sát tranh; nêu tác dụng</w:t>
            </w:r>
          </w:p>
        </w:tc>
        <w:tc>
          <w:tcPr>
            <w:tcW w:w="979" w:type="dxa"/>
            <w:tcMar>
              <w:top w:w="55" w:type="dxa"/>
              <w:left w:w="65" w:type="dxa"/>
              <w:bottom w:w="55" w:type="dxa"/>
              <w:right w:w="65" w:type="dxa"/>
            </w:tcMar>
            <w:vAlign w:val="center"/>
          </w:tcPr>
          <w:p w14:paraId="04DC76F7"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18CCA133"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7D50CF3B"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202B02FF"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2D1EAE28" w14:textId="77777777" w:rsidR="003928F6" w:rsidRDefault="00000000">
            <w:pPr>
              <w:spacing w:after="0"/>
            </w:pPr>
            <w:r>
              <w:rPr>
                <w:color w:val="FF0000"/>
              </w:rPr>
              <w:t>Câu trả lời từ tranh</w:t>
            </w:r>
          </w:p>
        </w:tc>
        <w:tc>
          <w:tcPr>
            <w:tcW w:w="1555" w:type="dxa"/>
            <w:tcMar>
              <w:top w:w="55" w:type="dxa"/>
              <w:left w:w="65" w:type="dxa"/>
              <w:bottom w:w="55" w:type="dxa"/>
              <w:right w:w="65" w:type="dxa"/>
            </w:tcMar>
            <w:vAlign w:val="center"/>
          </w:tcPr>
          <w:p w14:paraId="0D0BECE1" w14:textId="77777777" w:rsidR="003928F6" w:rsidRDefault="00000000">
            <w:pPr>
              <w:spacing w:after="0"/>
            </w:pPr>
            <w:r>
              <w:rPr>
                <w:color w:val="FF0000"/>
              </w:rPr>
              <w:t>Chiếu hình không tạo hành vi số; AI không tăng giá trị</w:t>
            </w:r>
          </w:p>
        </w:tc>
        <w:tc>
          <w:tcPr>
            <w:tcW w:w="892" w:type="dxa"/>
            <w:tcMar>
              <w:top w:w="55" w:type="dxa"/>
              <w:left w:w="65" w:type="dxa"/>
              <w:bottom w:w="55" w:type="dxa"/>
              <w:right w:w="65" w:type="dxa"/>
            </w:tcMar>
            <w:vAlign w:val="center"/>
          </w:tcPr>
          <w:p w14:paraId="1D8B3DFF"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01D61357" w14:textId="77777777" w:rsidR="003928F6" w:rsidRDefault="00000000">
            <w:pPr>
              <w:spacing w:after="0"/>
            </w:pPr>
            <w:r>
              <w:rPr>
                <w:color w:val="FF0000"/>
              </w:rPr>
              <w:t>C/D</w:t>
            </w:r>
          </w:p>
        </w:tc>
      </w:tr>
      <w:tr w:rsidR="003928F6" w14:paraId="1E0240E8" w14:textId="77777777">
        <w:trPr>
          <w:cantSplit/>
        </w:trPr>
        <w:tc>
          <w:tcPr>
            <w:tcW w:w="720" w:type="dxa"/>
            <w:tcMar>
              <w:top w:w="55" w:type="dxa"/>
              <w:left w:w="65" w:type="dxa"/>
              <w:bottom w:w="55" w:type="dxa"/>
              <w:right w:w="65" w:type="dxa"/>
            </w:tcMar>
            <w:vAlign w:val="center"/>
          </w:tcPr>
          <w:p w14:paraId="717C3551" w14:textId="77777777" w:rsidR="003928F6" w:rsidRDefault="00000000">
            <w:pPr>
              <w:spacing w:after="0"/>
              <w:jc w:val="center"/>
            </w:pPr>
            <w:r>
              <w:rPr>
                <w:color w:val="FF0000"/>
              </w:rPr>
              <w:t>2</w:t>
            </w:r>
          </w:p>
        </w:tc>
        <w:tc>
          <w:tcPr>
            <w:tcW w:w="1180" w:type="dxa"/>
            <w:tcMar>
              <w:top w:w="55" w:type="dxa"/>
              <w:left w:w="65" w:type="dxa"/>
              <w:bottom w:w="55" w:type="dxa"/>
              <w:right w:w="65" w:type="dxa"/>
            </w:tcMar>
            <w:vAlign w:val="center"/>
          </w:tcPr>
          <w:p w14:paraId="45164AC5" w14:textId="77777777" w:rsidR="003928F6" w:rsidRDefault="00000000">
            <w:pPr>
              <w:spacing w:after="0"/>
            </w:pPr>
            <w:r>
              <w:rPr>
                <w:color w:val="FF0000"/>
              </w:rPr>
              <w:t>HĐ 2.1</w:t>
            </w:r>
          </w:p>
        </w:tc>
        <w:tc>
          <w:tcPr>
            <w:tcW w:w="1123" w:type="dxa"/>
            <w:tcMar>
              <w:top w:w="55" w:type="dxa"/>
              <w:left w:w="65" w:type="dxa"/>
              <w:bottom w:w="55" w:type="dxa"/>
              <w:right w:w="65" w:type="dxa"/>
            </w:tcMar>
            <w:vAlign w:val="center"/>
          </w:tcPr>
          <w:p w14:paraId="033F36C5" w14:textId="77777777" w:rsidR="003928F6" w:rsidRDefault="00000000">
            <w:pPr>
              <w:spacing w:after="0"/>
            </w:pPr>
            <w:r>
              <w:rPr>
                <w:color w:val="FF0000"/>
              </w:rPr>
              <w:t>Khái niệm KHTN</w:t>
            </w:r>
          </w:p>
        </w:tc>
        <w:tc>
          <w:tcPr>
            <w:tcW w:w="1267" w:type="dxa"/>
            <w:tcMar>
              <w:top w:w="55" w:type="dxa"/>
              <w:left w:w="65" w:type="dxa"/>
              <w:bottom w:w="55" w:type="dxa"/>
              <w:right w:w="65" w:type="dxa"/>
            </w:tcMar>
            <w:vAlign w:val="center"/>
          </w:tcPr>
          <w:p w14:paraId="2B24D6D2" w14:textId="77777777" w:rsidR="003928F6" w:rsidRDefault="00000000">
            <w:pPr>
              <w:spacing w:after="0"/>
            </w:pPr>
            <w:r>
              <w:rPr>
                <w:color w:val="FF0000"/>
              </w:rPr>
              <w:t>Đọc; đánh dấu từ khóa</w:t>
            </w:r>
          </w:p>
        </w:tc>
        <w:tc>
          <w:tcPr>
            <w:tcW w:w="979" w:type="dxa"/>
            <w:tcMar>
              <w:top w:w="55" w:type="dxa"/>
              <w:left w:w="65" w:type="dxa"/>
              <w:bottom w:w="55" w:type="dxa"/>
              <w:right w:w="65" w:type="dxa"/>
            </w:tcMar>
            <w:vAlign w:val="center"/>
          </w:tcPr>
          <w:p w14:paraId="3F51F30F"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45E65CD7"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31848E81"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455BC201"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6C2E83B7" w14:textId="77777777" w:rsidR="003928F6" w:rsidRDefault="00000000">
            <w:pPr>
              <w:spacing w:after="0"/>
            </w:pPr>
            <w:r>
              <w:rPr>
                <w:color w:val="FF0000"/>
              </w:rPr>
              <w:t>Câu khái niệm</w:t>
            </w:r>
          </w:p>
        </w:tc>
        <w:tc>
          <w:tcPr>
            <w:tcW w:w="1555" w:type="dxa"/>
            <w:tcMar>
              <w:top w:w="55" w:type="dxa"/>
              <w:left w:w="65" w:type="dxa"/>
              <w:bottom w:w="55" w:type="dxa"/>
              <w:right w:w="65" w:type="dxa"/>
            </w:tcMar>
            <w:vAlign w:val="center"/>
          </w:tcPr>
          <w:p w14:paraId="4F7FFE23" w14:textId="77777777" w:rsidR="003928F6" w:rsidRDefault="00000000">
            <w:pPr>
              <w:spacing w:after="0"/>
            </w:pPr>
            <w:r>
              <w:rPr>
                <w:color w:val="FF0000"/>
              </w:rPr>
              <w:t>Cần bám nguyên văn SGK; công nghệ không cần thiết</w:t>
            </w:r>
          </w:p>
        </w:tc>
        <w:tc>
          <w:tcPr>
            <w:tcW w:w="892" w:type="dxa"/>
            <w:tcMar>
              <w:top w:w="55" w:type="dxa"/>
              <w:left w:w="65" w:type="dxa"/>
              <w:bottom w:w="55" w:type="dxa"/>
              <w:right w:w="65" w:type="dxa"/>
            </w:tcMar>
            <w:vAlign w:val="center"/>
          </w:tcPr>
          <w:p w14:paraId="7C456BE3"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0E48E83E" w14:textId="77777777" w:rsidR="003928F6" w:rsidRDefault="00000000">
            <w:pPr>
              <w:spacing w:after="0"/>
            </w:pPr>
            <w:r>
              <w:rPr>
                <w:color w:val="FF0000"/>
              </w:rPr>
              <w:t>D</w:t>
            </w:r>
          </w:p>
        </w:tc>
      </w:tr>
      <w:tr w:rsidR="003928F6" w14:paraId="0A5F20A6" w14:textId="77777777">
        <w:trPr>
          <w:cantSplit/>
        </w:trPr>
        <w:tc>
          <w:tcPr>
            <w:tcW w:w="720" w:type="dxa"/>
            <w:tcMar>
              <w:top w:w="55" w:type="dxa"/>
              <w:left w:w="65" w:type="dxa"/>
              <w:bottom w:w="55" w:type="dxa"/>
              <w:right w:w="65" w:type="dxa"/>
            </w:tcMar>
            <w:vAlign w:val="center"/>
          </w:tcPr>
          <w:p w14:paraId="5780C877" w14:textId="77777777" w:rsidR="003928F6" w:rsidRDefault="00000000">
            <w:pPr>
              <w:spacing w:after="0"/>
              <w:jc w:val="center"/>
            </w:pPr>
            <w:r>
              <w:rPr>
                <w:color w:val="FF0000"/>
              </w:rPr>
              <w:t>3</w:t>
            </w:r>
          </w:p>
        </w:tc>
        <w:tc>
          <w:tcPr>
            <w:tcW w:w="1180" w:type="dxa"/>
            <w:tcMar>
              <w:top w:w="55" w:type="dxa"/>
              <w:left w:w="65" w:type="dxa"/>
              <w:bottom w:w="55" w:type="dxa"/>
              <w:right w:w="65" w:type="dxa"/>
            </w:tcMar>
            <w:vAlign w:val="center"/>
          </w:tcPr>
          <w:p w14:paraId="02976250" w14:textId="77777777" w:rsidR="003928F6" w:rsidRDefault="00000000">
            <w:pPr>
              <w:spacing w:after="0"/>
            </w:pPr>
            <w:r>
              <w:rPr>
                <w:color w:val="FF0000"/>
              </w:rPr>
              <w:t>HĐ 2.2</w:t>
            </w:r>
          </w:p>
        </w:tc>
        <w:tc>
          <w:tcPr>
            <w:tcW w:w="1123" w:type="dxa"/>
            <w:tcMar>
              <w:top w:w="55" w:type="dxa"/>
              <w:left w:w="65" w:type="dxa"/>
              <w:bottom w:w="55" w:type="dxa"/>
              <w:right w:w="65" w:type="dxa"/>
            </w:tcMar>
            <w:vAlign w:val="center"/>
          </w:tcPr>
          <w:p w14:paraId="04A34BD1" w14:textId="77777777" w:rsidR="003928F6" w:rsidRDefault="00000000">
            <w:pPr>
              <w:spacing w:after="0"/>
            </w:pPr>
            <w:r>
              <w:rPr>
                <w:color w:val="FF0000"/>
              </w:rPr>
              <w:t>Vật sống/không sống</w:t>
            </w:r>
          </w:p>
        </w:tc>
        <w:tc>
          <w:tcPr>
            <w:tcW w:w="1267" w:type="dxa"/>
            <w:tcMar>
              <w:top w:w="55" w:type="dxa"/>
              <w:left w:w="65" w:type="dxa"/>
              <w:bottom w:w="55" w:type="dxa"/>
              <w:right w:w="65" w:type="dxa"/>
            </w:tcMar>
            <w:vAlign w:val="center"/>
          </w:tcPr>
          <w:p w14:paraId="07A03F9D" w14:textId="77777777" w:rsidR="003928F6" w:rsidRDefault="00000000">
            <w:pPr>
              <w:spacing w:after="0"/>
            </w:pPr>
            <w:r>
              <w:rPr>
                <w:color w:val="FF0000"/>
              </w:rPr>
              <w:t>Phân loại 6 đối tượng; nêu căn cứ</w:t>
            </w:r>
          </w:p>
        </w:tc>
        <w:tc>
          <w:tcPr>
            <w:tcW w:w="979" w:type="dxa"/>
            <w:tcMar>
              <w:top w:w="55" w:type="dxa"/>
              <w:left w:w="65" w:type="dxa"/>
              <w:bottom w:w="55" w:type="dxa"/>
              <w:right w:w="65" w:type="dxa"/>
            </w:tcMar>
            <w:vAlign w:val="center"/>
          </w:tcPr>
          <w:p w14:paraId="29B5145E"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22DB1E0E"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4B1CC076"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291047FF"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70A6CAB0" w14:textId="77777777" w:rsidR="003928F6" w:rsidRDefault="00000000">
            <w:pPr>
              <w:spacing w:after="0"/>
            </w:pPr>
            <w:r>
              <w:rPr>
                <w:color w:val="FF0000"/>
              </w:rPr>
              <w:t>Phiếu số 1</w:t>
            </w:r>
          </w:p>
        </w:tc>
        <w:tc>
          <w:tcPr>
            <w:tcW w:w="1555" w:type="dxa"/>
            <w:tcMar>
              <w:top w:w="55" w:type="dxa"/>
              <w:left w:w="65" w:type="dxa"/>
              <w:bottom w:w="55" w:type="dxa"/>
              <w:right w:w="65" w:type="dxa"/>
            </w:tcMar>
            <w:vAlign w:val="center"/>
          </w:tcPr>
          <w:p w14:paraId="49BAC5F6" w14:textId="77777777" w:rsidR="003928F6" w:rsidRDefault="00000000">
            <w:pPr>
              <w:spacing w:after="0"/>
            </w:pPr>
            <w:r>
              <w:rPr>
                <w:color w:val="FF0000"/>
              </w:rPr>
              <w:t>Nhiệm vụ tư duy trực tiếp; AI dễ làm thay việc phân loại</w:t>
            </w:r>
          </w:p>
        </w:tc>
        <w:tc>
          <w:tcPr>
            <w:tcW w:w="892" w:type="dxa"/>
            <w:tcMar>
              <w:top w:w="55" w:type="dxa"/>
              <w:left w:w="65" w:type="dxa"/>
              <w:bottom w:w="55" w:type="dxa"/>
              <w:right w:w="65" w:type="dxa"/>
            </w:tcMar>
            <w:vAlign w:val="center"/>
          </w:tcPr>
          <w:p w14:paraId="1D494A28"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1FAEA791" w14:textId="77777777" w:rsidR="003928F6" w:rsidRDefault="00000000">
            <w:pPr>
              <w:spacing w:after="0"/>
            </w:pPr>
            <w:r>
              <w:rPr>
                <w:color w:val="FF0000"/>
              </w:rPr>
              <w:t>D</w:t>
            </w:r>
          </w:p>
        </w:tc>
      </w:tr>
      <w:tr w:rsidR="003928F6" w14:paraId="019DDB06" w14:textId="77777777">
        <w:trPr>
          <w:cantSplit/>
        </w:trPr>
        <w:tc>
          <w:tcPr>
            <w:tcW w:w="720" w:type="dxa"/>
            <w:tcMar>
              <w:top w:w="55" w:type="dxa"/>
              <w:left w:w="65" w:type="dxa"/>
              <w:bottom w:w="55" w:type="dxa"/>
              <w:right w:w="65" w:type="dxa"/>
            </w:tcMar>
            <w:vAlign w:val="center"/>
          </w:tcPr>
          <w:p w14:paraId="7E7431E7" w14:textId="77777777" w:rsidR="003928F6" w:rsidRDefault="00000000">
            <w:pPr>
              <w:spacing w:after="0"/>
              <w:jc w:val="center"/>
            </w:pPr>
            <w:r>
              <w:rPr>
                <w:color w:val="FF0000"/>
              </w:rPr>
              <w:lastRenderedPageBreak/>
              <w:t>4</w:t>
            </w:r>
          </w:p>
        </w:tc>
        <w:tc>
          <w:tcPr>
            <w:tcW w:w="1180" w:type="dxa"/>
            <w:tcMar>
              <w:top w:w="55" w:type="dxa"/>
              <w:left w:w="65" w:type="dxa"/>
              <w:bottom w:w="55" w:type="dxa"/>
              <w:right w:w="65" w:type="dxa"/>
            </w:tcMar>
            <w:vAlign w:val="center"/>
          </w:tcPr>
          <w:p w14:paraId="4AAB7490" w14:textId="77777777" w:rsidR="003928F6" w:rsidRDefault="00000000">
            <w:pPr>
              <w:spacing w:after="0"/>
            </w:pPr>
            <w:r>
              <w:rPr>
                <w:color w:val="FF0000"/>
              </w:rPr>
              <w:t>HĐ 2.3</w:t>
            </w:r>
          </w:p>
        </w:tc>
        <w:tc>
          <w:tcPr>
            <w:tcW w:w="1123" w:type="dxa"/>
            <w:tcMar>
              <w:top w:w="55" w:type="dxa"/>
              <w:left w:w="65" w:type="dxa"/>
              <w:bottom w:w="55" w:type="dxa"/>
              <w:right w:w="65" w:type="dxa"/>
            </w:tcMar>
            <w:vAlign w:val="center"/>
          </w:tcPr>
          <w:p w14:paraId="2EA385B7" w14:textId="77777777" w:rsidR="003928F6" w:rsidRDefault="00000000">
            <w:pPr>
              <w:spacing w:after="0"/>
            </w:pPr>
            <w:r>
              <w:rPr>
                <w:color w:val="FF0000"/>
              </w:rPr>
              <w:t>Các lĩnh vực KHTN</w:t>
            </w:r>
          </w:p>
        </w:tc>
        <w:tc>
          <w:tcPr>
            <w:tcW w:w="1267" w:type="dxa"/>
            <w:tcMar>
              <w:top w:w="55" w:type="dxa"/>
              <w:left w:w="65" w:type="dxa"/>
              <w:bottom w:w="55" w:type="dxa"/>
              <w:right w:w="65" w:type="dxa"/>
            </w:tcMar>
            <w:vAlign w:val="center"/>
          </w:tcPr>
          <w:p w14:paraId="524D894F" w14:textId="77777777" w:rsidR="003928F6" w:rsidRDefault="00000000">
            <w:pPr>
              <w:spacing w:after="0"/>
            </w:pPr>
            <w:r>
              <w:rPr>
                <w:color w:val="FF0000"/>
              </w:rPr>
              <w:t>Dự đoán; quan sát; thử nghiệm; phân loại</w:t>
            </w:r>
          </w:p>
        </w:tc>
        <w:tc>
          <w:tcPr>
            <w:tcW w:w="979" w:type="dxa"/>
            <w:tcMar>
              <w:top w:w="55" w:type="dxa"/>
              <w:left w:w="65" w:type="dxa"/>
              <w:bottom w:w="55" w:type="dxa"/>
              <w:right w:w="65" w:type="dxa"/>
            </w:tcMar>
            <w:vAlign w:val="center"/>
          </w:tcPr>
          <w:p w14:paraId="03996EA6"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30368CB4"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37C0AA49"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755184A3"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535A646A" w14:textId="77777777" w:rsidR="003928F6" w:rsidRDefault="00000000">
            <w:pPr>
              <w:spacing w:after="0"/>
            </w:pPr>
            <w:r>
              <w:rPr>
                <w:color w:val="FF0000"/>
              </w:rPr>
              <w:t>Phiếu số 2; Bảng 1.1</w:t>
            </w:r>
          </w:p>
        </w:tc>
        <w:tc>
          <w:tcPr>
            <w:tcW w:w="1555" w:type="dxa"/>
            <w:tcMar>
              <w:top w:w="55" w:type="dxa"/>
              <w:left w:w="65" w:type="dxa"/>
              <w:bottom w:w="55" w:type="dxa"/>
              <w:right w:w="65" w:type="dxa"/>
            </w:tcMar>
            <w:vAlign w:val="center"/>
          </w:tcPr>
          <w:p w14:paraId="4DCB1272" w14:textId="77777777" w:rsidR="003928F6" w:rsidRDefault="00000000">
            <w:pPr>
              <w:spacing w:after="0"/>
            </w:pPr>
            <w:r>
              <w:rPr>
                <w:color w:val="FF0000"/>
              </w:rPr>
              <w:t>Trọng tâm là quan sát/thực hành thật; số hóa không cần</w:t>
            </w:r>
          </w:p>
        </w:tc>
        <w:tc>
          <w:tcPr>
            <w:tcW w:w="892" w:type="dxa"/>
            <w:tcMar>
              <w:top w:w="55" w:type="dxa"/>
              <w:left w:w="65" w:type="dxa"/>
              <w:bottom w:w="55" w:type="dxa"/>
              <w:right w:w="65" w:type="dxa"/>
            </w:tcMar>
            <w:vAlign w:val="center"/>
          </w:tcPr>
          <w:p w14:paraId="028F7463"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5470ACB1" w14:textId="77777777" w:rsidR="003928F6" w:rsidRDefault="00000000">
            <w:pPr>
              <w:spacing w:after="0"/>
            </w:pPr>
            <w:r>
              <w:rPr>
                <w:color w:val="FF0000"/>
              </w:rPr>
              <w:t>C/D</w:t>
            </w:r>
          </w:p>
        </w:tc>
      </w:tr>
      <w:tr w:rsidR="003928F6" w14:paraId="2CF2CD47" w14:textId="77777777">
        <w:trPr>
          <w:cantSplit/>
        </w:trPr>
        <w:tc>
          <w:tcPr>
            <w:tcW w:w="720" w:type="dxa"/>
            <w:tcMar>
              <w:top w:w="55" w:type="dxa"/>
              <w:left w:w="65" w:type="dxa"/>
              <w:bottom w:w="55" w:type="dxa"/>
              <w:right w:w="65" w:type="dxa"/>
            </w:tcMar>
            <w:vAlign w:val="center"/>
          </w:tcPr>
          <w:p w14:paraId="1FE81BB2" w14:textId="77777777" w:rsidR="003928F6" w:rsidRDefault="00000000">
            <w:pPr>
              <w:spacing w:after="0"/>
              <w:jc w:val="center"/>
            </w:pPr>
            <w:r>
              <w:rPr>
                <w:color w:val="FF0000"/>
              </w:rPr>
              <w:t>5</w:t>
            </w:r>
          </w:p>
        </w:tc>
        <w:tc>
          <w:tcPr>
            <w:tcW w:w="1180" w:type="dxa"/>
            <w:tcMar>
              <w:top w:w="55" w:type="dxa"/>
              <w:left w:w="65" w:type="dxa"/>
              <w:bottom w:w="55" w:type="dxa"/>
              <w:right w:w="65" w:type="dxa"/>
            </w:tcMar>
            <w:vAlign w:val="center"/>
          </w:tcPr>
          <w:p w14:paraId="267B3D14" w14:textId="77777777" w:rsidR="003928F6" w:rsidRDefault="00000000">
            <w:pPr>
              <w:spacing w:after="0"/>
            </w:pPr>
            <w:r>
              <w:rPr>
                <w:color w:val="FF0000"/>
              </w:rPr>
              <w:t>HĐ 2.4</w:t>
            </w:r>
          </w:p>
        </w:tc>
        <w:tc>
          <w:tcPr>
            <w:tcW w:w="1123" w:type="dxa"/>
            <w:tcMar>
              <w:top w:w="55" w:type="dxa"/>
              <w:left w:w="65" w:type="dxa"/>
              <w:bottom w:w="55" w:type="dxa"/>
              <w:right w:w="65" w:type="dxa"/>
            </w:tcMar>
            <w:vAlign w:val="center"/>
          </w:tcPr>
          <w:p w14:paraId="60E2FD32" w14:textId="77777777" w:rsidR="003928F6" w:rsidRDefault="00000000">
            <w:pPr>
              <w:spacing w:after="0"/>
            </w:pPr>
            <w:r>
              <w:rPr>
                <w:color w:val="FF0000"/>
              </w:rPr>
              <w:t>KHTN với đời sống</w:t>
            </w:r>
          </w:p>
        </w:tc>
        <w:tc>
          <w:tcPr>
            <w:tcW w:w="1267" w:type="dxa"/>
            <w:tcMar>
              <w:top w:w="55" w:type="dxa"/>
              <w:left w:w="65" w:type="dxa"/>
              <w:bottom w:w="55" w:type="dxa"/>
              <w:right w:w="65" w:type="dxa"/>
            </w:tcMar>
            <w:vAlign w:val="center"/>
          </w:tcPr>
          <w:p w14:paraId="7F184FF3" w14:textId="77777777" w:rsidR="003928F6" w:rsidRDefault="00000000">
            <w:pPr>
              <w:spacing w:after="0"/>
            </w:pPr>
            <w:r>
              <w:rPr>
                <w:color w:val="FF0000"/>
              </w:rPr>
              <w:t>So sánh hình; nêu lợi ích, tác hại</w:t>
            </w:r>
          </w:p>
        </w:tc>
        <w:tc>
          <w:tcPr>
            <w:tcW w:w="979" w:type="dxa"/>
            <w:tcMar>
              <w:top w:w="55" w:type="dxa"/>
              <w:left w:w="65" w:type="dxa"/>
              <w:bottom w:w="55" w:type="dxa"/>
              <w:right w:w="65" w:type="dxa"/>
            </w:tcMar>
            <w:vAlign w:val="center"/>
          </w:tcPr>
          <w:p w14:paraId="62C00B45"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7C7D48C7"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6D5DFE04"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49E6C5BB"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353C6E87" w14:textId="77777777" w:rsidR="003928F6" w:rsidRDefault="00000000">
            <w:pPr>
              <w:spacing w:after="0"/>
            </w:pPr>
            <w:r>
              <w:rPr>
                <w:color w:val="FF0000"/>
              </w:rPr>
              <w:t>Phiếu số 3</w:t>
            </w:r>
          </w:p>
        </w:tc>
        <w:tc>
          <w:tcPr>
            <w:tcW w:w="1555" w:type="dxa"/>
            <w:tcMar>
              <w:top w:w="55" w:type="dxa"/>
              <w:left w:w="65" w:type="dxa"/>
              <w:bottom w:w="55" w:type="dxa"/>
              <w:right w:w="65" w:type="dxa"/>
            </w:tcMar>
            <w:vAlign w:val="center"/>
          </w:tcPr>
          <w:p w14:paraId="6A68F17B" w14:textId="77777777" w:rsidR="003928F6" w:rsidRDefault="00000000">
            <w:pPr>
              <w:spacing w:after="0"/>
            </w:pPr>
            <w:r>
              <w:rPr>
                <w:color w:val="FF0000"/>
              </w:rPr>
              <w:t>Hình SGK đủ căn cứ; thêm AI có thể làm lệch phạm vi</w:t>
            </w:r>
          </w:p>
        </w:tc>
        <w:tc>
          <w:tcPr>
            <w:tcW w:w="892" w:type="dxa"/>
            <w:tcMar>
              <w:top w:w="55" w:type="dxa"/>
              <w:left w:w="65" w:type="dxa"/>
              <w:bottom w:w="55" w:type="dxa"/>
              <w:right w:w="65" w:type="dxa"/>
            </w:tcMar>
            <w:vAlign w:val="center"/>
          </w:tcPr>
          <w:p w14:paraId="5704DD9D"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70B6B962" w14:textId="77777777" w:rsidR="003928F6" w:rsidRDefault="00000000">
            <w:pPr>
              <w:spacing w:after="0"/>
            </w:pPr>
            <w:r>
              <w:rPr>
                <w:color w:val="FF0000"/>
              </w:rPr>
              <w:t>C/D</w:t>
            </w:r>
          </w:p>
        </w:tc>
      </w:tr>
      <w:tr w:rsidR="003928F6" w14:paraId="02C67959" w14:textId="77777777">
        <w:trPr>
          <w:cantSplit/>
        </w:trPr>
        <w:tc>
          <w:tcPr>
            <w:tcW w:w="720" w:type="dxa"/>
            <w:tcMar>
              <w:top w:w="55" w:type="dxa"/>
              <w:left w:w="65" w:type="dxa"/>
              <w:bottom w:w="55" w:type="dxa"/>
              <w:right w:w="65" w:type="dxa"/>
            </w:tcMar>
            <w:vAlign w:val="center"/>
          </w:tcPr>
          <w:p w14:paraId="79B9ED30" w14:textId="77777777" w:rsidR="003928F6" w:rsidRDefault="00000000">
            <w:pPr>
              <w:spacing w:after="0"/>
              <w:jc w:val="center"/>
            </w:pPr>
            <w:r>
              <w:rPr>
                <w:color w:val="FF0000"/>
              </w:rPr>
              <w:t>6</w:t>
            </w:r>
          </w:p>
        </w:tc>
        <w:tc>
          <w:tcPr>
            <w:tcW w:w="1180" w:type="dxa"/>
            <w:tcMar>
              <w:top w:w="55" w:type="dxa"/>
              <w:left w:w="65" w:type="dxa"/>
              <w:bottom w:w="55" w:type="dxa"/>
              <w:right w:w="65" w:type="dxa"/>
            </w:tcMar>
            <w:vAlign w:val="center"/>
          </w:tcPr>
          <w:p w14:paraId="6CCD46D1" w14:textId="77777777" w:rsidR="003928F6" w:rsidRDefault="00000000">
            <w:pPr>
              <w:spacing w:after="0"/>
            </w:pPr>
            <w:r>
              <w:rPr>
                <w:color w:val="FF0000"/>
              </w:rPr>
              <w:t>HĐ 3. Luyện tập</w:t>
            </w:r>
          </w:p>
        </w:tc>
        <w:tc>
          <w:tcPr>
            <w:tcW w:w="1123" w:type="dxa"/>
            <w:tcMar>
              <w:top w:w="55" w:type="dxa"/>
              <w:left w:w="65" w:type="dxa"/>
              <w:bottom w:w="55" w:type="dxa"/>
              <w:right w:w="65" w:type="dxa"/>
            </w:tcMar>
            <w:vAlign w:val="center"/>
          </w:tcPr>
          <w:p w14:paraId="1A22ADD9" w14:textId="77777777" w:rsidR="003928F6" w:rsidRDefault="00000000">
            <w:pPr>
              <w:spacing w:after="0"/>
            </w:pPr>
            <w:r>
              <w:rPr>
                <w:color w:val="FF0000"/>
              </w:rPr>
              <w:t>Củng cố 4 yêu cầu</w:t>
            </w:r>
          </w:p>
        </w:tc>
        <w:tc>
          <w:tcPr>
            <w:tcW w:w="1267" w:type="dxa"/>
            <w:tcMar>
              <w:top w:w="55" w:type="dxa"/>
              <w:left w:w="65" w:type="dxa"/>
              <w:bottom w:w="55" w:type="dxa"/>
              <w:right w:w="65" w:type="dxa"/>
            </w:tcMar>
            <w:vAlign w:val="center"/>
          </w:tcPr>
          <w:p w14:paraId="3F74234A" w14:textId="77777777" w:rsidR="003928F6" w:rsidRDefault="00000000">
            <w:pPr>
              <w:spacing w:after="0"/>
            </w:pPr>
            <w:r>
              <w:rPr>
                <w:color w:val="FF0000"/>
              </w:rPr>
              <w:t>Làm cá nhân; kiểm tra chéo</w:t>
            </w:r>
          </w:p>
        </w:tc>
        <w:tc>
          <w:tcPr>
            <w:tcW w:w="979" w:type="dxa"/>
            <w:tcMar>
              <w:top w:w="55" w:type="dxa"/>
              <w:left w:w="65" w:type="dxa"/>
              <w:bottom w:w="55" w:type="dxa"/>
              <w:right w:w="65" w:type="dxa"/>
            </w:tcMar>
            <w:vAlign w:val="center"/>
          </w:tcPr>
          <w:p w14:paraId="657AB655" w14:textId="77777777" w:rsidR="003928F6" w:rsidRDefault="00000000">
            <w:pPr>
              <w:spacing w:after="0"/>
            </w:pPr>
            <w:r>
              <w:rPr>
                <w:color w:val="FF0000"/>
              </w:rPr>
              <w:t>Không tích hợp</w:t>
            </w:r>
          </w:p>
        </w:tc>
        <w:tc>
          <w:tcPr>
            <w:tcW w:w="1051" w:type="dxa"/>
            <w:tcMar>
              <w:top w:w="55" w:type="dxa"/>
              <w:left w:w="65" w:type="dxa"/>
              <w:bottom w:w="55" w:type="dxa"/>
              <w:right w:w="65" w:type="dxa"/>
            </w:tcMar>
            <w:vAlign w:val="center"/>
          </w:tcPr>
          <w:p w14:paraId="2FB1BCA9" w14:textId="77777777" w:rsidR="003928F6" w:rsidRDefault="00000000">
            <w:pPr>
              <w:spacing w:after="0"/>
            </w:pPr>
            <w:r>
              <w:rPr>
                <w:color w:val="FF0000"/>
              </w:rPr>
              <w:t>-</w:t>
            </w:r>
          </w:p>
        </w:tc>
        <w:tc>
          <w:tcPr>
            <w:tcW w:w="1137" w:type="dxa"/>
            <w:tcMar>
              <w:top w:w="55" w:type="dxa"/>
              <w:left w:w="65" w:type="dxa"/>
              <w:bottom w:w="55" w:type="dxa"/>
              <w:right w:w="65" w:type="dxa"/>
            </w:tcMar>
            <w:vAlign w:val="center"/>
          </w:tcPr>
          <w:p w14:paraId="509F7ACE" w14:textId="77777777" w:rsidR="003928F6" w:rsidRDefault="00000000">
            <w:pPr>
              <w:spacing w:after="0"/>
            </w:pPr>
            <w:r>
              <w:rPr>
                <w:color w:val="FF0000"/>
              </w:rPr>
              <w:t>-</w:t>
            </w:r>
          </w:p>
        </w:tc>
        <w:tc>
          <w:tcPr>
            <w:tcW w:w="1468" w:type="dxa"/>
            <w:tcMar>
              <w:top w:w="55" w:type="dxa"/>
              <w:left w:w="65" w:type="dxa"/>
              <w:bottom w:w="55" w:type="dxa"/>
              <w:right w:w="65" w:type="dxa"/>
            </w:tcMar>
            <w:vAlign w:val="center"/>
          </w:tcPr>
          <w:p w14:paraId="113721C2" w14:textId="77777777" w:rsidR="003928F6" w:rsidRDefault="00000000">
            <w:pPr>
              <w:spacing w:after="0"/>
            </w:pPr>
            <w:r>
              <w:rPr>
                <w:color w:val="FF0000"/>
              </w:rPr>
              <w:t>-</w:t>
            </w:r>
          </w:p>
        </w:tc>
        <w:tc>
          <w:tcPr>
            <w:tcW w:w="1526" w:type="dxa"/>
            <w:tcMar>
              <w:top w:w="55" w:type="dxa"/>
              <w:left w:w="65" w:type="dxa"/>
              <w:bottom w:w="55" w:type="dxa"/>
              <w:right w:w="65" w:type="dxa"/>
            </w:tcMar>
            <w:vAlign w:val="center"/>
          </w:tcPr>
          <w:p w14:paraId="0B16B8B1" w14:textId="77777777" w:rsidR="003928F6" w:rsidRDefault="00000000">
            <w:pPr>
              <w:spacing w:after="0"/>
            </w:pPr>
            <w:r>
              <w:rPr>
                <w:color w:val="FF0000"/>
              </w:rPr>
              <w:t>Phiếu số 4</w:t>
            </w:r>
          </w:p>
        </w:tc>
        <w:tc>
          <w:tcPr>
            <w:tcW w:w="1555" w:type="dxa"/>
            <w:tcMar>
              <w:top w:w="55" w:type="dxa"/>
              <w:left w:w="65" w:type="dxa"/>
              <w:bottom w:w="55" w:type="dxa"/>
              <w:right w:w="65" w:type="dxa"/>
            </w:tcMar>
            <w:vAlign w:val="center"/>
          </w:tcPr>
          <w:p w14:paraId="01B80E09" w14:textId="77777777" w:rsidR="003928F6" w:rsidRDefault="00000000">
            <w:pPr>
              <w:spacing w:after="0"/>
            </w:pPr>
            <w:r>
              <w:rPr>
                <w:color w:val="FF0000"/>
              </w:rPr>
              <w:t>Đây là minh chứng cá nhân; không để AI làm thay</w:t>
            </w:r>
          </w:p>
        </w:tc>
        <w:tc>
          <w:tcPr>
            <w:tcW w:w="892" w:type="dxa"/>
            <w:tcMar>
              <w:top w:w="55" w:type="dxa"/>
              <w:left w:w="65" w:type="dxa"/>
              <w:bottom w:w="55" w:type="dxa"/>
              <w:right w:w="65" w:type="dxa"/>
            </w:tcMar>
            <w:vAlign w:val="center"/>
          </w:tcPr>
          <w:p w14:paraId="0CFF176F" w14:textId="77777777" w:rsidR="003928F6" w:rsidRDefault="00000000">
            <w:pPr>
              <w:spacing w:after="0"/>
            </w:pPr>
            <w:r>
              <w:rPr>
                <w:color w:val="FF0000"/>
              </w:rPr>
              <w:t>Không</w:t>
            </w:r>
          </w:p>
        </w:tc>
        <w:tc>
          <w:tcPr>
            <w:tcW w:w="1065" w:type="dxa"/>
            <w:tcMar>
              <w:top w:w="55" w:type="dxa"/>
              <w:left w:w="65" w:type="dxa"/>
              <w:bottom w:w="55" w:type="dxa"/>
              <w:right w:w="65" w:type="dxa"/>
            </w:tcMar>
            <w:vAlign w:val="center"/>
          </w:tcPr>
          <w:p w14:paraId="3132BE97" w14:textId="77777777" w:rsidR="003928F6" w:rsidRDefault="00000000">
            <w:pPr>
              <w:spacing w:after="0"/>
            </w:pPr>
            <w:r>
              <w:rPr>
                <w:color w:val="FF0000"/>
              </w:rPr>
              <w:t>D</w:t>
            </w:r>
          </w:p>
        </w:tc>
      </w:tr>
      <w:tr w:rsidR="003928F6" w14:paraId="396C0ECC" w14:textId="77777777">
        <w:trPr>
          <w:cantSplit/>
        </w:trPr>
        <w:tc>
          <w:tcPr>
            <w:tcW w:w="720" w:type="dxa"/>
            <w:tcMar>
              <w:top w:w="55" w:type="dxa"/>
              <w:left w:w="65" w:type="dxa"/>
              <w:bottom w:w="55" w:type="dxa"/>
              <w:right w:w="65" w:type="dxa"/>
            </w:tcMar>
            <w:vAlign w:val="center"/>
          </w:tcPr>
          <w:p w14:paraId="1329EF0A" w14:textId="77777777" w:rsidR="003928F6" w:rsidRDefault="00000000">
            <w:pPr>
              <w:spacing w:after="0"/>
              <w:jc w:val="center"/>
            </w:pPr>
            <w:r>
              <w:rPr>
                <w:color w:val="FF0000"/>
              </w:rPr>
              <w:t>7</w:t>
            </w:r>
          </w:p>
        </w:tc>
        <w:tc>
          <w:tcPr>
            <w:tcW w:w="1180" w:type="dxa"/>
            <w:tcMar>
              <w:top w:w="55" w:type="dxa"/>
              <w:left w:w="65" w:type="dxa"/>
              <w:bottom w:w="55" w:type="dxa"/>
              <w:right w:w="65" w:type="dxa"/>
            </w:tcMar>
            <w:vAlign w:val="center"/>
          </w:tcPr>
          <w:p w14:paraId="4AC40819" w14:textId="77777777" w:rsidR="003928F6" w:rsidRDefault="00000000">
            <w:pPr>
              <w:spacing w:after="0"/>
            </w:pPr>
            <w:r>
              <w:rPr>
                <w:color w:val="FF0000"/>
              </w:rPr>
              <w:t>HĐ 4. Vận dụng</w:t>
            </w:r>
          </w:p>
        </w:tc>
        <w:tc>
          <w:tcPr>
            <w:tcW w:w="1123" w:type="dxa"/>
            <w:tcMar>
              <w:top w:w="55" w:type="dxa"/>
              <w:left w:w="65" w:type="dxa"/>
              <w:bottom w:w="55" w:type="dxa"/>
              <w:right w:w="65" w:type="dxa"/>
            </w:tcMar>
            <w:vAlign w:val="center"/>
          </w:tcPr>
          <w:p w14:paraId="5D77756B" w14:textId="77777777" w:rsidR="003928F6" w:rsidRDefault="00000000">
            <w:pPr>
              <w:spacing w:after="0"/>
            </w:pPr>
            <w:r>
              <w:rPr>
                <w:color w:val="FF0000"/>
              </w:rPr>
              <w:t>Tìm hiểu nhà khoa học/thành tựu</w:t>
            </w:r>
          </w:p>
        </w:tc>
        <w:tc>
          <w:tcPr>
            <w:tcW w:w="1267" w:type="dxa"/>
            <w:tcMar>
              <w:top w:w="55" w:type="dxa"/>
              <w:left w:w="65" w:type="dxa"/>
              <w:bottom w:w="55" w:type="dxa"/>
              <w:right w:w="65" w:type="dxa"/>
            </w:tcMar>
            <w:vAlign w:val="center"/>
          </w:tcPr>
          <w:p w14:paraId="4AE0734B" w14:textId="77777777" w:rsidR="003928F6" w:rsidRDefault="00000000">
            <w:pPr>
              <w:spacing w:after="0"/>
            </w:pPr>
            <w:r>
              <w:rPr>
                <w:color w:val="FF0000"/>
              </w:rPr>
              <w:t>Sưu tầm; chọn lọc; tóm tắt; ghi nguồn</w:t>
            </w:r>
          </w:p>
        </w:tc>
        <w:tc>
          <w:tcPr>
            <w:tcW w:w="979" w:type="dxa"/>
            <w:tcMar>
              <w:top w:w="55" w:type="dxa"/>
              <w:left w:w="65" w:type="dxa"/>
              <w:bottom w:w="55" w:type="dxa"/>
              <w:right w:w="65" w:type="dxa"/>
            </w:tcMar>
            <w:vAlign w:val="center"/>
          </w:tcPr>
          <w:p w14:paraId="1FB3F3E4" w14:textId="77777777" w:rsidR="003928F6" w:rsidRDefault="00000000">
            <w:pPr>
              <w:spacing w:after="0"/>
            </w:pPr>
            <w:r>
              <w:rPr>
                <w:color w:val="FF0000"/>
              </w:rPr>
              <w:t>NLS và AI</w:t>
            </w:r>
          </w:p>
        </w:tc>
        <w:tc>
          <w:tcPr>
            <w:tcW w:w="1051" w:type="dxa"/>
            <w:tcMar>
              <w:top w:w="55" w:type="dxa"/>
              <w:left w:w="65" w:type="dxa"/>
              <w:bottom w:w="55" w:type="dxa"/>
              <w:right w:w="65" w:type="dxa"/>
            </w:tcMar>
            <w:vAlign w:val="center"/>
          </w:tcPr>
          <w:p w14:paraId="55A03E07" w14:textId="77777777" w:rsidR="003928F6" w:rsidRDefault="00000000">
            <w:pPr>
              <w:spacing w:after="0"/>
            </w:pPr>
            <w:r>
              <w:rPr>
                <w:color w:val="FF0000"/>
              </w:rPr>
              <w:t>NLS 1.1.TC1b; 1.2.TC1a</w:t>
            </w:r>
          </w:p>
        </w:tc>
        <w:tc>
          <w:tcPr>
            <w:tcW w:w="1137" w:type="dxa"/>
            <w:tcMar>
              <w:top w:w="55" w:type="dxa"/>
              <w:left w:w="65" w:type="dxa"/>
              <w:bottom w:w="55" w:type="dxa"/>
              <w:right w:w="65" w:type="dxa"/>
            </w:tcMar>
            <w:vAlign w:val="center"/>
          </w:tcPr>
          <w:p w14:paraId="7F788854" w14:textId="77777777" w:rsidR="003928F6" w:rsidRDefault="00000000">
            <w:pPr>
              <w:spacing w:after="0"/>
            </w:pPr>
            <w:r>
              <w:rPr>
                <w:color w:val="FF0000"/>
              </w:rPr>
              <w:t>Không có mã chi tiết; NLa, L6-A3</w:t>
            </w:r>
          </w:p>
        </w:tc>
        <w:tc>
          <w:tcPr>
            <w:tcW w:w="1468" w:type="dxa"/>
            <w:tcMar>
              <w:top w:w="55" w:type="dxa"/>
              <w:left w:w="65" w:type="dxa"/>
              <w:bottom w:w="55" w:type="dxa"/>
              <w:right w:w="65" w:type="dxa"/>
            </w:tcMar>
            <w:vAlign w:val="center"/>
          </w:tcPr>
          <w:p w14:paraId="4E12ED09" w14:textId="77777777" w:rsidR="003928F6" w:rsidRDefault="00000000">
            <w:pPr>
              <w:spacing w:after="0"/>
            </w:pPr>
            <w:r>
              <w:rPr>
                <w:color w:val="FF0000"/>
              </w:rPr>
              <w:t>Tìm theo từ khóa; so sánh 2 nguồn; AI hỗ trợ tóm tắt; kiểm chứng và khai báo</w:t>
            </w:r>
          </w:p>
        </w:tc>
        <w:tc>
          <w:tcPr>
            <w:tcW w:w="1526" w:type="dxa"/>
            <w:tcMar>
              <w:top w:w="55" w:type="dxa"/>
              <w:left w:w="65" w:type="dxa"/>
              <w:bottom w:w="55" w:type="dxa"/>
              <w:right w:w="65" w:type="dxa"/>
            </w:tcMar>
            <w:vAlign w:val="center"/>
          </w:tcPr>
          <w:p w14:paraId="471C491C" w14:textId="77777777" w:rsidR="003928F6" w:rsidRDefault="00000000">
            <w:pPr>
              <w:spacing w:after="0"/>
            </w:pPr>
            <w:r>
              <w:rPr>
                <w:color w:val="FF0000"/>
              </w:rPr>
              <w:t>Phiếu tìm kiếm; bảng kiểm chứng; sản phẩm cuối</w:t>
            </w:r>
          </w:p>
        </w:tc>
        <w:tc>
          <w:tcPr>
            <w:tcW w:w="1555" w:type="dxa"/>
            <w:tcMar>
              <w:top w:w="55" w:type="dxa"/>
              <w:left w:w="65" w:type="dxa"/>
              <w:bottom w:w="55" w:type="dxa"/>
              <w:right w:w="65" w:type="dxa"/>
            </w:tcMar>
            <w:vAlign w:val="center"/>
          </w:tcPr>
          <w:p w14:paraId="232DA505" w14:textId="77777777" w:rsidR="003928F6" w:rsidRDefault="00000000">
            <w:pPr>
              <w:spacing w:after="0"/>
            </w:pPr>
            <w:r>
              <w:rPr>
                <w:color w:val="FF0000"/>
              </w:rPr>
              <w:t>Nhiệm vụ ngoài lớp có hành vi số và sản phẩm rõ</w:t>
            </w:r>
          </w:p>
        </w:tc>
        <w:tc>
          <w:tcPr>
            <w:tcW w:w="892" w:type="dxa"/>
            <w:tcMar>
              <w:top w:w="55" w:type="dxa"/>
              <w:left w:w="65" w:type="dxa"/>
              <w:bottom w:w="55" w:type="dxa"/>
              <w:right w:w="65" w:type="dxa"/>
            </w:tcMar>
            <w:vAlign w:val="center"/>
          </w:tcPr>
          <w:p w14:paraId="29206F3C" w14:textId="77777777" w:rsidR="003928F6" w:rsidRDefault="00000000">
            <w:pPr>
              <w:spacing w:after="0"/>
            </w:pPr>
            <w:r>
              <w:rPr>
                <w:color w:val="FF0000"/>
              </w:rPr>
              <w:t>Vừa</w:t>
            </w:r>
          </w:p>
        </w:tc>
        <w:tc>
          <w:tcPr>
            <w:tcW w:w="1065" w:type="dxa"/>
            <w:tcMar>
              <w:top w:w="55" w:type="dxa"/>
              <w:left w:w="65" w:type="dxa"/>
              <w:bottom w:w="55" w:type="dxa"/>
              <w:right w:w="65" w:type="dxa"/>
            </w:tcMar>
            <w:vAlign w:val="center"/>
          </w:tcPr>
          <w:p w14:paraId="5C581009" w14:textId="77777777" w:rsidR="003928F6" w:rsidRDefault="00000000">
            <w:pPr>
              <w:spacing w:after="0"/>
            </w:pPr>
            <w:r>
              <w:rPr>
                <w:color w:val="FF0000"/>
              </w:rPr>
              <w:t>A/B ở nhà; D thay thế</w:t>
            </w:r>
          </w:p>
        </w:tc>
      </w:tr>
    </w:tbl>
    <w:p w14:paraId="018086AC" w14:textId="77777777" w:rsidR="003928F6" w:rsidRDefault="00000000">
      <w:pPr>
        <w:pageBreakBefore/>
        <w:spacing w:before="120" w:after="60"/>
        <w:jc w:val="center"/>
      </w:pPr>
      <w:r>
        <w:rPr>
          <w:b/>
          <w:color w:val="FF0000"/>
        </w:rPr>
        <w:lastRenderedPageBreak/>
        <w:t>PHẦN 2. BẢNG ĐỐI CHIẾU MÃ</w:t>
      </w:r>
    </w:p>
    <w:p w14:paraId="3ABB30CD" w14:textId="47C02BF0" w:rsidR="003928F6" w:rsidRDefault="003928F6">
      <w:pPr>
        <w:spacing w:after="60"/>
      </w:pPr>
    </w:p>
    <w:tbl>
      <w:tblPr>
        <w:tblStyle w:val="TableGrid"/>
        <w:tblW w:w="0" w:type="auto"/>
        <w:tblLayout w:type="fixed"/>
        <w:tblLook w:val="04A0" w:firstRow="1" w:lastRow="0" w:firstColumn="1" w:lastColumn="0" w:noHBand="0" w:noVBand="1"/>
      </w:tblPr>
      <w:tblGrid>
        <w:gridCol w:w="1728"/>
        <w:gridCol w:w="1843"/>
        <w:gridCol w:w="1007"/>
        <w:gridCol w:w="3240"/>
        <w:gridCol w:w="2520"/>
        <w:gridCol w:w="1944"/>
        <w:gridCol w:w="1267"/>
      </w:tblGrid>
      <w:tr w:rsidR="003928F6" w14:paraId="403539FC" w14:textId="77777777">
        <w:trPr>
          <w:cantSplit/>
          <w:tblHeader/>
        </w:trPr>
        <w:tc>
          <w:tcPr>
            <w:tcW w:w="1728" w:type="dxa"/>
            <w:shd w:val="clear" w:color="auto" w:fill="FDE9E7"/>
            <w:tcMar>
              <w:top w:w="55" w:type="dxa"/>
              <w:left w:w="65" w:type="dxa"/>
              <w:bottom w:w="55" w:type="dxa"/>
              <w:right w:w="65" w:type="dxa"/>
            </w:tcMar>
            <w:vAlign w:val="center"/>
          </w:tcPr>
          <w:p w14:paraId="3A4C0AC8" w14:textId="77777777" w:rsidR="003928F6" w:rsidRDefault="00000000">
            <w:pPr>
              <w:spacing w:after="0"/>
              <w:jc w:val="center"/>
            </w:pPr>
            <w:r>
              <w:rPr>
                <w:b/>
                <w:color w:val="FF0000"/>
              </w:rPr>
              <w:t>Mã đã chọn</w:t>
            </w:r>
          </w:p>
        </w:tc>
        <w:tc>
          <w:tcPr>
            <w:tcW w:w="1843" w:type="dxa"/>
            <w:shd w:val="clear" w:color="auto" w:fill="FDE9E7"/>
            <w:tcMar>
              <w:top w:w="55" w:type="dxa"/>
              <w:left w:w="65" w:type="dxa"/>
              <w:bottom w:w="55" w:type="dxa"/>
              <w:right w:w="65" w:type="dxa"/>
            </w:tcMar>
            <w:vAlign w:val="center"/>
          </w:tcPr>
          <w:p w14:paraId="12466596" w14:textId="77777777" w:rsidR="003928F6" w:rsidRDefault="00000000">
            <w:pPr>
              <w:spacing w:after="0"/>
              <w:jc w:val="center"/>
            </w:pPr>
            <w:r>
              <w:rPr>
                <w:b/>
                <w:color w:val="FF0000"/>
              </w:rPr>
              <w:t>Tên năng lực/chủ đề</w:t>
            </w:r>
          </w:p>
        </w:tc>
        <w:tc>
          <w:tcPr>
            <w:tcW w:w="1007" w:type="dxa"/>
            <w:shd w:val="clear" w:color="auto" w:fill="FDE9E7"/>
            <w:tcMar>
              <w:top w:w="55" w:type="dxa"/>
              <w:left w:w="65" w:type="dxa"/>
              <w:bottom w:w="55" w:type="dxa"/>
              <w:right w:w="65" w:type="dxa"/>
            </w:tcMar>
            <w:vAlign w:val="center"/>
          </w:tcPr>
          <w:p w14:paraId="31B3F78C" w14:textId="77777777" w:rsidR="003928F6" w:rsidRDefault="00000000">
            <w:pPr>
              <w:spacing w:after="0"/>
              <w:jc w:val="center"/>
            </w:pPr>
            <w:r>
              <w:rPr>
                <w:b/>
                <w:color w:val="FF0000"/>
              </w:rPr>
              <w:t>Mức/lớp</w:t>
            </w:r>
          </w:p>
        </w:tc>
        <w:tc>
          <w:tcPr>
            <w:tcW w:w="3240" w:type="dxa"/>
            <w:shd w:val="clear" w:color="auto" w:fill="FDE9E7"/>
            <w:tcMar>
              <w:top w:w="55" w:type="dxa"/>
              <w:left w:w="65" w:type="dxa"/>
              <w:bottom w:w="55" w:type="dxa"/>
              <w:right w:w="65" w:type="dxa"/>
            </w:tcMar>
            <w:vAlign w:val="center"/>
          </w:tcPr>
          <w:p w14:paraId="602C7758" w14:textId="77777777" w:rsidR="003928F6" w:rsidRDefault="00000000">
            <w:pPr>
              <w:spacing w:after="0"/>
              <w:jc w:val="center"/>
            </w:pPr>
            <w:r>
              <w:rPr>
                <w:b/>
                <w:color w:val="FF0000"/>
              </w:rPr>
              <w:t>Chỉ báo/yêu cầu cần đạt</w:t>
            </w:r>
          </w:p>
        </w:tc>
        <w:tc>
          <w:tcPr>
            <w:tcW w:w="2520" w:type="dxa"/>
            <w:shd w:val="clear" w:color="auto" w:fill="FDE9E7"/>
            <w:tcMar>
              <w:top w:w="55" w:type="dxa"/>
              <w:left w:w="65" w:type="dxa"/>
              <w:bottom w:w="55" w:type="dxa"/>
              <w:right w:w="65" w:type="dxa"/>
            </w:tcMar>
            <w:vAlign w:val="center"/>
          </w:tcPr>
          <w:p w14:paraId="24EB61BB" w14:textId="77777777" w:rsidR="003928F6" w:rsidRDefault="00000000">
            <w:pPr>
              <w:spacing w:after="0"/>
              <w:jc w:val="center"/>
            </w:pPr>
            <w:r>
              <w:rPr>
                <w:b/>
                <w:color w:val="FF0000"/>
              </w:rPr>
              <w:t>Hành vi trong giáo án</w:t>
            </w:r>
          </w:p>
        </w:tc>
        <w:tc>
          <w:tcPr>
            <w:tcW w:w="1944" w:type="dxa"/>
            <w:shd w:val="clear" w:color="auto" w:fill="FDE9E7"/>
            <w:tcMar>
              <w:top w:w="55" w:type="dxa"/>
              <w:left w:w="65" w:type="dxa"/>
              <w:bottom w:w="55" w:type="dxa"/>
              <w:right w:w="65" w:type="dxa"/>
            </w:tcMar>
            <w:vAlign w:val="center"/>
          </w:tcPr>
          <w:p w14:paraId="751118F3" w14:textId="77777777" w:rsidR="003928F6" w:rsidRDefault="00000000">
            <w:pPr>
              <w:spacing w:after="0"/>
              <w:jc w:val="center"/>
            </w:pPr>
            <w:r>
              <w:rPr>
                <w:b/>
                <w:color w:val="FF0000"/>
              </w:rPr>
              <w:t>Bằng chứng</w:t>
            </w:r>
          </w:p>
        </w:tc>
        <w:tc>
          <w:tcPr>
            <w:tcW w:w="1267" w:type="dxa"/>
            <w:shd w:val="clear" w:color="auto" w:fill="FDE9E7"/>
            <w:tcMar>
              <w:top w:w="55" w:type="dxa"/>
              <w:left w:w="65" w:type="dxa"/>
              <w:bottom w:w="55" w:type="dxa"/>
              <w:right w:w="65" w:type="dxa"/>
            </w:tcMar>
            <w:vAlign w:val="center"/>
          </w:tcPr>
          <w:p w14:paraId="2BF71033" w14:textId="77777777" w:rsidR="003928F6" w:rsidRDefault="00000000">
            <w:pPr>
              <w:spacing w:after="0"/>
              <w:jc w:val="center"/>
            </w:pPr>
            <w:r>
              <w:rPr>
                <w:b/>
                <w:color w:val="FF0000"/>
              </w:rPr>
              <w:t>Kết luận</w:t>
            </w:r>
          </w:p>
        </w:tc>
      </w:tr>
      <w:tr w:rsidR="003928F6" w14:paraId="07AA3489" w14:textId="77777777">
        <w:trPr>
          <w:cantSplit/>
        </w:trPr>
        <w:tc>
          <w:tcPr>
            <w:tcW w:w="1728" w:type="dxa"/>
            <w:tcMar>
              <w:top w:w="55" w:type="dxa"/>
              <w:left w:w="65" w:type="dxa"/>
              <w:bottom w:w="55" w:type="dxa"/>
              <w:right w:w="65" w:type="dxa"/>
            </w:tcMar>
            <w:vAlign w:val="center"/>
          </w:tcPr>
          <w:p w14:paraId="54FE60FF" w14:textId="77777777" w:rsidR="003928F6" w:rsidRDefault="00000000">
            <w:pPr>
              <w:spacing w:after="0"/>
              <w:jc w:val="center"/>
            </w:pPr>
            <w:r>
              <w:rPr>
                <w:color w:val="FF0000"/>
              </w:rPr>
              <w:t>NLS 1.1.TC1b</w:t>
            </w:r>
          </w:p>
        </w:tc>
        <w:tc>
          <w:tcPr>
            <w:tcW w:w="1843" w:type="dxa"/>
            <w:tcMar>
              <w:top w:w="55" w:type="dxa"/>
              <w:left w:w="65" w:type="dxa"/>
              <w:bottom w:w="55" w:type="dxa"/>
              <w:right w:w="65" w:type="dxa"/>
            </w:tcMar>
            <w:vAlign w:val="center"/>
          </w:tcPr>
          <w:p w14:paraId="3DDBF86B" w14:textId="77777777" w:rsidR="003928F6" w:rsidRDefault="00000000">
            <w:pPr>
              <w:spacing w:after="0"/>
            </w:pPr>
            <w:r>
              <w:rPr>
                <w:color w:val="FF0000"/>
              </w:rPr>
              <w:t>1.1. Duyệt, tìm kiếm và lọc dữ liệu, thông tin và nội dung số</w:t>
            </w:r>
          </w:p>
        </w:tc>
        <w:tc>
          <w:tcPr>
            <w:tcW w:w="1007" w:type="dxa"/>
            <w:tcMar>
              <w:top w:w="55" w:type="dxa"/>
              <w:left w:w="65" w:type="dxa"/>
              <w:bottom w:w="55" w:type="dxa"/>
              <w:right w:w="65" w:type="dxa"/>
            </w:tcMar>
            <w:vAlign w:val="center"/>
          </w:tcPr>
          <w:p w14:paraId="3AD5FC49" w14:textId="77777777" w:rsidR="003928F6" w:rsidRDefault="00000000">
            <w:pPr>
              <w:spacing w:after="0"/>
            </w:pPr>
            <w:r>
              <w:rPr>
                <w:color w:val="FF0000"/>
              </w:rPr>
              <w:t>L6-L7/TC1</w:t>
            </w:r>
          </w:p>
        </w:tc>
        <w:tc>
          <w:tcPr>
            <w:tcW w:w="3240" w:type="dxa"/>
            <w:tcMar>
              <w:top w:w="55" w:type="dxa"/>
              <w:left w:w="65" w:type="dxa"/>
              <w:bottom w:w="55" w:type="dxa"/>
              <w:right w:w="65" w:type="dxa"/>
            </w:tcMar>
            <w:vAlign w:val="center"/>
          </w:tcPr>
          <w:p w14:paraId="3E3C4713" w14:textId="77777777" w:rsidR="003928F6" w:rsidRDefault="00000000">
            <w:pPr>
              <w:spacing w:after="0"/>
            </w:pPr>
            <w:r>
              <w:rPr>
                <w:color w:val="FF0000"/>
              </w:rPr>
              <w:t>Thực hiện được rõ ràng và theo quy trình các tìm kiếm để tìm dữ liệu, thông tin và nội dung trong môi trường số.</w:t>
            </w:r>
          </w:p>
        </w:tc>
        <w:tc>
          <w:tcPr>
            <w:tcW w:w="2520" w:type="dxa"/>
            <w:tcMar>
              <w:top w:w="55" w:type="dxa"/>
              <w:left w:w="65" w:type="dxa"/>
              <w:bottom w:w="55" w:type="dxa"/>
              <w:right w:w="65" w:type="dxa"/>
            </w:tcMar>
            <w:vAlign w:val="center"/>
          </w:tcPr>
          <w:p w14:paraId="297F737A" w14:textId="77777777" w:rsidR="003928F6" w:rsidRDefault="00000000">
            <w:pPr>
              <w:spacing w:after="0"/>
            </w:pPr>
            <w:r>
              <w:rPr>
                <w:color w:val="FF0000"/>
              </w:rPr>
              <w:t>Xác định nội dung cần tìm; viết từ khóa; chọn nguồn trong danh mục.</w:t>
            </w:r>
          </w:p>
        </w:tc>
        <w:tc>
          <w:tcPr>
            <w:tcW w:w="1944" w:type="dxa"/>
            <w:tcMar>
              <w:top w:w="55" w:type="dxa"/>
              <w:left w:w="65" w:type="dxa"/>
              <w:bottom w:w="55" w:type="dxa"/>
              <w:right w:w="65" w:type="dxa"/>
            </w:tcMar>
            <w:vAlign w:val="center"/>
          </w:tcPr>
          <w:p w14:paraId="197DE56A" w14:textId="77777777" w:rsidR="003928F6" w:rsidRDefault="00000000">
            <w:pPr>
              <w:spacing w:after="0"/>
            </w:pPr>
            <w:r>
              <w:rPr>
                <w:color w:val="FF0000"/>
              </w:rPr>
              <w:t>Từ khóa và danh sách nguồn đã dùng.</w:t>
            </w:r>
          </w:p>
        </w:tc>
        <w:tc>
          <w:tcPr>
            <w:tcW w:w="1267" w:type="dxa"/>
            <w:tcMar>
              <w:top w:w="55" w:type="dxa"/>
              <w:left w:w="65" w:type="dxa"/>
              <w:bottom w:w="55" w:type="dxa"/>
              <w:right w:w="65" w:type="dxa"/>
            </w:tcMar>
            <w:vAlign w:val="center"/>
          </w:tcPr>
          <w:p w14:paraId="0DD6E209" w14:textId="77777777" w:rsidR="003928F6" w:rsidRDefault="00000000">
            <w:pPr>
              <w:spacing w:after="0"/>
            </w:pPr>
            <w:r>
              <w:rPr>
                <w:color w:val="FF0000"/>
              </w:rPr>
              <w:t>Phù hợp</w:t>
            </w:r>
          </w:p>
        </w:tc>
      </w:tr>
      <w:tr w:rsidR="003928F6" w14:paraId="6CEA7558" w14:textId="77777777">
        <w:trPr>
          <w:cantSplit/>
        </w:trPr>
        <w:tc>
          <w:tcPr>
            <w:tcW w:w="1728" w:type="dxa"/>
            <w:tcMar>
              <w:top w:w="55" w:type="dxa"/>
              <w:left w:w="65" w:type="dxa"/>
              <w:bottom w:w="55" w:type="dxa"/>
              <w:right w:w="65" w:type="dxa"/>
            </w:tcMar>
            <w:vAlign w:val="center"/>
          </w:tcPr>
          <w:p w14:paraId="27AE2744" w14:textId="77777777" w:rsidR="003928F6" w:rsidRDefault="00000000">
            <w:pPr>
              <w:spacing w:after="0"/>
              <w:jc w:val="center"/>
            </w:pPr>
            <w:r>
              <w:rPr>
                <w:color w:val="FF0000"/>
              </w:rPr>
              <w:t>NLS 1.2.TC1a</w:t>
            </w:r>
          </w:p>
        </w:tc>
        <w:tc>
          <w:tcPr>
            <w:tcW w:w="1843" w:type="dxa"/>
            <w:tcMar>
              <w:top w:w="55" w:type="dxa"/>
              <w:left w:w="65" w:type="dxa"/>
              <w:bottom w:w="55" w:type="dxa"/>
              <w:right w:w="65" w:type="dxa"/>
            </w:tcMar>
            <w:vAlign w:val="center"/>
          </w:tcPr>
          <w:p w14:paraId="5F2517B8" w14:textId="77777777" w:rsidR="003928F6" w:rsidRDefault="00000000">
            <w:pPr>
              <w:spacing w:after="0"/>
            </w:pPr>
            <w:r>
              <w:rPr>
                <w:color w:val="FF0000"/>
              </w:rPr>
              <w:t>1.2. Đánh giá dữ liệu, thông tin và nội dung số</w:t>
            </w:r>
          </w:p>
        </w:tc>
        <w:tc>
          <w:tcPr>
            <w:tcW w:w="1007" w:type="dxa"/>
            <w:tcMar>
              <w:top w:w="55" w:type="dxa"/>
              <w:left w:w="65" w:type="dxa"/>
              <w:bottom w:w="55" w:type="dxa"/>
              <w:right w:w="65" w:type="dxa"/>
            </w:tcMar>
            <w:vAlign w:val="center"/>
          </w:tcPr>
          <w:p w14:paraId="2D0BDAA4" w14:textId="77777777" w:rsidR="003928F6" w:rsidRDefault="00000000">
            <w:pPr>
              <w:spacing w:after="0"/>
            </w:pPr>
            <w:r>
              <w:rPr>
                <w:color w:val="FF0000"/>
              </w:rPr>
              <w:t>L6-L7/TC1</w:t>
            </w:r>
          </w:p>
        </w:tc>
        <w:tc>
          <w:tcPr>
            <w:tcW w:w="3240" w:type="dxa"/>
            <w:tcMar>
              <w:top w:w="55" w:type="dxa"/>
              <w:left w:w="65" w:type="dxa"/>
              <w:bottom w:w="55" w:type="dxa"/>
              <w:right w:w="65" w:type="dxa"/>
            </w:tcMar>
            <w:vAlign w:val="center"/>
          </w:tcPr>
          <w:p w14:paraId="3ACF9587" w14:textId="77777777" w:rsidR="003928F6" w:rsidRDefault="00000000">
            <w:pPr>
              <w:spacing w:after="0"/>
            </w:pPr>
            <w:r>
              <w:rPr>
                <w:color w:val="FF0000"/>
              </w:rPr>
              <w:t>Thực hiện phân tích, so sánh, đánh giá được độ tin cậy và độ chính xác của các nguồn dữ liệu, thông tin và nội dung số đã được tổ chức rõ ràng.</w:t>
            </w:r>
          </w:p>
        </w:tc>
        <w:tc>
          <w:tcPr>
            <w:tcW w:w="2520" w:type="dxa"/>
            <w:tcMar>
              <w:top w:w="55" w:type="dxa"/>
              <w:left w:w="65" w:type="dxa"/>
              <w:bottom w:w="55" w:type="dxa"/>
              <w:right w:w="65" w:type="dxa"/>
            </w:tcMar>
            <w:vAlign w:val="center"/>
          </w:tcPr>
          <w:p w14:paraId="48A82E9D" w14:textId="77777777" w:rsidR="003928F6" w:rsidRDefault="00000000">
            <w:pPr>
              <w:spacing w:after="0"/>
            </w:pPr>
            <w:r>
              <w:rPr>
                <w:color w:val="FF0000"/>
              </w:rPr>
              <w:t>So sánh dữ kiện giữa hai nguồn; sửa nội dung AI không có căn cứ.</w:t>
            </w:r>
          </w:p>
        </w:tc>
        <w:tc>
          <w:tcPr>
            <w:tcW w:w="1944" w:type="dxa"/>
            <w:tcMar>
              <w:top w:w="55" w:type="dxa"/>
              <w:left w:w="65" w:type="dxa"/>
              <w:bottom w:w="55" w:type="dxa"/>
              <w:right w:w="65" w:type="dxa"/>
            </w:tcMar>
            <w:vAlign w:val="center"/>
          </w:tcPr>
          <w:p w14:paraId="77111D51" w14:textId="77777777" w:rsidR="003928F6" w:rsidRDefault="00000000">
            <w:pPr>
              <w:spacing w:after="0"/>
            </w:pPr>
            <w:r>
              <w:rPr>
                <w:color w:val="FF0000"/>
              </w:rPr>
              <w:t>Bảng kiểm chứng và bản sửa.</w:t>
            </w:r>
          </w:p>
        </w:tc>
        <w:tc>
          <w:tcPr>
            <w:tcW w:w="1267" w:type="dxa"/>
            <w:tcMar>
              <w:top w:w="55" w:type="dxa"/>
              <w:left w:w="65" w:type="dxa"/>
              <w:bottom w:w="55" w:type="dxa"/>
              <w:right w:w="65" w:type="dxa"/>
            </w:tcMar>
            <w:vAlign w:val="center"/>
          </w:tcPr>
          <w:p w14:paraId="669E95EC" w14:textId="77777777" w:rsidR="003928F6" w:rsidRDefault="00000000">
            <w:pPr>
              <w:spacing w:after="0"/>
            </w:pPr>
            <w:r>
              <w:rPr>
                <w:color w:val="FF0000"/>
              </w:rPr>
              <w:t>Phù hợp</w:t>
            </w:r>
          </w:p>
        </w:tc>
      </w:tr>
      <w:tr w:rsidR="003928F6" w14:paraId="14027626" w14:textId="77777777">
        <w:trPr>
          <w:cantSplit/>
        </w:trPr>
        <w:tc>
          <w:tcPr>
            <w:tcW w:w="1728" w:type="dxa"/>
            <w:tcMar>
              <w:top w:w="55" w:type="dxa"/>
              <w:left w:w="65" w:type="dxa"/>
              <w:bottom w:w="55" w:type="dxa"/>
              <w:right w:w="65" w:type="dxa"/>
            </w:tcMar>
            <w:vAlign w:val="center"/>
          </w:tcPr>
          <w:p w14:paraId="79A49F69" w14:textId="77777777" w:rsidR="003928F6" w:rsidRDefault="00000000">
            <w:pPr>
              <w:spacing w:after="0"/>
              <w:jc w:val="center"/>
            </w:pPr>
            <w:r>
              <w:rPr>
                <w:color w:val="FF0000"/>
              </w:rPr>
              <w:t>Không có mã chi tiết trong QĐ 3439; NLa - lớp 6 - A3</w:t>
            </w:r>
          </w:p>
        </w:tc>
        <w:tc>
          <w:tcPr>
            <w:tcW w:w="1843" w:type="dxa"/>
            <w:tcMar>
              <w:top w:w="55" w:type="dxa"/>
              <w:left w:w="65" w:type="dxa"/>
              <w:bottom w:w="55" w:type="dxa"/>
              <w:right w:w="65" w:type="dxa"/>
            </w:tcMar>
            <w:vAlign w:val="center"/>
          </w:tcPr>
          <w:p w14:paraId="3B84754F" w14:textId="77777777" w:rsidR="003928F6" w:rsidRDefault="00000000">
            <w:pPr>
              <w:spacing w:after="0"/>
            </w:pPr>
            <w:r>
              <w:rPr>
                <w:color w:val="FF0000"/>
              </w:rPr>
              <w:t>Công dân trong kỉ nguyên AI - Học hỏi và phát triển với AI</w:t>
            </w:r>
          </w:p>
        </w:tc>
        <w:tc>
          <w:tcPr>
            <w:tcW w:w="1007" w:type="dxa"/>
            <w:tcMar>
              <w:top w:w="55" w:type="dxa"/>
              <w:left w:w="65" w:type="dxa"/>
              <w:bottom w:w="55" w:type="dxa"/>
              <w:right w:w="65" w:type="dxa"/>
            </w:tcMar>
            <w:vAlign w:val="center"/>
          </w:tcPr>
          <w:p w14:paraId="63951C68" w14:textId="77777777" w:rsidR="003928F6" w:rsidRDefault="00000000">
            <w:pPr>
              <w:spacing w:after="0"/>
            </w:pPr>
            <w:r>
              <w:rPr>
                <w:color w:val="FF0000"/>
              </w:rPr>
              <w:t>Lớp 6</w:t>
            </w:r>
          </w:p>
        </w:tc>
        <w:tc>
          <w:tcPr>
            <w:tcW w:w="3240" w:type="dxa"/>
            <w:tcMar>
              <w:top w:w="55" w:type="dxa"/>
              <w:left w:w="65" w:type="dxa"/>
              <w:bottom w:w="55" w:type="dxa"/>
              <w:right w:w="65" w:type="dxa"/>
            </w:tcMar>
            <w:vAlign w:val="center"/>
          </w:tcPr>
          <w:p w14:paraId="6A6FB146" w14:textId="77777777" w:rsidR="003928F6" w:rsidRDefault="00000000">
            <w:pPr>
              <w:spacing w:after="0"/>
            </w:pPr>
            <w:r>
              <w:rPr>
                <w:color w:val="FF0000"/>
              </w:rPr>
              <w:t>Nhận biết và giải thích được rằng AI có thể giúp con người học hỏi, rèn luyện kĩ năng và mở rộng hiểu biết, nếu con người biết sử dụng AI đúng cách và có mục đích rõ ràng.</w:t>
            </w:r>
          </w:p>
        </w:tc>
        <w:tc>
          <w:tcPr>
            <w:tcW w:w="2520" w:type="dxa"/>
            <w:tcMar>
              <w:top w:w="55" w:type="dxa"/>
              <w:left w:w="65" w:type="dxa"/>
              <w:bottom w:w="55" w:type="dxa"/>
              <w:right w:w="65" w:type="dxa"/>
            </w:tcMar>
            <w:vAlign w:val="center"/>
          </w:tcPr>
          <w:p w14:paraId="59F0AF0F" w14:textId="77777777" w:rsidR="003928F6" w:rsidRDefault="00000000">
            <w:pPr>
              <w:spacing w:after="0"/>
            </w:pPr>
            <w:r>
              <w:rPr>
                <w:color w:val="FF0000"/>
              </w:rPr>
              <w:t>Dùng AI để gợi ý tóm tắt từ dữ kiện đã kiểm chứng; giải thích tác dụng và giới hạn.</w:t>
            </w:r>
          </w:p>
        </w:tc>
        <w:tc>
          <w:tcPr>
            <w:tcW w:w="1944" w:type="dxa"/>
            <w:tcMar>
              <w:top w:w="55" w:type="dxa"/>
              <w:left w:w="65" w:type="dxa"/>
              <w:bottom w:w="55" w:type="dxa"/>
              <w:right w:w="65" w:type="dxa"/>
            </w:tcMar>
            <w:vAlign w:val="center"/>
          </w:tcPr>
          <w:p w14:paraId="0178AA1F" w14:textId="77777777" w:rsidR="003928F6" w:rsidRDefault="00000000">
            <w:pPr>
              <w:spacing w:after="0"/>
            </w:pPr>
            <w:r>
              <w:rPr>
                <w:color w:val="FF0000"/>
              </w:rPr>
              <w:t>Câu lệnh, bản sửa và dòng minh bạch hỗ trợ.</w:t>
            </w:r>
          </w:p>
        </w:tc>
        <w:tc>
          <w:tcPr>
            <w:tcW w:w="1267" w:type="dxa"/>
            <w:tcMar>
              <w:top w:w="55" w:type="dxa"/>
              <w:left w:w="65" w:type="dxa"/>
              <w:bottom w:w="55" w:type="dxa"/>
              <w:right w:w="65" w:type="dxa"/>
            </w:tcMar>
            <w:vAlign w:val="center"/>
          </w:tcPr>
          <w:p w14:paraId="0D23084F" w14:textId="77777777" w:rsidR="003928F6" w:rsidRDefault="00000000">
            <w:pPr>
              <w:spacing w:after="0"/>
            </w:pPr>
            <w:r>
              <w:rPr>
                <w:color w:val="FF0000"/>
              </w:rPr>
              <w:t>Phù hợp; không tự tạo mã</w:t>
            </w:r>
          </w:p>
        </w:tc>
      </w:tr>
    </w:tbl>
    <w:p w14:paraId="3D7B5EAB" w14:textId="77777777" w:rsidR="003928F6" w:rsidRDefault="003928F6">
      <w:pPr>
        <w:sectPr w:rsidR="003928F6">
          <w:pgSz w:w="16838" w:h="11906" w:orient="landscape"/>
          <w:pgMar w:top="1134" w:right="1134" w:bottom="1134" w:left="1701" w:header="454" w:footer="454" w:gutter="0"/>
          <w:cols w:space="720"/>
          <w:docGrid w:linePitch="360"/>
        </w:sectPr>
      </w:pPr>
    </w:p>
    <w:p w14:paraId="40EB938F" w14:textId="77777777" w:rsidR="003928F6" w:rsidRDefault="00000000">
      <w:pPr>
        <w:pageBreakBefore/>
        <w:spacing w:after="60"/>
        <w:jc w:val="center"/>
      </w:pPr>
      <w:r>
        <w:rPr>
          <w:b/>
          <w:color w:val="FF0000"/>
        </w:rPr>
        <w:lastRenderedPageBreak/>
        <w:t>PHẦN 3. GIÁO ÁN HOÀN CHỈNH</w:t>
      </w:r>
    </w:p>
    <w:tbl>
      <w:tblPr>
        <w:tblW w:w="9072" w:type="dxa"/>
        <w:tblLayout w:type="fixed"/>
        <w:tblLook w:val="04A0" w:firstRow="1" w:lastRow="0" w:firstColumn="1" w:lastColumn="0" w:noHBand="0" w:noVBand="1"/>
      </w:tblPr>
      <w:tblGrid>
        <w:gridCol w:w="4536"/>
        <w:gridCol w:w="4536"/>
      </w:tblGrid>
      <w:tr w:rsidR="003928F6" w14:paraId="64CEE6CA" w14:textId="77777777">
        <w:trPr>
          <w:cantSplit/>
          <w:tblHeader/>
        </w:trPr>
        <w:tc>
          <w:tcPr>
            <w:tcW w:w="4536" w:type="dxa"/>
            <w:tcMar>
              <w:top w:w="20" w:type="dxa"/>
              <w:left w:w="0" w:type="dxa"/>
              <w:bottom w:w="20" w:type="dxa"/>
              <w:right w:w="0" w:type="dxa"/>
            </w:tcMar>
            <w:vAlign w:val="center"/>
          </w:tcPr>
          <w:p w14:paraId="2888B77B" w14:textId="64DC469B" w:rsidR="003928F6" w:rsidRDefault="00000000">
            <w:pPr>
              <w:spacing w:after="60"/>
            </w:pPr>
            <w:r>
              <w:rPr>
                <w:b/>
              </w:rPr>
              <w:t xml:space="preserve">TRƯỜNG THCS </w:t>
            </w:r>
            <w:proofErr w:type="gramStart"/>
            <w:r w:rsidR="0045623A">
              <w:rPr>
                <w:b/>
              </w:rPr>
              <w:t>…..</w:t>
            </w:r>
            <w:proofErr w:type="gramEnd"/>
          </w:p>
        </w:tc>
        <w:tc>
          <w:tcPr>
            <w:tcW w:w="4536" w:type="dxa"/>
            <w:tcMar>
              <w:top w:w="20" w:type="dxa"/>
              <w:left w:w="0" w:type="dxa"/>
              <w:bottom w:w="20" w:type="dxa"/>
              <w:right w:w="0" w:type="dxa"/>
            </w:tcMar>
            <w:vAlign w:val="center"/>
          </w:tcPr>
          <w:p w14:paraId="1FF3BE0E" w14:textId="718DA4D6" w:rsidR="003928F6" w:rsidRDefault="00000000" w:rsidP="0045623A">
            <w:pPr>
              <w:spacing w:after="60"/>
            </w:pPr>
            <w:r>
              <w:t xml:space="preserve">Họ và tên giáo viên: </w:t>
            </w:r>
          </w:p>
        </w:tc>
      </w:tr>
      <w:tr w:rsidR="003928F6" w14:paraId="29E46F3C" w14:textId="77777777">
        <w:trPr>
          <w:cantSplit/>
        </w:trPr>
        <w:tc>
          <w:tcPr>
            <w:tcW w:w="4536" w:type="dxa"/>
            <w:tcMar>
              <w:top w:w="20" w:type="dxa"/>
              <w:left w:w="0" w:type="dxa"/>
              <w:bottom w:w="20" w:type="dxa"/>
              <w:right w:w="0" w:type="dxa"/>
            </w:tcMar>
            <w:vAlign w:val="center"/>
          </w:tcPr>
          <w:p w14:paraId="7078CD10" w14:textId="77777777" w:rsidR="003928F6" w:rsidRDefault="00000000">
            <w:pPr>
              <w:spacing w:after="60"/>
            </w:pPr>
            <w:r>
              <w:rPr>
                <w:b/>
              </w:rPr>
              <w:t>TỔ KHOA HỌC TỰ NHIÊN</w:t>
            </w:r>
          </w:p>
        </w:tc>
        <w:tc>
          <w:tcPr>
            <w:tcW w:w="4536" w:type="dxa"/>
            <w:tcMar>
              <w:top w:w="20" w:type="dxa"/>
              <w:left w:w="0" w:type="dxa"/>
              <w:bottom w:w="20" w:type="dxa"/>
              <w:right w:w="0" w:type="dxa"/>
            </w:tcMar>
            <w:vAlign w:val="center"/>
          </w:tcPr>
          <w:p w14:paraId="655FDE6A" w14:textId="77777777" w:rsidR="003928F6" w:rsidRDefault="00000000">
            <w:pPr>
              <w:spacing w:after="60"/>
              <w:jc w:val="right"/>
            </w:pPr>
            <w:r>
              <w:t>Ngày dạy: ..............................  Lớp: 6.....</w:t>
            </w:r>
          </w:p>
        </w:tc>
      </w:tr>
    </w:tbl>
    <w:p w14:paraId="3B8C2BC3" w14:textId="77777777" w:rsidR="003928F6" w:rsidRDefault="00000000">
      <w:pPr>
        <w:spacing w:after="60"/>
        <w:jc w:val="center"/>
      </w:pPr>
      <w:r>
        <w:rPr>
          <w:b/>
        </w:rPr>
        <w:t>KẾ HOẠCH BÀI DẠY</w:t>
      </w:r>
    </w:p>
    <w:p w14:paraId="0B779EF3" w14:textId="77777777" w:rsidR="003928F6" w:rsidRDefault="00000000">
      <w:pPr>
        <w:spacing w:after="60"/>
        <w:jc w:val="center"/>
      </w:pPr>
      <w:r>
        <w:rPr>
          <w:b/>
        </w:rPr>
        <w:t>BÀI 1. GIỚI THIỆU VỀ KHOA HỌC TỰ NHIÊN</w:t>
      </w:r>
    </w:p>
    <w:p w14:paraId="07199238" w14:textId="77777777" w:rsidR="003928F6" w:rsidRDefault="00000000">
      <w:pPr>
        <w:spacing w:after="60"/>
        <w:jc w:val="center"/>
      </w:pPr>
      <w:r>
        <w:rPr>
          <w:b/>
        </w:rPr>
        <w:t>Môn học: Khoa học tự nhiên - Lớp 6</w:t>
      </w:r>
    </w:p>
    <w:p w14:paraId="7B0B1BD2" w14:textId="77777777" w:rsidR="003928F6" w:rsidRDefault="00000000">
      <w:pPr>
        <w:spacing w:after="60"/>
        <w:jc w:val="center"/>
      </w:pPr>
      <w:r>
        <w:rPr>
          <w:i/>
        </w:rPr>
        <w:t>Thời gian thực hiện: 03 tiết (mỗi tiết 45 phút)</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3024"/>
        <w:gridCol w:w="3024"/>
        <w:gridCol w:w="3024"/>
      </w:tblGrid>
      <w:tr w:rsidR="003928F6" w14:paraId="5005FB7E" w14:textId="77777777">
        <w:trPr>
          <w:cantSplit/>
          <w:tblHeader/>
        </w:trPr>
        <w:tc>
          <w:tcPr>
            <w:tcW w:w="3024" w:type="dxa"/>
            <w:shd w:val="clear" w:color="auto" w:fill="173B57"/>
            <w:tcMar>
              <w:top w:w="110" w:type="dxa"/>
              <w:left w:w="120" w:type="dxa"/>
              <w:bottom w:w="110" w:type="dxa"/>
              <w:right w:w="120" w:type="dxa"/>
            </w:tcMar>
            <w:vAlign w:val="center"/>
          </w:tcPr>
          <w:p w14:paraId="7437514E" w14:textId="77777777" w:rsidR="003928F6" w:rsidRDefault="00000000">
            <w:pPr>
              <w:spacing w:after="60"/>
              <w:jc w:val="center"/>
            </w:pPr>
            <w:r>
              <w:rPr>
                <w:b/>
              </w:rPr>
              <w:t>TIẾT 1</w:t>
            </w:r>
          </w:p>
        </w:tc>
        <w:tc>
          <w:tcPr>
            <w:tcW w:w="3024" w:type="dxa"/>
            <w:shd w:val="clear" w:color="auto" w:fill="173B57"/>
            <w:tcMar>
              <w:top w:w="110" w:type="dxa"/>
              <w:left w:w="120" w:type="dxa"/>
              <w:bottom w:w="110" w:type="dxa"/>
              <w:right w:w="120" w:type="dxa"/>
            </w:tcMar>
            <w:vAlign w:val="center"/>
          </w:tcPr>
          <w:p w14:paraId="09370D82" w14:textId="77777777" w:rsidR="003928F6" w:rsidRDefault="00000000">
            <w:pPr>
              <w:spacing w:after="60"/>
              <w:jc w:val="center"/>
            </w:pPr>
            <w:r>
              <w:rPr>
                <w:b/>
              </w:rPr>
              <w:t>TIẾT 2</w:t>
            </w:r>
          </w:p>
        </w:tc>
        <w:tc>
          <w:tcPr>
            <w:tcW w:w="3024" w:type="dxa"/>
            <w:shd w:val="clear" w:color="auto" w:fill="173B57"/>
            <w:tcMar>
              <w:top w:w="110" w:type="dxa"/>
              <w:left w:w="120" w:type="dxa"/>
              <w:bottom w:w="110" w:type="dxa"/>
              <w:right w:w="120" w:type="dxa"/>
            </w:tcMar>
            <w:vAlign w:val="center"/>
          </w:tcPr>
          <w:p w14:paraId="200DE48F" w14:textId="77777777" w:rsidR="003928F6" w:rsidRDefault="00000000">
            <w:pPr>
              <w:spacing w:after="60"/>
              <w:jc w:val="center"/>
            </w:pPr>
            <w:r>
              <w:rPr>
                <w:b/>
              </w:rPr>
              <w:t>TIẾT 3</w:t>
            </w:r>
          </w:p>
        </w:tc>
      </w:tr>
      <w:tr w:rsidR="003928F6" w14:paraId="0FF4AC94" w14:textId="77777777">
        <w:trPr>
          <w:cantSplit/>
        </w:trPr>
        <w:tc>
          <w:tcPr>
            <w:tcW w:w="3024" w:type="dxa"/>
            <w:vAlign w:val="center"/>
          </w:tcPr>
          <w:p w14:paraId="108DFDCC" w14:textId="77777777" w:rsidR="003928F6" w:rsidRDefault="00000000">
            <w:pPr>
              <w:spacing w:after="60"/>
            </w:pPr>
            <w:r>
              <w:t>Khái niệm KHTN; vật sống và vật không sống</w:t>
            </w:r>
          </w:p>
        </w:tc>
        <w:tc>
          <w:tcPr>
            <w:tcW w:w="3024" w:type="dxa"/>
            <w:vAlign w:val="center"/>
          </w:tcPr>
          <w:p w14:paraId="324E399A" w14:textId="77777777" w:rsidR="003928F6" w:rsidRDefault="00000000">
            <w:pPr>
              <w:spacing w:after="60"/>
            </w:pPr>
            <w:r>
              <w:t>Các lĩnh vực chính của KHTN; Hình 1.1 và Bảng 1.1</w:t>
            </w:r>
          </w:p>
        </w:tc>
        <w:tc>
          <w:tcPr>
            <w:tcW w:w="3024" w:type="dxa"/>
            <w:vAlign w:val="center"/>
          </w:tcPr>
          <w:p w14:paraId="7E048F26" w14:textId="77777777" w:rsidR="003928F6" w:rsidRDefault="00000000">
            <w:pPr>
              <w:spacing w:after="60"/>
            </w:pPr>
            <w:r>
              <w:t>KHTN với công nghệ, đời sống; luyện tập và vận dụng</w:t>
            </w:r>
          </w:p>
        </w:tc>
      </w:tr>
    </w:tbl>
    <w:p w14:paraId="388D6256" w14:textId="77777777" w:rsidR="003928F6" w:rsidRDefault="003928F6">
      <w:pPr>
        <w:spacing w:after="60"/>
      </w:pPr>
    </w:p>
    <w:p w14:paraId="23025C67" w14:textId="77777777" w:rsidR="003928F6" w:rsidRDefault="00000000">
      <w:pPr>
        <w:pStyle w:val="Heading1"/>
        <w:spacing w:before="0" w:after="60"/>
      </w:pPr>
      <w:r>
        <w:rPr>
          <w:rFonts w:ascii="Times New Roman" w:eastAsia="Times New Roman" w:hAnsi="Times New Roman"/>
        </w:rPr>
        <w:t>I. MỤC TIÊU</w:t>
      </w:r>
    </w:p>
    <w:p w14:paraId="2C9FA91F" w14:textId="77777777" w:rsidR="003928F6" w:rsidRDefault="00000000">
      <w:pPr>
        <w:pStyle w:val="Heading2"/>
        <w:spacing w:before="0" w:after="60"/>
      </w:pPr>
      <w:r>
        <w:rPr>
          <w:rFonts w:ascii="Times New Roman" w:eastAsia="Times New Roman" w:hAnsi="Times New Roman"/>
        </w:rPr>
        <w:t>1. Kiến thức</w:t>
      </w:r>
    </w:p>
    <w:p w14:paraId="0427CB9A" w14:textId="77777777" w:rsidR="003928F6" w:rsidRDefault="00000000">
      <w:pPr>
        <w:spacing w:after="60"/>
      </w:pPr>
      <w:r>
        <w:rPr>
          <w:b/>
        </w:rPr>
        <w:t xml:space="preserve">Yêu cầu 1: </w:t>
      </w:r>
      <w:r>
        <w:t>Nêu được khái niệm Khoa học tự nhiên (KHTN).</w:t>
      </w:r>
    </w:p>
    <w:p w14:paraId="05BA9569" w14:textId="77777777" w:rsidR="003928F6" w:rsidRDefault="00000000">
      <w:pPr>
        <w:spacing w:after="60"/>
      </w:pPr>
      <w:r>
        <w:rPr>
          <w:b/>
        </w:rPr>
        <w:t xml:space="preserve">Yêu cầu 2: </w:t>
      </w:r>
      <w:r>
        <w:t>Dựa vào các đặc điểm đặc trưng, phân biệt được vật sống và vật không sống.</w:t>
      </w:r>
    </w:p>
    <w:p w14:paraId="6202950A" w14:textId="77777777" w:rsidR="003928F6" w:rsidRDefault="00000000">
      <w:pPr>
        <w:spacing w:after="60"/>
      </w:pPr>
      <w:r>
        <w:rPr>
          <w:b/>
        </w:rPr>
        <w:t xml:space="preserve">Yêu cầu 3: </w:t>
      </w:r>
      <w:r>
        <w:t>Phân biệt được các lĩnh vực KHTN dựa vào đối tượng nghiên cứu.</w:t>
      </w:r>
    </w:p>
    <w:p w14:paraId="181C8DCE" w14:textId="77777777" w:rsidR="003928F6" w:rsidRDefault="00000000">
      <w:pPr>
        <w:spacing w:after="60"/>
      </w:pPr>
      <w:r>
        <w:rPr>
          <w:b/>
        </w:rPr>
        <w:t xml:space="preserve">Yêu cầu 4: </w:t>
      </w:r>
      <w:r>
        <w:t>Trình bày được vai trò của KHTN trong cuộc sống.</w:t>
      </w:r>
    </w:p>
    <w:p w14:paraId="1A78E444" w14:textId="77777777" w:rsidR="003928F6" w:rsidRDefault="00000000">
      <w:pPr>
        <w:pStyle w:val="Heading2"/>
        <w:spacing w:before="0" w:after="60"/>
      </w:pPr>
      <w:r>
        <w:rPr>
          <w:rFonts w:ascii="Times New Roman" w:eastAsia="Times New Roman" w:hAnsi="Times New Roman"/>
        </w:rPr>
        <w:t>2. Năng lực</w:t>
      </w:r>
    </w:p>
    <w:p w14:paraId="2AD9C2AC" w14:textId="77777777" w:rsidR="003928F6" w:rsidRDefault="00000000">
      <w:pPr>
        <w:pStyle w:val="Heading3"/>
        <w:spacing w:before="0" w:after="60"/>
      </w:pPr>
      <w:r>
        <w:rPr>
          <w:rFonts w:ascii="Times New Roman" w:eastAsia="Times New Roman" w:hAnsi="Times New Roman"/>
        </w:rPr>
        <w:t>2.1. Năng lực khoa học tự nhiên</w:t>
      </w:r>
    </w:p>
    <w:p w14:paraId="7F0DFC46" w14:textId="77777777" w:rsidR="003928F6" w:rsidRDefault="00000000">
      <w:pPr>
        <w:spacing w:after="60"/>
      </w:pPr>
      <w:r>
        <w:rPr>
          <w:b/>
        </w:rPr>
        <w:t xml:space="preserve">Nhận thức khoa học tự nhiên: </w:t>
      </w:r>
      <w:r>
        <w:t>Nêu được khái niệm KHTN; xác định được đặc điểm của vật sống; nêu được đối tượng nghiên cứu của Sinh học, Hóa học, Vật lí học, Khoa học Trái Đất và Thiên văn học; trình bày được vai trò của KHTN đối với công nghệ và đời sống.</w:t>
      </w:r>
    </w:p>
    <w:p w14:paraId="569407AF" w14:textId="77777777" w:rsidR="003928F6" w:rsidRDefault="00000000">
      <w:pPr>
        <w:spacing w:after="60"/>
      </w:pPr>
      <w:r>
        <w:rPr>
          <w:b/>
        </w:rPr>
        <w:t xml:space="preserve">Tìm hiểu tự nhiên: </w:t>
      </w:r>
      <w:r>
        <w:t>Quan sát hình ảnh; đặt câu hỏi; dự đoán kết quả; thực hiện hoặc theo dõi cách kiểm tra các hiện tượng ở Hình 1.1; thu thập, ghi lại và phân loại kết quả quan sát.</w:t>
      </w:r>
    </w:p>
    <w:p w14:paraId="07F7A0F7" w14:textId="77777777" w:rsidR="003928F6" w:rsidRDefault="00000000">
      <w:pPr>
        <w:spacing w:after="60"/>
      </w:pPr>
      <w:r>
        <w:rPr>
          <w:b/>
        </w:rPr>
        <w:t xml:space="preserve">Vận dụng kiến thức, kĩ năng: </w:t>
      </w:r>
      <w:r>
        <w:t>Phân loại sự vật và hiện tượng dựa trên dấu hiệu; so sánh phương tiện trước đây và hiện nay; chỉ ra lợi ích, tác hại của ứng dụng KHTN; sưu tầm tư liệu về lĩnh vực khoa học, công nghệ học sinh quan tâm.</w:t>
      </w:r>
    </w:p>
    <w:p w14:paraId="41E6D5C8" w14:textId="77777777" w:rsidR="003928F6" w:rsidRDefault="00000000">
      <w:pPr>
        <w:pStyle w:val="Heading3"/>
        <w:spacing w:before="0" w:after="60"/>
      </w:pPr>
      <w:r>
        <w:rPr>
          <w:rFonts w:ascii="Times New Roman" w:eastAsia="Times New Roman" w:hAnsi="Times New Roman"/>
        </w:rPr>
        <w:t>2.2. Năng lực chung</w:t>
      </w:r>
    </w:p>
    <w:p w14:paraId="4FA44062" w14:textId="77777777" w:rsidR="003928F6" w:rsidRDefault="00000000">
      <w:pPr>
        <w:spacing w:after="60"/>
      </w:pPr>
      <w:r>
        <w:rPr>
          <w:b/>
        </w:rPr>
        <w:t xml:space="preserve">Tự chủ và tự học: </w:t>
      </w:r>
      <w:r>
        <w:t>Đọc SGK, khai thác hình và bảng, hoàn thành phiếu học tập, chuẩn bị tư liệu cho nhiệm vụ vận dụng.</w:t>
      </w:r>
    </w:p>
    <w:p w14:paraId="6B46CA90" w14:textId="77777777" w:rsidR="003928F6" w:rsidRDefault="00000000">
      <w:pPr>
        <w:spacing w:after="60"/>
      </w:pPr>
      <w:r>
        <w:rPr>
          <w:b/>
        </w:rPr>
        <w:t xml:space="preserve">Giao tiếp và hợp tác: </w:t>
      </w:r>
      <w:r>
        <w:t>Trao đổi theo cặp, phân công nhóm, lắng nghe, phản hồi, trình bày và hoàn thiện sản phẩm chung.</w:t>
      </w:r>
    </w:p>
    <w:p w14:paraId="15D5E3C9" w14:textId="77777777" w:rsidR="003928F6" w:rsidRDefault="00000000">
      <w:pPr>
        <w:spacing w:after="60"/>
      </w:pPr>
      <w:r>
        <w:rPr>
          <w:b/>
        </w:rPr>
        <w:lastRenderedPageBreak/>
        <w:t xml:space="preserve">Giải quyết vấn đề và sáng tạo: </w:t>
      </w:r>
      <w:r>
        <w:t>Dự đoán kết quả hiện tượng, lựa chọn cách kiểm tra, dùng căn cứ từ hình và kết quả quan sát để đưa ra kết luận.</w:t>
      </w:r>
    </w:p>
    <w:p w14:paraId="49905808" w14:textId="77777777" w:rsidR="003928F6" w:rsidRDefault="00000000">
      <w:pPr>
        <w:spacing w:after="60"/>
      </w:pPr>
      <w:r>
        <w:rPr>
          <w:b/>
          <w:color w:val="FF0000"/>
        </w:rPr>
        <w:t>2.3. Năng lực số và năng lực AI (bổ sung tích hợp)</w:t>
      </w:r>
    </w:p>
    <w:p w14:paraId="418E05B8" w14:textId="77777777" w:rsidR="003928F6" w:rsidRDefault="00000000">
      <w:pPr>
        <w:spacing w:after="60"/>
      </w:pPr>
      <w:r>
        <w:rPr>
          <w:b/>
          <w:color w:val="FF0000"/>
        </w:rPr>
        <w:t xml:space="preserve">Năng lực số: </w:t>
      </w:r>
      <w:r>
        <w:rPr>
          <w:color w:val="FF0000"/>
        </w:rPr>
        <w:t>Thực hiện tìm kiếm thông tin theo quy trình rõ ràng; phân tích, so sánh và đánh giá độ chính xác của thông tin từ các nguồn số trước khi đưa vào sản phẩm vận dụng.</w:t>
      </w:r>
    </w:p>
    <w:p w14:paraId="007E4362" w14:textId="77777777" w:rsidR="003928F6" w:rsidRDefault="00000000">
      <w:pPr>
        <w:spacing w:after="60"/>
      </w:pPr>
      <w:r>
        <w:rPr>
          <w:b/>
          <w:color w:val="FF0000"/>
        </w:rPr>
        <w:t xml:space="preserve">Năng lực AI: </w:t>
      </w:r>
      <w:r>
        <w:rPr>
          <w:color w:val="FF0000"/>
        </w:rPr>
        <w:t>Nhận biết và giải thích AI có thể hỗ trợ học hỏi, tóm tắt và trình bày thông tin khi người học xác định mục đích rõ ràng, kiểm chứng kết quả và tự chịu trách nhiệm về sản phẩm cuối cùng.</w:t>
      </w:r>
    </w:p>
    <w:p w14:paraId="06EBAA6C" w14:textId="77777777" w:rsidR="003928F6" w:rsidRDefault="00000000">
      <w:pPr>
        <w:pStyle w:val="Heading2"/>
        <w:spacing w:before="0" w:after="60"/>
      </w:pPr>
      <w:r>
        <w:rPr>
          <w:rFonts w:ascii="Times New Roman" w:eastAsia="Times New Roman" w:hAnsi="Times New Roman"/>
        </w:rPr>
        <w:t>3. Phẩm chất</w:t>
      </w:r>
    </w:p>
    <w:p w14:paraId="19F59DF8" w14:textId="77777777" w:rsidR="003928F6" w:rsidRDefault="00000000">
      <w:pPr>
        <w:spacing w:after="60"/>
      </w:pPr>
      <w:r>
        <w:rPr>
          <w:b/>
        </w:rPr>
        <w:t xml:space="preserve">Chăm chỉ: </w:t>
      </w:r>
      <w:r>
        <w:t>Tích cực đọc, quan sát, thực hiện nhiệm vụ và hoàn thành sản phẩm đúng thời gian.</w:t>
      </w:r>
    </w:p>
    <w:p w14:paraId="7EBA02ED" w14:textId="77777777" w:rsidR="003928F6" w:rsidRDefault="00000000">
      <w:pPr>
        <w:spacing w:after="60"/>
      </w:pPr>
      <w:r>
        <w:rPr>
          <w:b/>
        </w:rPr>
        <w:t xml:space="preserve">Trung thực: </w:t>
      </w:r>
      <w:r>
        <w:t>Ghi nhận đúng những gì quan sát được; không sửa kết quả để phù hợp với dự đoán ban đầu.</w:t>
      </w:r>
    </w:p>
    <w:p w14:paraId="410F3FC3" w14:textId="77777777" w:rsidR="003928F6" w:rsidRDefault="00000000">
      <w:pPr>
        <w:spacing w:after="60"/>
      </w:pPr>
      <w:r>
        <w:rPr>
          <w:b/>
        </w:rPr>
        <w:t xml:space="preserve">Trách nhiệm: </w:t>
      </w:r>
      <w:r>
        <w:t>Thực hiện nhiệm vụ nhóm; sử dụng dụng cụ theo hướng dẫn; nhận thức việc ứng dụng KHTN phải đúng mục đích và hạn chế tác hại đối với con người, môi trường.</w:t>
      </w:r>
    </w:p>
    <w:p w14:paraId="010DEF17" w14:textId="77777777" w:rsidR="003928F6" w:rsidRDefault="00000000">
      <w:pPr>
        <w:pStyle w:val="Heading1"/>
        <w:spacing w:before="0" w:after="60"/>
      </w:pPr>
      <w:r>
        <w:rPr>
          <w:rFonts w:ascii="Times New Roman" w:eastAsia="Times New Roman" w:hAnsi="Times New Roman"/>
        </w:rPr>
        <w:t>II. THIẾT BỊ DẠY HỌC VÀ HỌC LIỆU</w:t>
      </w:r>
    </w:p>
    <w:p w14:paraId="0E99F144" w14:textId="77777777" w:rsidR="003928F6" w:rsidRDefault="00000000">
      <w:pPr>
        <w:pStyle w:val="Heading2"/>
        <w:spacing w:before="0" w:after="60"/>
      </w:pPr>
      <w:r>
        <w:rPr>
          <w:rFonts w:ascii="Times New Roman" w:eastAsia="Times New Roman" w:hAnsi="Times New Roman"/>
        </w:rPr>
        <w:t>1. Giáo viên</w:t>
      </w:r>
    </w:p>
    <w:p w14:paraId="42C9821D" w14:textId="77777777" w:rsidR="003928F6" w:rsidRDefault="00000000">
      <w:pPr>
        <w:spacing w:after="60"/>
      </w:pPr>
      <w:r>
        <w:rPr>
          <w:b/>
        </w:rPr>
        <w:t xml:space="preserve">Học liệu bắt buộc: </w:t>
      </w:r>
      <w:r>
        <w:t>SGK Khoa học tự nhiên 6, Bài 1, trang 7-10; tranh mở đầu; Hình 1.1, Bảng 1.1, Hình 1.2, Hình 1.3; các khung “Em đã học”, “Em có thể” và nhiệm vụ tìm hiểu nhà khoa học.</w:t>
      </w:r>
    </w:p>
    <w:p w14:paraId="479171A8" w14:textId="77777777" w:rsidR="003928F6" w:rsidRDefault="00000000">
      <w:pPr>
        <w:spacing w:after="60"/>
      </w:pPr>
      <w:r>
        <w:rPr>
          <w:b/>
        </w:rPr>
        <w:t xml:space="preserve">Thiết bị trình chiếu: </w:t>
      </w:r>
      <w:r>
        <w:t>Máy tính, máy chiếu hoặc màn hình; các hình minh họa trích trực tiếp từ SGK.</w:t>
      </w:r>
    </w:p>
    <w:p w14:paraId="31C21778" w14:textId="77777777" w:rsidR="003928F6" w:rsidRDefault="00000000">
      <w:pPr>
        <w:spacing w:after="60"/>
      </w:pPr>
      <w:r>
        <w:rPr>
          <w:b/>
        </w:rPr>
        <w:t xml:space="preserve">Dụng cụ kiểm tra hiện tượng: </w:t>
      </w:r>
      <w:r>
        <w:t>Hai thanh nam châm; cốc trong suốt, nước và đũa; mẫu đường trước và sau khi giáo viên đun; chậu cây và bình thủy tinh đã chuẩn bị để quan sát hoặc theo dõi dài ngày.</w:t>
      </w:r>
    </w:p>
    <w:p w14:paraId="7E0B1D79" w14:textId="77777777" w:rsidR="003928F6" w:rsidRDefault="00000000">
      <w:pPr>
        <w:spacing w:after="60"/>
      </w:pPr>
      <w:r>
        <w:rPr>
          <w:b/>
        </w:rPr>
        <w:t xml:space="preserve">Phiếu học tập: </w:t>
      </w:r>
      <w:r>
        <w:t>Phiếu số 1 phân biệt vật sống và vật không sống; Phiếu số 2 khám phá Hình 1.1 và hoàn thành Bảng 1.1; Phiếu số 3 phân tích Hình 1.2, Hình 1.3; Phiếu số 4 luyện tập tổng hợp; Phiếu quan sát nhóm và tiêu chí đánh giá sản phẩm vận dụng.</w:t>
      </w:r>
    </w:p>
    <w:p w14:paraId="0B76A4B8" w14:textId="77777777" w:rsidR="003928F6" w:rsidRDefault="00000000">
      <w:pPr>
        <w:spacing w:after="60"/>
      </w:pPr>
      <w:r>
        <w:rPr>
          <w:b/>
        </w:rPr>
        <w:t xml:space="preserve">Lưu ý tổ chức: </w:t>
      </w:r>
      <w:r>
        <w:t>Giáo viên thực hiện hoặc chuẩn bị sẵn kết quả đun đường; không giao học sinh tự sử dụng ngọn lửa. Hiện tượng cây chụp kín cần thời gian theo dõi nên trong tiết học chỉ yêu cầu dự đoán, nêu cách kiểm tra và phân loại lĩnh vực.</w:t>
      </w:r>
    </w:p>
    <w:p w14:paraId="6199E0C3" w14:textId="77777777" w:rsidR="003928F6" w:rsidRDefault="00000000">
      <w:pPr>
        <w:pStyle w:val="Heading2"/>
        <w:spacing w:before="0" w:after="60"/>
      </w:pPr>
      <w:r>
        <w:rPr>
          <w:rFonts w:ascii="Times New Roman" w:eastAsia="Times New Roman" w:hAnsi="Times New Roman"/>
        </w:rPr>
        <w:t>2. Học sinh</w:t>
      </w:r>
    </w:p>
    <w:p w14:paraId="67508256" w14:textId="77777777" w:rsidR="003928F6" w:rsidRDefault="00000000">
      <w:pPr>
        <w:spacing w:after="60"/>
      </w:pPr>
      <w:r>
        <w:rPr>
          <w:b/>
        </w:rPr>
        <w:t xml:space="preserve">Học liệu cá nhân: </w:t>
      </w:r>
      <w:r>
        <w:t>SGK Khoa học tự nhiên 6, vở ghi, bút và phiếu học tập.</w:t>
      </w:r>
    </w:p>
    <w:p w14:paraId="16A513DB" w14:textId="77777777" w:rsidR="003928F6" w:rsidRDefault="00000000">
      <w:pPr>
        <w:spacing w:after="60"/>
      </w:pPr>
      <w:r>
        <w:rPr>
          <w:b/>
        </w:rPr>
        <w:t xml:space="preserve">Học liệu nhóm: </w:t>
      </w:r>
      <w:r>
        <w:t>Giấy viết hoặc tờ trình bày, bút màu; tư liệu, tranh ảnh được chuẩn bị cho nhiệm vụ vận dụng theo hướng dẫn của giáo viên.</w:t>
      </w:r>
    </w:p>
    <w:p w14:paraId="55F780A3" w14:textId="77777777" w:rsidR="003928F6" w:rsidRDefault="00000000">
      <w:pPr>
        <w:spacing w:after="60"/>
      </w:pPr>
      <w:r>
        <w:rPr>
          <w:b/>
          <w:color w:val="FF0000"/>
        </w:rPr>
        <w:t xml:space="preserve">[TÍCH HỢP NLS VÀ AI - HỌC LIỆU BỔ SUNG] </w:t>
      </w:r>
      <w:r>
        <w:rPr>
          <w:color w:val="FF0000"/>
        </w:rPr>
        <w:t xml:space="preserve">Danh mục nguồn số do giáo viên phê duyệt hoặc tập tư liệu in; Phiếu tìm kiếm và kiểm chứng hai nguồn; ảnh chụp </w:t>
      </w:r>
      <w:r>
        <w:rPr>
          <w:color w:val="FF0000"/>
        </w:rPr>
        <w:lastRenderedPageBreak/>
        <w:t>màn hình kết quả AI mẫu. Không yêu cầu học sinh mang thiết bị đến trường hoặc tự tạo tài khoản.</w:t>
      </w:r>
    </w:p>
    <w:p w14:paraId="130EE361" w14:textId="77777777" w:rsidR="003928F6" w:rsidRDefault="00000000">
      <w:pPr>
        <w:pStyle w:val="Heading1"/>
        <w:spacing w:before="0" w:after="60"/>
      </w:pPr>
      <w:r>
        <w:rPr>
          <w:rFonts w:ascii="Times New Roman" w:eastAsia="Times New Roman" w:hAnsi="Times New Roman"/>
        </w:rPr>
        <w:t>III. TIẾN TRÌNH DẠY HỌC</w:t>
      </w:r>
    </w:p>
    <w:p w14:paraId="3D35C4E0" w14:textId="77777777" w:rsidR="003928F6" w:rsidRDefault="00000000">
      <w:pPr>
        <w:pStyle w:val="Heading2"/>
        <w:spacing w:before="0" w:after="60"/>
      </w:pPr>
      <w:r>
        <w:rPr>
          <w:rFonts w:ascii="Times New Roman" w:eastAsia="Times New Roman" w:hAnsi="Times New Roman"/>
        </w:rPr>
        <w:t>1. Phân bố thời gian và sản phẩm chính</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760"/>
        <w:gridCol w:w="3490"/>
        <w:gridCol w:w="1200"/>
        <w:gridCol w:w="3622"/>
      </w:tblGrid>
      <w:tr w:rsidR="003928F6" w14:paraId="58E992FF" w14:textId="77777777">
        <w:trPr>
          <w:cantSplit/>
          <w:tblHeader/>
        </w:trPr>
        <w:tc>
          <w:tcPr>
            <w:tcW w:w="760" w:type="dxa"/>
            <w:shd w:val="clear" w:color="auto" w:fill="173B57"/>
            <w:tcMar>
              <w:top w:w="110" w:type="dxa"/>
              <w:left w:w="120" w:type="dxa"/>
              <w:bottom w:w="110" w:type="dxa"/>
              <w:right w:w="120" w:type="dxa"/>
            </w:tcMar>
            <w:vAlign w:val="center"/>
          </w:tcPr>
          <w:p w14:paraId="52CE8789" w14:textId="77777777" w:rsidR="003928F6" w:rsidRDefault="00000000">
            <w:pPr>
              <w:spacing w:after="60"/>
              <w:jc w:val="center"/>
            </w:pPr>
            <w:r>
              <w:rPr>
                <w:b/>
              </w:rPr>
              <w:t>Tiết</w:t>
            </w:r>
          </w:p>
        </w:tc>
        <w:tc>
          <w:tcPr>
            <w:tcW w:w="3490" w:type="dxa"/>
            <w:shd w:val="clear" w:color="auto" w:fill="173B57"/>
            <w:tcMar>
              <w:top w:w="110" w:type="dxa"/>
              <w:left w:w="120" w:type="dxa"/>
              <w:bottom w:w="110" w:type="dxa"/>
              <w:right w:w="120" w:type="dxa"/>
            </w:tcMar>
            <w:vAlign w:val="center"/>
          </w:tcPr>
          <w:p w14:paraId="58327B85" w14:textId="77777777" w:rsidR="003928F6" w:rsidRDefault="00000000">
            <w:pPr>
              <w:spacing w:after="60"/>
              <w:jc w:val="center"/>
            </w:pPr>
            <w:r>
              <w:rPr>
                <w:b/>
              </w:rPr>
              <w:t>Hoạt động</w:t>
            </w:r>
          </w:p>
        </w:tc>
        <w:tc>
          <w:tcPr>
            <w:tcW w:w="1200" w:type="dxa"/>
            <w:shd w:val="clear" w:color="auto" w:fill="173B57"/>
            <w:tcMar>
              <w:top w:w="110" w:type="dxa"/>
              <w:left w:w="120" w:type="dxa"/>
              <w:bottom w:w="110" w:type="dxa"/>
              <w:right w:w="120" w:type="dxa"/>
            </w:tcMar>
            <w:vAlign w:val="center"/>
          </w:tcPr>
          <w:p w14:paraId="23B9749C" w14:textId="77777777" w:rsidR="003928F6" w:rsidRDefault="00000000">
            <w:pPr>
              <w:spacing w:after="60"/>
              <w:jc w:val="center"/>
            </w:pPr>
            <w:r>
              <w:rPr>
                <w:b/>
              </w:rPr>
              <w:t>Thời lượng</w:t>
            </w:r>
          </w:p>
        </w:tc>
        <w:tc>
          <w:tcPr>
            <w:tcW w:w="3622" w:type="dxa"/>
            <w:shd w:val="clear" w:color="auto" w:fill="173B57"/>
            <w:tcMar>
              <w:top w:w="110" w:type="dxa"/>
              <w:left w:w="120" w:type="dxa"/>
              <w:bottom w:w="110" w:type="dxa"/>
              <w:right w:w="120" w:type="dxa"/>
            </w:tcMar>
            <w:vAlign w:val="center"/>
          </w:tcPr>
          <w:p w14:paraId="1CBB4F9A" w14:textId="77777777" w:rsidR="003928F6" w:rsidRDefault="00000000">
            <w:pPr>
              <w:spacing w:after="60"/>
              <w:jc w:val="center"/>
            </w:pPr>
            <w:r>
              <w:rPr>
                <w:b/>
              </w:rPr>
              <w:t>Sản phẩm chính</w:t>
            </w:r>
          </w:p>
        </w:tc>
      </w:tr>
      <w:tr w:rsidR="003928F6" w14:paraId="07D7544E" w14:textId="77777777">
        <w:trPr>
          <w:cantSplit/>
        </w:trPr>
        <w:tc>
          <w:tcPr>
            <w:tcW w:w="760" w:type="dxa"/>
            <w:vAlign w:val="center"/>
          </w:tcPr>
          <w:p w14:paraId="13B9287E" w14:textId="77777777" w:rsidR="003928F6" w:rsidRDefault="00000000">
            <w:pPr>
              <w:spacing w:after="60"/>
              <w:jc w:val="center"/>
            </w:pPr>
            <w:r>
              <w:t>1</w:t>
            </w:r>
          </w:p>
        </w:tc>
        <w:tc>
          <w:tcPr>
            <w:tcW w:w="3490" w:type="dxa"/>
            <w:vAlign w:val="center"/>
          </w:tcPr>
          <w:p w14:paraId="415313CF" w14:textId="77777777" w:rsidR="003928F6" w:rsidRDefault="00000000">
            <w:pPr>
              <w:spacing w:after="60"/>
            </w:pPr>
            <w:r>
              <w:t>Mở đầu: Khoa học trong đồ dùng hằng ngày</w:t>
            </w:r>
          </w:p>
        </w:tc>
        <w:tc>
          <w:tcPr>
            <w:tcW w:w="1200" w:type="dxa"/>
            <w:vAlign w:val="center"/>
          </w:tcPr>
          <w:p w14:paraId="2B2BC238" w14:textId="77777777" w:rsidR="003928F6" w:rsidRDefault="00000000">
            <w:pPr>
              <w:spacing w:after="60"/>
              <w:jc w:val="center"/>
            </w:pPr>
            <w:r>
              <w:t>7 phút</w:t>
            </w:r>
          </w:p>
        </w:tc>
        <w:tc>
          <w:tcPr>
            <w:tcW w:w="3622" w:type="dxa"/>
            <w:vAlign w:val="center"/>
          </w:tcPr>
          <w:p w14:paraId="48C6A5E6" w14:textId="77777777" w:rsidR="003928F6" w:rsidRDefault="00000000">
            <w:pPr>
              <w:spacing w:after="60"/>
            </w:pPr>
            <w:r>
              <w:t>Câu trả lời có căn cứ từ tranh</w:t>
            </w:r>
          </w:p>
        </w:tc>
      </w:tr>
      <w:tr w:rsidR="003928F6" w14:paraId="11850F27" w14:textId="77777777">
        <w:trPr>
          <w:cantSplit/>
        </w:trPr>
        <w:tc>
          <w:tcPr>
            <w:tcW w:w="760" w:type="dxa"/>
            <w:shd w:val="clear" w:color="auto" w:fill="F5F8FA"/>
            <w:vAlign w:val="center"/>
          </w:tcPr>
          <w:p w14:paraId="6AC9EF74" w14:textId="77777777" w:rsidR="003928F6" w:rsidRDefault="00000000">
            <w:pPr>
              <w:spacing w:after="60"/>
              <w:jc w:val="center"/>
            </w:pPr>
            <w:r>
              <w:t>1</w:t>
            </w:r>
          </w:p>
        </w:tc>
        <w:tc>
          <w:tcPr>
            <w:tcW w:w="3490" w:type="dxa"/>
            <w:shd w:val="clear" w:color="auto" w:fill="F5F8FA"/>
            <w:vAlign w:val="center"/>
          </w:tcPr>
          <w:p w14:paraId="5FF41B0B" w14:textId="77777777" w:rsidR="003928F6" w:rsidRDefault="00000000">
            <w:pPr>
              <w:spacing w:after="60"/>
            </w:pPr>
            <w:r>
              <w:t>Hình thành kiến thức: Khái niệm KHTN</w:t>
            </w:r>
          </w:p>
        </w:tc>
        <w:tc>
          <w:tcPr>
            <w:tcW w:w="1200" w:type="dxa"/>
            <w:shd w:val="clear" w:color="auto" w:fill="F5F8FA"/>
            <w:vAlign w:val="center"/>
          </w:tcPr>
          <w:p w14:paraId="32BE5009" w14:textId="77777777" w:rsidR="003928F6" w:rsidRDefault="00000000">
            <w:pPr>
              <w:spacing w:after="60"/>
              <w:jc w:val="center"/>
            </w:pPr>
            <w:r>
              <w:t>15 phút</w:t>
            </w:r>
          </w:p>
        </w:tc>
        <w:tc>
          <w:tcPr>
            <w:tcW w:w="3622" w:type="dxa"/>
            <w:shd w:val="clear" w:color="auto" w:fill="F5F8FA"/>
            <w:vAlign w:val="center"/>
          </w:tcPr>
          <w:p w14:paraId="4A113758" w14:textId="77777777" w:rsidR="003928F6" w:rsidRDefault="00000000">
            <w:pPr>
              <w:spacing w:after="60"/>
            </w:pPr>
            <w:r>
              <w:t>Khái niệm KHTN; ví dụ hiện tượng tự nhiên</w:t>
            </w:r>
          </w:p>
        </w:tc>
      </w:tr>
      <w:tr w:rsidR="003928F6" w14:paraId="1FDB7DBC" w14:textId="77777777">
        <w:trPr>
          <w:cantSplit/>
        </w:trPr>
        <w:tc>
          <w:tcPr>
            <w:tcW w:w="760" w:type="dxa"/>
            <w:vAlign w:val="center"/>
          </w:tcPr>
          <w:p w14:paraId="38A2F906" w14:textId="77777777" w:rsidR="003928F6" w:rsidRDefault="00000000">
            <w:pPr>
              <w:spacing w:after="60"/>
              <w:jc w:val="center"/>
            </w:pPr>
            <w:r>
              <w:t>1</w:t>
            </w:r>
          </w:p>
        </w:tc>
        <w:tc>
          <w:tcPr>
            <w:tcW w:w="3490" w:type="dxa"/>
            <w:vAlign w:val="center"/>
          </w:tcPr>
          <w:p w14:paraId="5F383B50" w14:textId="77777777" w:rsidR="003928F6" w:rsidRDefault="00000000">
            <w:pPr>
              <w:spacing w:after="60"/>
            </w:pPr>
            <w:r>
              <w:t>Hình thành kiến thức: Vật sống và vật không sống</w:t>
            </w:r>
          </w:p>
        </w:tc>
        <w:tc>
          <w:tcPr>
            <w:tcW w:w="1200" w:type="dxa"/>
            <w:vAlign w:val="center"/>
          </w:tcPr>
          <w:p w14:paraId="0B4847A1" w14:textId="77777777" w:rsidR="003928F6" w:rsidRDefault="00000000">
            <w:pPr>
              <w:spacing w:after="60"/>
              <w:jc w:val="center"/>
            </w:pPr>
            <w:r>
              <w:t>23 phút</w:t>
            </w:r>
          </w:p>
        </w:tc>
        <w:tc>
          <w:tcPr>
            <w:tcW w:w="3622" w:type="dxa"/>
            <w:vAlign w:val="center"/>
          </w:tcPr>
          <w:p w14:paraId="6EF09D9D" w14:textId="77777777" w:rsidR="003928F6" w:rsidRDefault="00000000">
            <w:pPr>
              <w:spacing w:after="60"/>
            </w:pPr>
            <w:r>
              <w:t>Phiếu số 1 phân loại đúng 6 đối tượng</w:t>
            </w:r>
          </w:p>
        </w:tc>
      </w:tr>
      <w:tr w:rsidR="003928F6" w14:paraId="4558BB96" w14:textId="77777777">
        <w:trPr>
          <w:cantSplit/>
        </w:trPr>
        <w:tc>
          <w:tcPr>
            <w:tcW w:w="760" w:type="dxa"/>
            <w:shd w:val="clear" w:color="auto" w:fill="F5F8FA"/>
            <w:vAlign w:val="center"/>
          </w:tcPr>
          <w:p w14:paraId="427345C7" w14:textId="77777777" w:rsidR="003928F6" w:rsidRDefault="00000000">
            <w:pPr>
              <w:spacing w:after="60"/>
              <w:jc w:val="center"/>
            </w:pPr>
            <w:r>
              <w:t>2</w:t>
            </w:r>
          </w:p>
        </w:tc>
        <w:tc>
          <w:tcPr>
            <w:tcW w:w="3490" w:type="dxa"/>
            <w:shd w:val="clear" w:color="auto" w:fill="F5F8FA"/>
            <w:vAlign w:val="center"/>
          </w:tcPr>
          <w:p w14:paraId="5B48AAC6" w14:textId="77777777" w:rsidR="003928F6" w:rsidRDefault="00000000">
            <w:pPr>
              <w:spacing w:after="60"/>
            </w:pPr>
            <w:r>
              <w:t>Hình thành kiến thức: Các lĩnh vực chính của KHTN</w:t>
            </w:r>
          </w:p>
        </w:tc>
        <w:tc>
          <w:tcPr>
            <w:tcW w:w="1200" w:type="dxa"/>
            <w:shd w:val="clear" w:color="auto" w:fill="F5F8FA"/>
            <w:vAlign w:val="center"/>
          </w:tcPr>
          <w:p w14:paraId="0DCC52B6" w14:textId="77777777" w:rsidR="003928F6" w:rsidRDefault="00000000">
            <w:pPr>
              <w:spacing w:after="60"/>
              <w:jc w:val="center"/>
            </w:pPr>
            <w:r>
              <w:t>45 phút</w:t>
            </w:r>
          </w:p>
        </w:tc>
        <w:tc>
          <w:tcPr>
            <w:tcW w:w="3622" w:type="dxa"/>
            <w:shd w:val="clear" w:color="auto" w:fill="F5F8FA"/>
            <w:vAlign w:val="center"/>
          </w:tcPr>
          <w:p w14:paraId="728DCF5B" w14:textId="77777777" w:rsidR="003928F6" w:rsidRDefault="00000000">
            <w:pPr>
              <w:spacing w:after="60"/>
            </w:pPr>
            <w:r>
              <w:t>Phiếu số 2; Bảng 1.1 hoàn chỉnh</w:t>
            </w:r>
          </w:p>
        </w:tc>
      </w:tr>
      <w:tr w:rsidR="003928F6" w14:paraId="4AE951B5" w14:textId="77777777">
        <w:trPr>
          <w:cantSplit/>
        </w:trPr>
        <w:tc>
          <w:tcPr>
            <w:tcW w:w="760" w:type="dxa"/>
            <w:vAlign w:val="center"/>
          </w:tcPr>
          <w:p w14:paraId="78214820" w14:textId="77777777" w:rsidR="003928F6" w:rsidRDefault="00000000">
            <w:pPr>
              <w:spacing w:after="60"/>
              <w:jc w:val="center"/>
            </w:pPr>
            <w:r>
              <w:t>3</w:t>
            </w:r>
          </w:p>
        </w:tc>
        <w:tc>
          <w:tcPr>
            <w:tcW w:w="3490" w:type="dxa"/>
            <w:vAlign w:val="center"/>
          </w:tcPr>
          <w:p w14:paraId="2FD8DD46" w14:textId="77777777" w:rsidR="003928F6" w:rsidRDefault="00000000">
            <w:pPr>
              <w:spacing w:after="60"/>
            </w:pPr>
            <w:r>
              <w:t>Hình thành kiến thức: KHTN với công nghệ và đời sống</w:t>
            </w:r>
          </w:p>
        </w:tc>
        <w:tc>
          <w:tcPr>
            <w:tcW w:w="1200" w:type="dxa"/>
            <w:vAlign w:val="center"/>
          </w:tcPr>
          <w:p w14:paraId="2DADA49E" w14:textId="77777777" w:rsidR="003928F6" w:rsidRDefault="00000000">
            <w:pPr>
              <w:spacing w:after="60"/>
              <w:jc w:val="center"/>
            </w:pPr>
            <w:r>
              <w:t>22 phút</w:t>
            </w:r>
          </w:p>
        </w:tc>
        <w:tc>
          <w:tcPr>
            <w:tcW w:w="3622" w:type="dxa"/>
            <w:vAlign w:val="center"/>
          </w:tcPr>
          <w:p w14:paraId="7991013C" w14:textId="77777777" w:rsidR="003928F6" w:rsidRDefault="00000000">
            <w:pPr>
              <w:spacing w:after="60"/>
            </w:pPr>
            <w:r>
              <w:t>Phiếu số 3; bảng so sánh và nhận xét</w:t>
            </w:r>
          </w:p>
        </w:tc>
      </w:tr>
      <w:tr w:rsidR="003928F6" w14:paraId="6551A2F9" w14:textId="77777777">
        <w:trPr>
          <w:cantSplit/>
        </w:trPr>
        <w:tc>
          <w:tcPr>
            <w:tcW w:w="760" w:type="dxa"/>
            <w:shd w:val="clear" w:color="auto" w:fill="F5F8FA"/>
            <w:vAlign w:val="center"/>
          </w:tcPr>
          <w:p w14:paraId="73F070C8" w14:textId="77777777" w:rsidR="003928F6" w:rsidRDefault="00000000">
            <w:pPr>
              <w:spacing w:after="60"/>
              <w:jc w:val="center"/>
            </w:pPr>
            <w:r>
              <w:t>3</w:t>
            </w:r>
          </w:p>
        </w:tc>
        <w:tc>
          <w:tcPr>
            <w:tcW w:w="3490" w:type="dxa"/>
            <w:shd w:val="clear" w:color="auto" w:fill="F5F8FA"/>
            <w:vAlign w:val="center"/>
          </w:tcPr>
          <w:p w14:paraId="6A23954D" w14:textId="77777777" w:rsidR="003928F6" w:rsidRDefault="00000000">
            <w:pPr>
              <w:spacing w:after="60"/>
            </w:pPr>
            <w:r>
              <w:t>Luyện tập tổng hợp</w:t>
            </w:r>
          </w:p>
        </w:tc>
        <w:tc>
          <w:tcPr>
            <w:tcW w:w="1200" w:type="dxa"/>
            <w:shd w:val="clear" w:color="auto" w:fill="F5F8FA"/>
            <w:vAlign w:val="center"/>
          </w:tcPr>
          <w:p w14:paraId="72239358" w14:textId="77777777" w:rsidR="003928F6" w:rsidRDefault="00000000">
            <w:pPr>
              <w:spacing w:after="60"/>
              <w:jc w:val="center"/>
            </w:pPr>
            <w:r>
              <w:t>15 phút</w:t>
            </w:r>
          </w:p>
        </w:tc>
        <w:tc>
          <w:tcPr>
            <w:tcW w:w="3622" w:type="dxa"/>
            <w:shd w:val="clear" w:color="auto" w:fill="F5F8FA"/>
            <w:vAlign w:val="center"/>
          </w:tcPr>
          <w:p w14:paraId="59D89825" w14:textId="77777777" w:rsidR="003928F6" w:rsidRDefault="00000000">
            <w:pPr>
              <w:spacing w:after="60"/>
            </w:pPr>
            <w:r>
              <w:t>Phiếu số 4</w:t>
            </w:r>
          </w:p>
        </w:tc>
      </w:tr>
      <w:tr w:rsidR="003928F6" w14:paraId="46B74D8D" w14:textId="77777777">
        <w:trPr>
          <w:cantSplit/>
        </w:trPr>
        <w:tc>
          <w:tcPr>
            <w:tcW w:w="760" w:type="dxa"/>
            <w:vAlign w:val="center"/>
          </w:tcPr>
          <w:p w14:paraId="07E61B01" w14:textId="77777777" w:rsidR="003928F6" w:rsidRDefault="00000000">
            <w:pPr>
              <w:spacing w:after="60"/>
              <w:jc w:val="center"/>
            </w:pPr>
            <w:r>
              <w:t>3</w:t>
            </w:r>
          </w:p>
        </w:tc>
        <w:tc>
          <w:tcPr>
            <w:tcW w:w="3490" w:type="dxa"/>
            <w:vAlign w:val="center"/>
          </w:tcPr>
          <w:p w14:paraId="21A6A219" w14:textId="77777777" w:rsidR="003928F6" w:rsidRDefault="00000000">
            <w:pPr>
              <w:spacing w:after="60"/>
            </w:pPr>
            <w:r>
              <w:t>Vận dụng</w:t>
            </w:r>
          </w:p>
        </w:tc>
        <w:tc>
          <w:tcPr>
            <w:tcW w:w="1200" w:type="dxa"/>
            <w:vAlign w:val="center"/>
          </w:tcPr>
          <w:p w14:paraId="10A55D6B" w14:textId="77777777" w:rsidR="003928F6" w:rsidRDefault="00000000">
            <w:pPr>
              <w:spacing w:after="60"/>
              <w:jc w:val="center"/>
            </w:pPr>
            <w:r>
              <w:t>8 phút trên lớp; tiếp tục ngoài lớp</w:t>
            </w:r>
          </w:p>
        </w:tc>
        <w:tc>
          <w:tcPr>
            <w:tcW w:w="3622" w:type="dxa"/>
            <w:vAlign w:val="center"/>
          </w:tcPr>
          <w:p w14:paraId="32FD9E86" w14:textId="77777777" w:rsidR="003928F6" w:rsidRDefault="00000000">
            <w:pPr>
              <w:spacing w:after="60"/>
            </w:pPr>
            <w:r>
              <w:t>Bản tóm tắt, tờ giới thiệu hoặc tờ báo tường</w:t>
            </w:r>
          </w:p>
        </w:tc>
      </w:tr>
    </w:tbl>
    <w:p w14:paraId="0126F005" w14:textId="77777777" w:rsidR="003928F6" w:rsidRDefault="003928F6">
      <w:pPr>
        <w:spacing w:after="60"/>
      </w:pPr>
    </w:p>
    <w:p w14:paraId="4DD2A278" w14:textId="77777777" w:rsidR="003928F6" w:rsidRDefault="00000000">
      <w:pPr>
        <w:pStyle w:val="Heading1"/>
        <w:pageBreakBefore/>
        <w:spacing w:before="0" w:after="60"/>
      </w:pPr>
      <w:r>
        <w:rPr>
          <w:rFonts w:ascii="Times New Roman" w:eastAsia="Times New Roman" w:hAnsi="Times New Roman"/>
        </w:rPr>
        <w:lastRenderedPageBreak/>
        <w:t>TIẾT 1</w:t>
      </w:r>
    </w:p>
    <w:p w14:paraId="24AFA758" w14:textId="77777777" w:rsidR="003928F6" w:rsidRDefault="00000000">
      <w:pPr>
        <w:pStyle w:val="Heading2"/>
        <w:spacing w:before="0" w:after="60"/>
      </w:pPr>
      <w:r>
        <w:rPr>
          <w:rFonts w:ascii="Times New Roman" w:eastAsia="Times New Roman" w:hAnsi="Times New Roman"/>
        </w:rPr>
        <w:t>Hoạt động 1. MỞ ĐẦU: Khoa học trong đồ dùng hằng ngày (7 phút)</w:t>
      </w:r>
    </w:p>
    <w:p w14:paraId="01B3A06E" w14:textId="77777777" w:rsidR="003928F6" w:rsidRDefault="00000000">
      <w:pPr>
        <w:keepNext/>
        <w:spacing w:after="60"/>
      </w:pPr>
      <w:r>
        <w:rPr>
          <w:b/>
        </w:rPr>
        <w:t xml:space="preserve">a) Mục tiêu: </w:t>
      </w:r>
      <w:r>
        <w:t>Nhận ra mối liên hệ ban đầu giữa khoa học, công nghệ và đời sống; xác định câu hỏi trung tâm của bài học.</w:t>
      </w:r>
    </w:p>
    <w:p w14:paraId="631E5E0C" w14:textId="77777777" w:rsidR="003928F6" w:rsidRDefault="00000000">
      <w:pPr>
        <w:keepNext/>
        <w:spacing w:after="60"/>
      </w:pPr>
      <w:r>
        <w:rPr>
          <w:b/>
        </w:rPr>
        <w:t xml:space="preserve">b) Nội dung: </w:t>
      </w:r>
      <w:r>
        <w:t>Quan sát tranh đầu bài trang 7; gọi tên các đồ dùng trong hình; nêu tác dụng và dự đoán cuộc sống nếu không có những phát minh được ứng dụng vào các đồ dùng đó.</w:t>
      </w:r>
    </w:p>
    <w:p w14:paraId="1F0AD425" w14:textId="77777777" w:rsidR="003928F6" w:rsidRDefault="00000000">
      <w:pPr>
        <w:keepNext/>
        <w:spacing w:after="60"/>
      </w:pPr>
      <w:r>
        <w:rPr>
          <w:b/>
        </w:rPr>
        <w:t xml:space="preserve">c) Sản phẩm học tập: </w:t>
      </w:r>
      <w:r>
        <w:t>Câu trả lời ngắn theo cấu trúc “đồ dùng - tác dụng - khó khăn nếu không có”; học sinh xác định cần tìm hiểu KHTN là gì và KHTN có vai trò như thế nào.</w:t>
      </w:r>
    </w:p>
    <w:p w14:paraId="7D795B7D" w14:textId="77777777" w:rsidR="003928F6" w:rsidRDefault="00000000">
      <w:pPr>
        <w:keepNext/>
        <w:spacing w:after="60"/>
      </w:pPr>
      <w:r>
        <w:rPr>
          <w:b/>
        </w:rPr>
        <w:t xml:space="preserve">Tiêu chí kiểm tra, đánh giá: </w:t>
      </w:r>
      <w:r>
        <w:t>Đạt khi học sinh gọi đúng ít nhất ba đồ dùng hoặc phương tiện trong tranh và nêu được ít nhất một thay đổi đối với đời sống nếu không có chúng; câu trả lời phải dựa vào hình.</w:t>
      </w:r>
    </w:p>
    <w:p w14:paraId="33B7D8A0" w14:textId="77777777" w:rsidR="003928F6" w:rsidRDefault="00000000">
      <w:pPr>
        <w:keepNext/>
        <w:spacing w:after="60"/>
      </w:pPr>
      <w:r>
        <w:rPr>
          <w:b/>
        </w:rPr>
        <w:t xml:space="preserve">Phân hóa và hỗ trợ: </w:t>
      </w:r>
      <w:r>
        <w:t>Học sinh cần hỗ trợ được chỉ vào từng đồ dùng và trả lời theo câu mẫu; học sinh khá, giỏi nêu được mối liên hệ chung giữa phát minh khoa học, công nghệ và đời sống nhưng không giải thích nguyên lí ngoài phạm vi bài.</w:t>
      </w:r>
    </w:p>
    <w:p w14:paraId="2EFE4286" w14:textId="77777777" w:rsidR="003928F6" w:rsidRDefault="00000000">
      <w:pPr>
        <w:keepNext/>
        <w:spacing w:after="60"/>
      </w:pPr>
      <w:r>
        <w:rPr>
          <w:b/>
        </w:rPr>
        <w:t>d) Tổ chức thực hiện</w:t>
      </w:r>
    </w:p>
    <w:p w14:paraId="6B4AE4B2" w14:textId="77777777" w:rsidR="003928F6" w:rsidRDefault="00000000">
      <w:pPr>
        <w:keepLines/>
        <w:spacing w:after="60"/>
        <w:jc w:val="center"/>
      </w:pPr>
      <w:r>
        <w:rPr>
          <w:noProof/>
        </w:rPr>
        <w:drawing>
          <wp:inline distT="0" distB="0" distL="0" distR="0" wp14:anchorId="3E7E0F50" wp14:editId="051E40D7">
            <wp:extent cx="5544000" cy="1556585"/>
            <wp:effectExtent l="0" t="0" r="0" b="0"/>
            <wp:docPr id="1" name="Picture 1" descr="Tranh gồm bóng đèn, tivi, quạt, bếp và câu hỏi về các phát minh khoa học, công nghệ trong đời sống." title="Hình minh họa 1. Tranh và câu hỏi mở đầu của Bài 1 (SGK KHTN 6, tra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h_mo_dau.png"/>
                    <pic:cNvPicPr/>
                  </pic:nvPicPr>
                  <pic:blipFill>
                    <a:blip r:embed="rId6"/>
                    <a:stretch>
                      <a:fillRect/>
                    </a:stretch>
                  </pic:blipFill>
                  <pic:spPr>
                    <a:xfrm>
                      <a:off x="0" y="0"/>
                      <a:ext cx="5544000" cy="1556585"/>
                    </a:xfrm>
                    <a:prstGeom prst="rect">
                      <a:avLst/>
                    </a:prstGeom>
                  </pic:spPr>
                </pic:pic>
              </a:graphicData>
            </a:graphic>
          </wp:inline>
        </w:drawing>
      </w:r>
      <w:r>
        <w:rPr>
          <w:i/>
        </w:rPr>
        <w:br/>
        <w:t>Hình minh họa 1. Tranh và câu hỏi mở đầu của Bài 1 (SGK KHTN 6, trang 7).</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2DB993BB" w14:textId="77777777">
        <w:trPr>
          <w:cantSplit/>
          <w:tblHeader/>
        </w:trPr>
        <w:tc>
          <w:tcPr>
            <w:tcW w:w="4536" w:type="dxa"/>
            <w:shd w:val="clear" w:color="auto" w:fill="173B57"/>
            <w:tcMar>
              <w:top w:w="110" w:type="dxa"/>
              <w:left w:w="120" w:type="dxa"/>
              <w:bottom w:w="110" w:type="dxa"/>
              <w:right w:w="120" w:type="dxa"/>
            </w:tcMar>
            <w:vAlign w:val="center"/>
          </w:tcPr>
          <w:p w14:paraId="33346E96"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7D8335F3" w14:textId="77777777" w:rsidR="003928F6" w:rsidRDefault="00000000">
            <w:pPr>
              <w:spacing w:after="60"/>
              <w:jc w:val="center"/>
            </w:pPr>
            <w:r>
              <w:rPr>
                <w:b/>
              </w:rPr>
              <w:t>HOẠT ĐỘNG CỦA HỌC SINH</w:t>
            </w:r>
          </w:p>
        </w:tc>
      </w:tr>
      <w:tr w:rsidR="003928F6" w14:paraId="307DC64C" w14:textId="77777777">
        <w:trPr>
          <w:cantSplit/>
        </w:trPr>
        <w:tc>
          <w:tcPr>
            <w:tcW w:w="4536" w:type="dxa"/>
            <w:vAlign w:val="center"/>
          </w:tcPr>
          <w:p w14:paraId="4365285A" w14:textId="77777777" w:rsidR="003928F6" w:rsidRDefault="00000000">
            <w:pPr>
              <w:spacing w:after="60"/>
            </w:pPr>
            <w:r>
              <w:rPr>
                <w:b/>
              </w:rPr>
              <w:t xml:space="preserve">Bước 1. Giao nhiệm vụ học tập. </w:t>
            </w:r>
            <w:r>
              <w:t>Yêu cầu học sinh mở SGK trang 7 hoặc quan sát hình chiếu trong 45 giây. Giao hai câu hỏi: hình có những đồ dùng nào; nếu không có những phát minh được ứng dụng vào các đồ dùng ấy thì cuộc sống con người sẽ thay đổi như thế nào?</w:t>
            </w:r>
          </w:p>
          <w:p w14:paraId="1AC9E01C" w14:textId="77777777" w:rsidR="003928F6" w:rsidRDefault="00000000">
            <w:pPr>
              <w:spacing w:after="60"/>
            </w:pPr>
            <w:r>
              <w:rPr>
                <w:b/>
              </w:rPr>
              <w:t xml:space="preserve">Yêu cầu sản phẩm: </w:t>
            </w:r>
            <w:r>
              <w:t>Mỗi học sinh ghi ít nhất hai ý, trong đó có tên đồ dùng và tác dụng hoặc khó khăn tương ứng.</w:t>
            </w:r>
          </w:p>
          <w:p w14:paraId="4DA75CBA" w14:textId="77777777" w:rsidR="003928F6" w:rsidRDefault="00000000">
            <w:pPr>
              <w:spacing w:after="60"/>
            </w:pPr>
            <w:r>
              <w:rPr>
                <w:b/>
              </w:rPr>
              <w:t xml:space="preserve">Quy ước: </w:t>
            </w:r>
            <w:r>
              <w:t>Chỉ khai thác chi tiết có trong tranh, chưa giải thích nguyên lí hoạt động của thiết bị.</w:t>
            </w:r>
          </w:p>
        </w:tc>
        <w:tc>
          <w:tcPr>
            <w:tcW w:w="4536" w:type="dxa"/>
            <w:vAlign w:val="center"/>
          </w:tcPr>
          <w:p w14:paraId="289D1B25" w14:textId="77777777" w:rsidR="003928F6" w:rsidRDefault="00000000">
            <w:pPr>
              <w:spacing w:after="60"/>
            </w:pPr>
            <w:r>
              <w:rPr>
                <w:b/>
              </w:rPr>
              <w:t xml:space="preserve">Bước 1. Giao nhiệm vụ học tập. </w:t>
            </w:r>
            <w:r>
              <w:t>Mở SGK, quan sát toàn cảnh rồi lần lượt từng chi tiết; tiếp nhận câu hỏi và yêu cầu sản phẩm.</w:t>
            </w:r>
          </w:p>
          <w:p w14:paraId="2E273089" w14:textId="77777777" w:rsidR="003928F6" w:rsidRDefault="00000000">
            <w:pPr>
              <w:spacing w:after="60"/>
            </w:pPr>
            <w:r>
              <w:rPr>
                <w:b/>
              </w:rPr>
              <w:t xml:space="preserve">Chuẩn bị cá nhân: </w:t>
            </w:r>
            <w:r>
              <w:t>Ghi nhanh tên đồ dùng và một tác dụng hoặc khó khăn nếu không có đồ dùng đó.</w:t>
            </w:r>
          </w:p>
        </w:tc>
      </w:tr>
      <w:tr w:rsidR="003928F6" w14:paraId="3F39E928" w14:textId="77777777">
        <w:trPr>
          <w:cantSplit/>
        </w:trPr>
        <w:tc>
          <w:tcPr>
            <w:tcW w:w="4536" w:type="dxa"/>
            <w:shd w:val="clear" w:color="auto" w:fill="F5F8FA"/>
            <w:vAlign w:val="center"/>
          </w:tcPr>
          <w:p w14:paraId="642D12DF" w14:textId="77777777" w:rsidR="003928F6" w:rsidRDefault="00000000">
            <w:pPr>
              <w:spacing w:after="60"/>
            </w:pPr>
            <w:r>
              <w:rPr>
                <w:b/>
              </w:rPr>
              <w:lastRenderedPageBreak/>
              <w:t xml:space="preserve">Bước 2. Thực hiện nhiệm vụ. </w:t>
            </w:r>
            <w:r>
              <w:t>Theo dõi học sinh làm cá nhân, sau đó cho trao đổi theo cặp. Gợi ý bằng cách chỉ vào bóng đèn, tivi, quạt và bếp; hỏi “Đồ dùng này giúp con người làm việc gì?”.</w:t>
            </w:r>
          </w:p>
          <w:p w14:paraId="3039D6DF" w14:textId="77777777" w:rsidR="003928F6" w:rsidRDefault="00000000">
            <w:pPr>
              <w:spacing w:after="60"/>
            </w:pPr>
            <w:r>
              <w:rPr>
                <w:b/>
              </w:rPr>
              <w:t xml:space="preserve">Hỗ trợ: </w:t>
            </w:r>
            <w:r>
              <w:t>Cho học sinh dùng mẫu câu “Nếu không có..., con người sẽ khó...” để tránh câu trả lời quá chung chung.</w:t>
            </w:r>
          </w:p>
          <w:p w14:paraId="35F4E508" w14:textId="77777777" w:rsidR="003928F6" w:rsidRDefault="00000000">
            <w:pPr>
              <w:spacing w:after="60"/>
            </w:pPr>
            <w:r>
              <w:rPr>
                <w:b/>
              </w:rPr>
              <w:t xml:space="preserve">Đánh giá quá trình: </w:t>
            </w:r>
            <w:r>
              <w:t>Ghi nhận học sinh quan sát có căn cứ và học sinh chỉ kể tên nhưng chưa nêu tác dụng.</w:t>
            </w:r>
          </w:p>
        </w:tc>
        <w:tc>
          <w:tcPr>
            <w:tcW w:w="4536" w:type="dxa"/>
            <w:shd w:val="clear" w:color="auto" w:fill="F5F8FA"/>
            <w:vAlign w:val="center"/>
          </w:tcPr>
          <w:p w14:paraId="0F032A58" w14:textId="77777777" w:rsidR="003928F6" w:rsidRDefault="00000000">
            <w:pPr>
              <w:spacing w:after="60"/>
            </w:pPr>
            <w:r>
              <w:rPr>
                <w:b/>
              </w:rPr>
              <w:t xml:space="preserve">Bước 2. Thực hiện nhiệm vụ. </w:t>
            </w:r>
            <w:r>
              <w:t>Làm việc cá nhân khoảng một phút; trao đổi theo cặp để bổ sung ý còn thiếu.</w:t>
            </w:r>
          </w:p>
          <w:p w14:paraId="077C1B8F" w14:textId="77777777" w:rsidR="003928F6" w:rsidRDefault="00000000">
            <w:pPr>
              <w:spacing w:after="60"/>
            </w:pPr>
            <w:r>
              <w:rPr>
                <w:b/>
              </w:rPr>
              <w:t xml:space="preserve">Tự điều chỉnh: </w:t>
            </w:r>
            <w:r>
              <w:t>Đối chiếu hình và sửa tên đồ dùng hoặc tác dụng nếu bạn chỉ ra căn cứ rõ hơn.</w:t>
            </w:r>
          </w:p>
        </w:tc>
      </w:tr>
      <w:tr w:rsidR="003928F6" w14:paraId="1AE91BDD" w14:textId="77777777">
        <w:trPr>
          <w:cantSplit/>
        </w:trPr>
        <w:tc>
          <w:tcPr>
            <w:tcW w:w="4536" w:type="dxa"/>
            <w:vAlign w:val="center"/>
          </w:tcPr>
          <w:p w14:paraId="2BB283D1" w14:textId="77777777" w:rsidR="003928F6" w:rsidRDefault="00000000">
            <w:pPr>
              <w:spacing w:after="60"/>
            </w:pPr>
            <w:r>
              <w:rPr>
                <w:b/>
              </w:rPr>
              <w:t xml:space="preserve">Bước 3. Báo cáo, thảo luận. </w:t>
            </w:r>
            <w:r>
              <w:t>Mời hai đến ba cặp báo cáo; yêu cầu mỗi cặp chỉ nêu một ý mới. Đặt câu hỏi tiếp nối: “Những đồ dùng này xuất hiện nhờ điều gì?” và “Bài học cần giúp chúng ta trả lời những vấn đề nào?”.</w:t>
            </w:r>
          </w:p>
          <w:p w14:paraId="7A77AC0F" w14:textId="77777777" w:rsidR="003928F6" w:rsidRDefault="00000000">
            <w:pPr>
              <w:spacing w:after="60"/>
            </w:pPr>
            <w:r>
              <w:rPr>
                <w:b/>
              </w:rPr>
              <w:t xml:space="preserve">Điều hành: </w:t>
            </w:r>
            <w:r>
              <w:t>Chọn một câu trả lời có căn cứ rõ và một câu trả lời còn chung để lớp bổ sung; không kéo dài sang kiến thức ngoài bài.</w:t>
            </w:r>
          </w:p>
        </w:tc>
        <w:tc>
          <w:tcPr>
            <w:tcW w:w="4536" w:type="dxa"/>
            <w:vAlign w:val="center"/>
          </w:tcPr>
          <w:p w14:paraId="5C10B20F" w14:textId="77777777" w:rsidR="003928F6" w:rsidRDefault="00000000">
            <w:pPr>
              <w:spacing w:after="60"/>
            </w:pPr>
            <w:r>
              <w:rPr>
                <w:b/>
              </w:rPr>
              <w:t xml:space="preserve">Bước 3. Báo cáo, thảo luận. </w:t>
            </w:r>
            <w:r>
              <w:t>Đại diện cặp trình bày; học sinh khác nhận xét, bổ sung nhưng không lặp lại ý đã có.</w:t>
            </w:r>
          </w:p>
          <w:p w14:paraId="078BD7F9" w14:textId="77777777" w:rsidR="003928F6" w:rsidRDefault="00000000">
            <w:pPr>
              <w:spacing w:after="60"/>
            </w:pPr>
            <w:r>
              <w:rPr>
                <w:b/>
              </w:rPr>
              <w:t xml:space="preserve">Kết nối vấn đề: </w:t>
            </w:r>
            <w:r>
              <w:t>Nêu nhu cầu tìm hiểu KHTN là gì, KHTN nghiên cứu những gì và có vai trò như thế nào.</w:t>
            </w:r>
          </w:p>
        </w:tc>
      </w:tr>
      <w:tr w:rsidR="003928F6" w14:paraId="05917742" w14:textId="77777777">
        <w:trPr>
          <w:cantSplit/>
        </w:trPr>
        <w:tc>
          <w:tcPr>
            <w:tcW w:w="4536" w:type="dxa"/>
            <w:shd w:val="clear" w:color="auto" w:fill="F5F8FA"/>
            <w:vAlign w:val="center"/>
          </w:tcPr>
          <w:p w14:paraId="7BDEADCC" w14:textId="77777777" w:rsidR="003928F6" w:rsidRDefault="00000000">
            <w:pPr>
              <w:spacing w:after="60"/>
            </w:pPr>
            <w:r>
              <w:rPr>
                <w:b/>
              </w:rPr>
              <w:t xml:space="preserve">Bước 4. Kết luận, nhận định. </w:t>
            </w:r>
            <w:r>
              <w:t>Ghi nhận các đồ dùng và tác dụng phù hợp với tranh. Chốt rằng thành tựu khoa học được ứng dụng vào công nghệ để tạo ra phương tiện phục vụ đời sống; đây là một nội dung sẽ được làm rõ ở cuối bài.</w:t>
            </w:r>
          </w:p>
          <w:p w14:paraId="28BE5403" w14:textId="77777777" w:rsidR="003928F6" w:rsidRDefault="00000000">
            <w:pPr>
              <w:spacing w:after="60"/>
            </w:pPr>
            <w:r>
              <w:rPr>
                <w:b/>
              </w:rPr>
              <w:t xml:space="preserve">Chuyển nhiệm vụ: </w:t>
            </w:r>
            <w:r>
              <w:t>Đặt câu hỏi “Khoa học tự nhiên là gì?” để dẫn sang hoạt động hình thành kiến thức.</w:t>
            </w:r>
          </w:p>
          <w:p w14:paraId="28A9B5F5" w14:textId="77777777" w:rsidR="003928F6" w:rsidRDefault="00000000">
            <w:pPr>
              <w:spacing w:after="60"/>
            </w:pPr>
            <w:r>
              <w:rPr>
                <w:b/>
              </w:rPr>
              <w:t xml:space="preserve">Phản hồi: </w:t>
            </w:r>
            <w:r>
              <w:t>Tuyên dương câu trả lời có căn cứ; nhắc học sinh chưa đạt bổ sung đủ tên đồ dùng và tác dụng vào vở.</w:t>
            </w:r>
          </w:p>
        </w:tc>
        <w:tc>
          <w:tcPr>
            <w:tcW w:w="4536" w:type="dxa"/>
            <w:shd w:val="clear" w:color="auto" w:fill="F5F8FA"/>
            <w:vAlign w:val="center"/>
          </w:tcPr>
          <w:p w14:paraId="11B63AB1" w14:textId="77777777" w:rsidR="003928F6" w:rsidRDefault="00000000">
            <w:pPr>
              <w:spacing w:after="60"/>
            </w:pPr>
            <w:r>
              <w:rPr>
                <w:b/>
              </w:rPr>
              <w:t xml:space="preserve">Bước 4. Kết luận, nhận định. </w:t>
            </w:r>
            <w:r>
              <w:t>Đối chiếu câu trả lời và hoàn thiện ý cá nhân.</w:t>
            </w:r>
          </w:p>
          <w:p w14:paraId="16F6651B" w14:textId="77777777" w:rsidR="003928F6" w:rsidRDefault="00000000">
            <w:pPr>
              <w:spacing w:after="60"/>
            </w:pPr>
            <w:r>
              <w:rPr>
                <w:b/>
              </w:rPr>
              <w:t xml:space="preserve">Ghi nhận: </w:t>
            </w:r>
            <w:r>
              <w:t>Xác định vấn đề của bài học: khái niệm KHTN, vật sống và vật không sống, các lĩnh vực KHTN, vai trò của KHTN.</w:t>
            </w:r>
          </w:p>
        </w:tc>
      </w:tr>
    </w:tbl>
    <w:p w14:paraId="3898C62A" w14:textId="77777777" w:rsidR="003928F6" w:rsidRDefault="003928F6">
      <w:pPr>
        <w:spacing w:after="60"/>
      </w:pPr>
    </w:p>
    <w:p w14:paraId="57F71305" w14:textId="77777777" w:rsidR="003928F6" w:rsidRDefault="00000000">
      <w:pPr>
        <w:pStyle w:val="Heading2"/>
        <w:spacing w:before="0" w:after="60"/>
      </w:pPr>
      <w:r>
        <w:rPr>
          <w:rFonts w:ascii="Times New Roman" w:eastAsia="Times New Roman" w:hAnsi="Times New Roman"/>
        </w:rPr>
        <w:lastRenderedPageBreak/>
        <w:t>Hoạt động 2.1. HÌNH THÀNH KIẾN THỨC: Khái niệm Khoa học tự nhiên (15 phút)</w:t>
      </w:r>
    </w:p>
    <w:p w14:paraId="3CA197E2" w14:textId="77777777" w:rsidR="003928F6" w:rsidRDefault="00000000">
      <w:pPr>
        <w:keepNext/>
        <w:spacing w:after="60"/>
      </w:pPr>
      <w:r>
        <w:rPr>
          <w:b/>
        </w:rPr>
        <w:t xml:space="preserve">a) Mục tiêu: </w:t>
      </w:r>
      <w:r>
        <w:t>Nêu được khái niệm KHTN; nhận biết được các chuyển động và biến đổi trong tự nhiên là hiện tượng tự nhiên.</w:t>
      </w:r>
    </w:p>
    <w:p w14:paraId="1E4C969D" w14:textId="77777777" w:rsidR="003928F6" w:rsidRDefault="00000000">
      <w:pPr>
        <w:keepNext/>
        <w:spacing w:after="60"/>
      </w:pPr>
      <w:r>
        <w:rPr>
          <w:b/>
        </w:rPr>
        <w:t xml:space="preserve">b) Nội dung: </w:t>
      </w:r>
      <w:r>
        <w:t>Đọc mục I trang 7; xác định các ví dụ, đặc điểm chung của hiện tượng tự nhiên và câu nêu khái niệm KHTN.</w:t>
      </w:r>
    </w:p>
    <w:p w14:paraId="7B3AD2E2" w14:textId="77777777" w:rsidR="003928F6" w:rsidRDefault="00000000">
      <w:pPr>
        <w:keepNext/>
        <w:spacing w:after="60"/>
      </w:pPr>
      <w:r>
        <w:rPr>
          <w:b/>
        </w:rPr>
        <w:t xml:space="preserve">c) Sản phẩm học tập: </w:t>
      </w:r>
      <w:r>
        <w:t>Phiếu đọc hoặc vở ghi gồm hai phần: các ví dụ trong SGK; phát biểu đầy đủ “KHTN là một nhánh của khoa học, nghiên cứu các hiện tượng tự nhiên, tìm ra các tính chất, các quy luật của chúng”.</w:t>
      </w:r>
    </w:p>
    <w:p w14:paraId="1AB91DBE" w14:textId="77777777" w:rsidR="003928F6" w:rsidRDefault="00000000">
      <w:pPr>
        <w:keepNext/>
        <w:spacing w:after="60"/>
      </w:pPr>
      <w:r>
        <w:rPr>
          <w:b/>
        </w:rPr>
        <w:t xml:space="preserve">Tiêu chí kiểm tra, đánh giá: </w:t>
      </w:r>
      <w:r>
        <w:t>Đạt khi học sinh nêu đúng khái niệm, không bỏ cụm “tính chất, các quy luật”; nhận ra ít nhất hai ví dụ được nêu trong đoạn văn.</w:t>
      </w:r>
    </w:p>
    <w:p w14:paraId="4AB6BC3E" w14:textId="77777777" w:rsidR="003928F6" w:rsidRDefault="00000000">
      <w:pPr>
        <w:keepNext/>
        <w:spacing w:after="60"/>
      </w:pPr>
      <w:r>
        <w:rPr>
          <w:b/>
        </w:rPr>
        <w:t xml:space="preserve">Phân hóa và hỗ trợ: </w:t>
      </w:r>
      <w:r>
        <w:t>Học sinh cần hỗ trợ được gạch chân từ khóa trực tiếp trong đoạn văn; học sinh khá, giỏi giải thích vì sao các ví dụ đều là chuyển động hoặc biến đổi trong tự nhiên theo cách diễn đạt của SGK.</w:t>
      </w:r>
    </w:p>
    <w:p w14:paraId="5F607588" w14:textId="77777777" w:rsidR="003928F6" w:rsidRDefault="00000000">
      <w:pPr>
        <w:keepNext/>
        <w:spacing w:after="60"/>
      </w:pPr>
      <w:r>
        <w:rPr>
          <w:b/>
        </w:rPr>
        <w:t>d) Tổ chức thực hiện</w:t>
      </w:r>
    </w:p>
    <w:p w14:paraId="1289C889" w14:textId="77777777" w:rsidR="003928F6" w:rsidRDefault="00000000">
      <w:pPr>
        <w:keepLines/>
        <w:spacing w:after="60"/>
        <w:jc w:val="center"/>
      </w:pPr>
      <w:r>
        <w:rPr>
          <w:noProof/>
        </w:rPr>
        <w:drawing>
          <wp:inline distT="0" distB="0" distL="0" distR="0" wp14:anchorId="74AA243C" wp14:editId="3E3D117A">
            <wp:extent cx="5472000" cy="1809290"/>
            <wp:effectExtent l="0" t="0" r="0" b="0"/>
            <wp:docPr id="2" name="Picture 2" descr="Đoạn SGK nêu ví dụ hiện tượng tự nhiên và khái niệm Khoa học tự nhiên." title="Hình minh họa 2. Ngữ liệu hình thành khái niệm Khoa học tự nhiên (SGK KHTN 6, tra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ai_niem_khtn.png"/>
                    <pic:cNvPicPr/>
                  </pic:nvPicPr>
                  <pic:blipFill>
                    <a:blip r:embed="rId7"/>
                    <a:stretch>
                      <a:fillRect/>
                    </a:stretch>
                  </pic:blipFill>
                  <pic:spPr>
                    <a:xfrm>
                      <a:off x="0" y="0"/>
                      <a:ext cx="5472000" cy="1809290"/>
                    </a:xfrm>
                    <a:prstGeom prst="rect">
                      <a:avLst/>
                    </a:prstGeom>
                  </pic:spPr>
                </pic:pic>
              </a:graphicData>
            </a:graphic>
          </wp:inline>
        </w:drawing>
      </w:r>
      <w:r>
        <w:rPr>
          <w:i/>
        </w:rPr>
        <w:br/>
        <w:t>Hình minh họa 2. Ngữ liệu hình thành khái niệm Khoa học tự nhiên (SGK KHTN 6, trang 7).</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06BF8217" w14:textId="77777777">
        <w:trPr>
          <w:cantSplit/>
          <w:tblHeader/>
        </w:trPr>
        <w:tc>
          <w:tcPr>
            <w:tcW w:w="4536" w:type="dxa"/>
            <w:shd w:val="clear" w:color="auto" w:fill="173B57"/>
            <w:tcMar>
              <w:top w:w="110" w:type="dxa"/>
              <w:left w:w="120" w:type="dxa"/>
              <w:bottom w:w="110" w:type="dxa"/>
              <w:right w:w="120" w:type="dxa"/>
            </w:tcMar>
            <w:vAlign w:val="center"/>
          </w:tcPr>
          <w:p w14:paraId="4ADEF959"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6710B368" w14:textId="77777777" w:rsidR="003928F6" w:rsidRDefault="00000000">
            <w:pPr>
              <w:spacing w:after="60"/>
              <w:jc w:val="center"/>
            </w:pPr>
            <w:r>
              <w:rPr>
                <w:b/>
              </w:rPr>
              <w:t>HOẠT ĐỘNG CỦA HỌC SINH</w:t>
            </w:r>
          </w:p>
        </w:tc>
      </w:tr>
      <w:tr w:rsidR="003928F6" w14:paraId="4AA0719E" w14:textId="77777777">
        <w:trPr>
          <w:cantSplit/>
        </w:trPr>
        <w:tc>
          <w:tcPr>
            <w:tcW w:w="4536" w:type="dxa"/>
            <w:vAlign w:val="center"/>
          </w:tcPr>
          <w:p w14:paraId="7BEE4FA5" w14:textId="77777777" w:rsidR="003928F6" w:rsidRDefault="00000000">
            <w:pPr>
              <w:spacing w:after="60"/>
            </w:pPr>
            <w:r>
              <w:rPr>
                <w:b/>
              </w:rPr>
              <w:t xml:space="preserve">Bước 1. Giao nhiệm vụ học tập. </w:t>
            </w:r>
            <w:r>
              <w:t>Yêu cầu học sinh đọc thầm mục I và thực hiện ba việc: khoanh các ví dụ; gạch chân cụm giải thích “hiện tượng tự nhiên”; đóng khung câu nêu khái niệm KHTN.</w:t>
            </w:r>
          </w:p>
          <w:p w14:paraId="00725BFD" w14:textId="77777777" w:rsidR="003928F6" w:rsidRDefault="00000000">
            <w:pPr>
              <w:spacing w:after="60"/>
            </w:pPr>
            <w:r>
              <w:rPr>
                <w:b/>
              </w:rPr>
              <w:t xml:space="preserve">Thời gian: </w:t>
            </w:r>
            <w:r>
              <w:t>Hai phút đọc cá nhân, hai phút trao đổi theo cặp.</w:t>
            </w:r>
          </w:p>
          <w:p w14:paraId="3E3FB3BB" w14:textId="77777777" w:rsidR="003928F6" w:rsidRDefault="00000000">
            <w:pPr>
              <w:spacing w:after="60"/>
            </w:pPr>
            <w:r>
              <w:rPr>
                <w:b/>
              </w:rPr>
              <w:t xml:space="preserve">Sản phẩm: </w:t>
            </w:r>
            <w:r>
              <w:t>Một câu khái niệm và danh sách ví dụ lấy đúng từ đoạn văn.</w:t>
            </w:r>
          </w:p>
        </w:tc>
        <w:tc>
          <w:tcPr>
            <w:tcW w:w="4536" w:type="dxa"/>
            <w:vAlign w:val="center"/>
          </w:tcPr>
          <w:p w14:paraId="2CDED6F7" w14:textId="77777777" w:rsidR="003928F6" w:rsidRDefault="00000000">
            <w:pPr>
              <w:spacing w:after="60"/>
            </w:pPr>
            <w:r>
              <w:rPr>
                <w:b/>
              </w:rPr>
              <w:t xml:space="preserve">Bước 1. Giao nhiệm vụ học tập. </w:t>
            </w:r>
            <w:r>
              <w:t>Đọc đoạn văn theo thứ tự; dùng kí hiệu khác nhau để đánh dấu ví dụ, hiện tượng tự nhiên và khái niệm KHTN.</w:t>
            </w:r>
          </w:p>
          <w:p w14:paraId="7BE9925A" w14:textId="77777777" w:rsidR="003928F6" w:rsidRDefault="00000000">
            <w:pPr>
              <w:spacing w:after="60"/>
            </w:pPr>
            <w:r>
              <w:rPr>
                <w:b/>
              </w:rPr>
              <w:t xml:space="preserve">Tiếp nhận: </w:t>
            </w:r>
            <w:r>
              <w:t>Chuẩn bị đọc lại nguyên văn câu khái niệm khi được yêu cầu.</w:t>
            </w:r>
          </w:p>
        </w:tc>
      </w:tr>
      <w:tr w:rsidR="003928F6" w14:paraId="7DFA2BBE" w14:textId="77777777">
        <w:trPr>
          <w:cantSplit/>
        </w:trPr>
        <w:tc>
          <w:tcPr>
            <w:tcW w:w="4536" w:type="dxa"/>
            <w:shd w:val="clear" w:color="auto" w:fill="F5F8FA"/>
            <w:vAlign w:val="center"/>
          </w:tcPr>
          <w:p w14:paraId="08339C09" w14:textId="77777777" w:rsidR="003928F6" w:rsidRDefault="00000000">
            <w:pPr>
              <w:spacing w:after="60"/>
            </w:pPr>
            <w:r>
              <w:rPr>
                <w:b/>
              </w:rPr>
              <w:lastRenderedPageBreak/>
              <w:t xml:space="preserve">Bước 2. Thực hiện nhiệm vụ. </w:t>
            </w:r>
            <w:r>
              <w:t>Quan sát cách học sinh tìm thông tin. Với học sinh còn lúng túng, hỏi lần lượt: “Đoạn văn nêu những chuyển động hoặc biến đổi nào?”, “Tên gọi chung của chúng là gì?”, “KHTN nghiên cứu điều gì?”.</w:t>
            </w:r>
          </w:p>
          <w:p w14:paraId="3EF5AC62" w14:textId="77777777" w:rsidR="003928F6" w:rsidRDefault="00000000">
            <w:pPr>
              <w:spacing w:after="60"/>
            </w:pPr>
            <w:r>
              <w:rPr>
                <w:b/>
              </w:rPr>
              <w:t xml:space="preserve">Phân hóa: </w:t>
            </w:r>
            <w:r>
              <w:t>Cho học sinh khá, giỏi so sánh phần ví dụ với phần định nghĩa; yêu cầu chỉ ra từ khóa tạo nên một khái niệm đầy đủ.</w:t>
            </w:r>
          </w:p>
          <w:p w14:paraId="71E2FE65" w14:textId="77777777" w:rsidR="003928F6" w:rsidRDefault="00000000">
            <w:pPr>
              <w:spacing w:after="60"/>
            </w:pPr>
            <w:r>
              <w:rPr>
                <w:b/>
              </w:rPr>
              <w:t xml:space="preserve">Kiểm tra nhanh: </w:t>
            </w:r>
            <w:r>
              <w:t>Yêu cầu một số học sinh giơ SGK đã đánh dấu để kiểm tra mức độ tiếp nhận nhiệm vụ.</w:t>
            </w:r>
          </w:p>
        </w:tc>
        <w:tc>
          <w:tcPr>
            <w:tcW w:w="4536" w:type="dxa"/>
            <w:shd w:val="clear" w:color="auto" w:fill="F5F8FA"/>
            <w:vAlign w:val="center"/>
          </w:tcPr>
          <w:p w14:paraId="2C465DE1" w14:textId="77777777" w:rsidR="003928F6" w:rsidRDefault="00000000">
            <w:pPr>
              <w:spacing w:after="60"/>
            </w:pPr>
            <w:r>
              <w:rPr>
                <w:b/>
              </w:rPr>
              <w:t xml:space="preserve">Bước 2. Thực hiện nhiệm vụ. </w:t>
            </w:r>
            <w:r>
              <w:t>Làm việc cá nhân, sau đó trao đổi với bạn để thống nhất từ khóa.</w:t>
            </w:r>
          </w:p>
          <w:p w14:paraId="228C5DE0" w14:textId="77777777" w:rsidR="003928F6" w:rsidRDefault="00000000">
            <w:pPr>
              <w:spacing w:after="60"/>
            </w:pPr>
            <w:r>
              <w:rPr>
                <w:b/>
              </w:rPr>
              <w:t xml:space="preserve">Tự kiểm tra: </w:t>
            </w:r>
            <w:r>
              <w:t>Đối chiếu câu của mình với câu trong SGK; bổ sung phần còn thiếu mà không thêm kiến thức ngoài đoạn văn.</w:t>
            </w:r>
          </w:p>
        </w:tc>
      </w:tr>
      <w:tr w:rsidR="003928F6" w14:paraId="409943E9" w14:textId="77777777">
        <w:trPr>
          <w:cantSplit/>
        </w:trPr>
        <w:tc>
          <w:tcPr>
            <w:tcW w:w="4536" w:type="dxa"/>
            <w:vAlign w:val="center"/>
          </w:tcPr>
          <w:p w14:paraId="016D2245" w14:textId="77777777" w:rsidR="003928F6" w:rsidRDefault="00000000">
            <w:pPr>
              <w:spacing w:after="60"/>
            </w:pPr>
            <w:r>
              <w:rPr>
                <w:b/>
              </w:rPr>
              <w:t xml:space="preserve">Bước 3. Báo cáo, thảo luận. </w:t>
            </w:r>
            <w:r>
              <w:t>Mời một học sinh nêu các ví dụ, một học sinh giải thích hiện tượng tự nhiên và một học sinh đọc khái niệm KHTN. Yêu cầu lớp nhận xét theo tiêu chí đầy đủ, đúng từ khóa.</w:t>
            </w:r>
          </w:p>
          <w:p w14:paraId="52C8697D" w14:textId="77777777" w:rsidR="003928F6" w:rsidRDefault="00000000">
            <w:pPr>
              <w:spacing w:after="60"/>
            </w:pPr>
            <w:r>
              <w:rPr>
                <w:b/>
              </w:rPr>
              <w:t xml:space="preserve">Câu hỏi làm rõ: </w:t>
            </w:r>
            <w:r>
              <w:t>“KHTN chỉ kể tên hiện tượng hay còn tìm hiểu điều gì về chúng?”.</w:t>
            </w:r>
          </w:p>
        </w:tc>
        <w:tc>
          <w:tcPr>
            <w:tcW w:w="4536" w:type="dxa"/>
            <w:vAlign w:val="center"/>
          </w:tcPr>
          <w:p w14:paraId="6D83B1A2" w14:textId="77777777" w:rsidR="003928F6" w:rsidRDefault="00000000">
            <w:pPr>
              <w:spacing w:after="60"/>
            </w:pPr>
            <w:r>
              <w:rPr>
                <w:b/>
              </w:rPr>
              <w:t xml:space="preserve">Bước 3. Báo cáo, thảo luận. </w:t>
            </w:r>
            <w:r>
              <w:t>Trình bày theo phần được giao; học sinh khác đối chiếu với đoạn văn và bổ sung.</w:t>
            </w:r>
          </w:p>
          <w:p w14:paraId="70427541" w14:textId="77777777" w:rsidR="003928F6" w:rsidRDefault="00000000">
            <w:pPr>
              <w:spacing w:after="60"/>
            </w:pPr>
            <w:r>
              <w:rPr>
                <w:b/>
              </w:rPr>
              <w:t xml:space="preserve">Trả lời: </w:t>
            </w:r>
            <w:r>
              <w:t>KHTN nghiên cứu hiện tượng tự nhiên, tìm ra tính chất và quy luật của chúng.</w:t>
            </w:r>
          </w:p>
        </w:tc>
      </w:tr>
      <w:tr w:rsidR="003928F6" w14:paraId="1498B1F5" w14:textId="77777777">
        <w:trPr>
          <w:cantSplit/>
        </w:trPr>
        <w:tc>
          <w:tcPr>
            <w:tcW w:w="4536" w:type="dxa"/>
            <w:shd w:val="clear" w:color="auto" w:fill="F5F8FA"/>
            <w:vAlign w:val="center"/>
          </w:tcPr>
          <w:p w14:paraId="52CF20E1" w14:textId="77777777" w:rsidR="003928F6" w:rsidRDefault="00000000">
            <w:pPr>
              <w:spacing w:after="60"/>
            </w:pPr>
            <w:r>
              <w:rPr>
                <w:b/>
              </w:rPr>
              <w:t xml:space="preserve">Bước 4. Kết luận, nhận định. </w:t>
            </w:r>
            <w:r>
              <w:t>Chuẩn hóa: các chuyển động và biến đổi trong tự nhiên gọi là hiện tượng tự nhiên; KHTN là một nhánh của khoa học, nghiên cứu các hiện tượng tự nhiên, tìm ra các tính chất, các quy luật của chúng.</w:t>
            </w:r>
          </w:p>
          <w:p w14:paraId="6F2D2C68" w14:textId="77777777" w:rsidR="003928F6" w:rsidRDefault="00000000">
            <w:pPr>
              <w:spacing w:after="60"/>
            </w:pPr>
            <w:r>
              <w:rPr>
                <w:b/>
              </w:rPr>
              <w:t xml:space="preserve">Sửa lỗi: </w:t>
            </w:r>
            <w:r>
              <w:t>Không chấp nhận cách nêu “KHTN là môn học về thiên nhiên” vì thiếu đối tượng và mục đích nghiên cứu được SGK nêu rõ.</w:t>
            </w:r>
          </w:p>
          <w:p w14:paraId="330D755D" w14:textId="77777777" w:rsidR="003928F6" w:rsidRDefault="00000000">
            <w:pPr>
              <w:spacing w:after="60"/>
            </w:pPr>
            <w:r>
              <w:rPr>
                <w:b/>
              </w:rPr>
              <w:t xml:space="preserve">Đánh giá: </w:t>
            </w:r>
            <w:r>
              <w:t>Học sinh đạt khi phát biểu đúng khái niệm; học sinh thiếu từ khóa phải hoàn thiện ngay trong vở.</w:t>
            </w:r>
          </w:p>
        </w:tc>
        <w:tc>
          <w:tcPr>
            <w:tcW w:w="4536" w:type="dxa"/>
            <w:shd w:val="clear" w:color="auto" w:fill="F5F8FA"/>
            <w:vAlign w:val="center"/>
          </w:tcPr>
          <w:p w14:paraId="265C33B3" w14:textId="77777777" w:rsidR="003928F6" w:rsidRDefault="00000000">
            <w:pPr>
              <w:spacing w:after="60"/>
            </w:pPr>
            <w:r>
              <w:rPr>
                <w:b/>
              </w:rPr>
              <w:t xml:space="preserve">Bước 4. Kết luận, nhận định. </w:t>
            </w:r>
            <w:r>
              <w:t>Ghi khái niệm đã được chuẩn hóa và tự gạch chân các từ khóa.</w:t>
            </w:r>
          </w:p>
          <w:p w14:paraId="3A38155F" w14:textId="77777777" w:rsidR="003928F6" w:rsidRDefault="00000000">
            <w:pPr>
              <w:spacing w:after="60"/>
            </w:pPr>
            <w:r>
              <w:rPr>
                <w:b/>
              </w:rPr>
              <w:t xml:space="preserve">Chuyển ý: </w:t>
            </w:r>
            <w:r>
              <w:t>Chuẩn bị dùng đặc điểm để phân biệt vật sống và vật không sống.</w:t>
            </w:r>
          </w:p>
        </w:tc>
      </w:tr>
    </w:tbl>
    <w:p w14:paraId="40EFD2AE" w14:textId="77777777" w:rsidR="003928F6" w:rsidRDefault="003928F6">
      <w:pPr>
        <w:spacing w:after="60"/>
      </w:pPr>
    </w:p>
    <w:p w14:paraId="4B722C69" w14:textId="77777777" w:rsidR="003928F6" w:rsidRDefault="00000000">
      <w:pPr>
        <w:pStyle w:val="Heading2"/>
        <w:spacing w:before="0" w:after="60"/>
      </w:pPr>
      <w:r>
        <w:rPr>
          <w:rFonts w:ascii="Times New Roman" w:eastAsia="Times New Roman" w:hAnsi="Times New Roman"/>
        </w:rPr>
        <w:lastRenderedPageBreak/>
        <w:t>Hoạt động 2.2. HÌNH THÀNH KIẾN THỨC: Vật sống và vật không sống (23 phút)</w:t>
      </w:r>
    </w:p>
    <w:p w14:paraId="761E91C1" w14:textId="77777777" w:rsidR="003928F6" w:rsidRDefault="00000000">
      <w:pPr>
        <w:keepNext/>
        <w:spacing w:after="60"/>
      </w:pPr>
      <w:r>
        <w:rPr>
          <w:b/>
        </w:rPr>
        <w:t xml:space="preserve">a) Mục tiêu: </w:t>
      </w:r>
      <w:r>
        <w:t>Dựa vào đặc điểm đặc trưng, phân biệt được vật sống và vật không sống; khắc phục cách phân loại chỉ dựa vào chuyển động hoặc di chuyển.</w:t>
      </w:r>
    </w:p>
    <w:p w14:paraId="0DCAA29C" w14:textId="77777777" w:rsidR="003928F6" w:rsidRDefault="00000000">
      <w:pPr>
        <w:keepNext/>
        <w:spacing w:after="60"/>
      </w:pPr>
      <w:r>
        <w:rPr>
          <w:b/>
        </w:rPr>
        <w:t xml:space="preserve">b) Nội dung: </w:t>
      </w:r>
      <w:r>
        <w:t>Đọc mục II trang 7; xác định ba khả năng của vật sống; phân loại con người, Trái Đất, cái bàn, cây lúa, con voi, cây cầu.</w:t>
      </w:r>
    </w:p>
    <w:p w14:paraId="31CCFA23" w14:textId="77777777" w:rsidR="003928F6" w:rsidRDefault="00000000">
      <w:pPr>
        <w:keepNext/>
        <w:spacing w:after="60"/>
      </w:pPr>
      <w:r>
        <w:rPr>
          <w:b/>
        </w:rPr>
        <w:t xml:space="preserve">c) Sản phẩm học tập: </w:t>
      </w:r>
      <w:r>
        <w:t>Phiếu số 1 hoàn chỉnh: vật sống gồm con người, cây lúa, con voi; vật không sống gồm Trái Đất, cái bàn, cây cầu; mỗi lựa chọn có căn cứ từ ba đặc điểm trong SGK.</w:t>
      </w:r>
    </w:p>
    <w:p w14:paraId="1FA4E4C9" w14:textId="77777777" w:rsidR="003928F6" w:rsidRDefault="00000000">
      <w:pPr>
        <w:keepNext/>
        <w:spacing w:after="60"/>
      </w:pPr>
      <w:r>
        <w:rPr>
          <w:b/>
        </w:rPr>
        <w:t xml:space="preserve">Tiêu chí kiểm tra, đánh giá: </w:t>
      </w:r>
      <w:r>
        <w:t>Đạt khi phân loại đúng 6/6 và nêu đúng căn cứ; nếu còn một lỗi nhưng tự sửa được sau thảo luận thì ghi nhận đạt sau hỗ trợ.</w:t>
      </w:r>
    </w:p>
    <w:p w14:paraId="13E9C538" w14:textId="77777777" w:rsidR="003928F6" w:rsidRDefault="00000000">
      <w:pPr>
        <w:keepNext/>
        <w:spacing w:after="60"/>
      </w:pPr>
      <w:r>
        <w:rPr>
          <w:b/>
        </w:rPr>
        <w:t xml:space="preserve">Phân hóa và hỗ trợ: </w:t>
      </w:r>
      <w:r>
        <w:t>Học sinh cần hỗ trợ dùng thẻ “vật sống/vật không sống” và bảng ba dấu hiệu; học sinh khá, giỏi giải thích được vì sao chuyển động không phải là dấu hiệu đủ để xác định vật sống.</w:t>
      </w:r>
    </w:p>
    <w:p w14:paraId="0A3FB2CA" w14:textId="77777777" w:rsidR="003928F6" w:rsidRDefault="00000000">
      <w:pPr>
        <w:keepNext/>
        <w:spacing w:after="60"/>
      </w:pPr>
      <w:r>
        <w:rPr>
          <w:b/>
        </w:rPr>
        <w:t>d) Tổ chức thực hiện</w:t>
      </w:r>
    </w:p>
    <w:p w14:paraId="48BAA0C3" w14:textId="77777777" w:rsidR="003928F6" w:rsidRDefault="00000000">
      <w:pPr>
        <w:keepLines/>
        <w:spacing w:after="60"/>
        <w:jc w:val="center"/>
      </w:pPr>
      <w:r>
        <w:rPr>
          <w:noProof/>
        </w:rPr>
        <w:drawing>
          <wp:inline distT="0" distB="0" distL="0" distR="0" wp14:anchorId="47D43C94" wp14:editId="3424C9A4">
            <wp:extent cx="5472000" cy="1780571"/>
            <wp:effectExtent l="0" t="0" r="0" b="0"/>
            <wp:docPr id="3" name="Picture 3" descr="SGK nêu ba khả năng của vật sống và sáu đối tượng cần phân loại." title="Hình minh họa 3. Đặc điểm và câu hỏi phân loại vật sống, vật không sống (SGK KHTN 6, tra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t_song_vat_khong_song.png"/>
                    <pic:cNvPicPr/>
                  </pic:nvPicPr>
                  <pic:blipFill>
                    <a:blip r:embed="rId8"/>
                    <a:stretch>
                      <a:fillRect/>
                    </a:stretch>
                  </pic:blipFill>
                  <pic:spPr>
                    <a:xfrm>
                      <a:off x="0" y="0"/>
                      <a:ext cx="5472000" cy="1780571"/>
                    </a:xfrm>
                    <a:prstGeom prst="rect">
                      <a:avLst/>
                    </a:prstGeom>
                  </pic:spPr>
                </pic:pic>
              </a:graphicData>
            </a:graphic>
          </wp:inline>
        </w:drawing>
      </w:r>
      <w:r>
        <w:rPr>
          <w:i/>
        </w:rPr>
        <w:br/>
        <w:t>Hình minh họa 3. Đặc điểm và câu hỏi phân loại vật sống, vật không sống (SGK KHTN 6, trang 7).</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40098438" w14:textId="77777777">
        <w:trPr>
          <w:cantSplit/>
          <w:tblHeader/>
        </w:trPr>
        <w:tc>
          <w:tcPr>
            <w:tcW w:w="4536" w:type="dxa"/>
            <w:shd w:val="clear" w:color="auto" w:fill="173B57"/>
            <w:tcMar>
              <w:top w:w="110" w:type="dxa"/>
              <w:left w:w="120" w:type="dxa"/>
              <w:bottom w:w="110" w:type="dxa"/>
              <w:right w:w="120" w:type="dxa"/>
            </w:tcMar>
            <w:vAlign w:val="center"/>
          </w:tcPr>
          <w:p w14:paraId="3AB62737"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790B42AB" w14:textId="77777777" w:rsidR="003928F6" w:rsidRDefault="00000000">
            <w:pPr>
              <w:spacing w:after="60"/>
              <w:jc w:val="center"/>
            </w:pPr>
            <w:r>
              <w:rPr>
                <w:b/>
              </w:rPr>
              <w:t>HOẠT ĐỘNG CỦA HỌC SINH</w:t>
            </w:r>
          </w:p>
        </w:tc>
      </w:tr>
      <w:tr w:rsidR="003928F6" w14:paraId="365C1CC9" w14:textId="77777777">
        <w:trPr>
          <w:cantSplit/>
        </w:trPr>
        <w:tc>
          <w:tcPr>
            <w:tcW w:w="4536" w:type="dxa"/>
            <w:vAlign w:val="center"/>
          </w:tcPr>
          <w:p w14:paraId="482239FA" w14:textId="77777777" w:rsidR="003928F6" w:rsidRDefault="00000000">
            <w:pPr>
              <w:spacing w:after="60"/>
            </w:pPr>
            <w:r>
              <w:rPr>
                <w:b/>
              </w:rPr>
              <w:t xml:space="preserve">Bước 1. Giao nhiệm vụ học tập. </w:t>
            </w:r>
            <w:r>
              <w:t>Phát Phiếu số 1. Yêu cầu học sinh đọc mục II, ghi ba khả năng của vật sống, sau đó phân loại sáu đối tượng vào hai nhóm và ghi căn cứ.</w:t>
            </w:r>
          </w:p>
          <w:p w14:paraId="6416F94B" w14:textId="77777777" w:rsidR="003928F6" w:rsidRDefault="00000000">
            <w:pPr>
              <w:spacing w:after="60"/>
            </w:pPr>
            <w:r>
              <w:rPr>
                <w:b/>
              </w:rPr>
              <w:t xml:space="preserve">Yêu cầu bắt buộc: </w:t>
            </w:r>
            <w:r>
              <w:t>Không dùng riêng dấu hiệu “có chuyển động” hoặc “không chuyển động” để kết luận.</w:t>
            </w:r>
          </w:p>
          <w:p w14:paraId="6066AB67" w14:textId="77777777" w:rsidR="003928F6" w:rsidRDefault="00000000">
            <w:pPr>
              <w:spacing w:after="60"/>
            </w:pPr>
            <w:r>
              <w:rPr>
                <w:b/>
              </w:rPr>
              <w:t xml:space="preserve">Thời gian: </w:t>
            </w:r>
            <w:r>
              <w:t>Bốn phút cá nhân, bốn phút trao đổi nhóm bốn học sinh.</w:t>
            </w:r>
          </w:p>
        </w:tc>
        <w:tc>
          <w:tcPr>
            <w:tcW w:w="4536" w:type="dxa"/>
            <w:vAlign w:val="center"/>
          </w:tcPr>
          <w:p w14:paraId="5DCA839B" w14:textId="77777777" w:rsidR="003928F6" w:rsidRDefault="00000000">
            <w:pPr>
              <w:spacing w:after="60"/>
            </w:pPr>
            <w:r>
              <w:rPr>
                <w:b/>
              </w:rPr>
              <w:t xml:space="preserve">Bước 1. Giao nhiệm vụ học tập. </w:t>
            </w:r>
            <w:r>
              <w:t>Đọc mục II, ghi ba khả năng: trao đổi chất với môi trường, lớn lên và sinh sản; làm phần phân loại cá nhân.</w:t>
            </w:r>
          </w:p>
          <w:p w14:paraId="3D27AE72" w14:textId="77777777" w:rsidR="003928F6" w:rsidRDefault="00000000">
            <w:pPr>
              <w:spacing w:after="60"/>
            </w:pPr>
            <w:r>
              <w:rPr>
                <w:b/>
              </w:rPr>
              <w:t xml:space="preserve">Cam kết cá nhân: </w:t>
            </w:r>
            <w:r>
              <w:t>Hoàn thành lựa chọn trước khi trao đổi để mọi thành viên đều có sản phẩm.</w:t>
            </w:r>
          </w:p>
        </w:tc>
      </w:tr>
      <w:tr w:rsidR="003928F6" w14:paraId="19FA1408" w14:textId="77777777">
        <w:trPr>
          <w:cantSplit/>
        </w:trPr>
        <w:tc>
          <w:tcPr>
            <w:tcW w:w="4536" w:type="dxa"/>
            <w:shd w:val="clear" w:color="auto" w:fill="F5F8FA"/>
            <w:vAlign w:val="center"/>
          </w:tcPr>
          <w:p w14:paraId="06C92EE7" w14:textId="77777777" w:rsidR="003928F6" w:rsidRDefault="00000000">
            <w:pPr>
              <w:spacing w:after="60"/>
            </w:pPr>
            <w:r>
              <w:rPr>
                <w:b/>
              </w:rPr>
              <w:lastRenderedPageBreak/>
              <w:t xml:space="preserve">Bước 2. Thực hiện nhiệm vụ. </w:t>
            </w:r>
            <w:r>
              <w:t>Theo dõi sản phẩm cá nhân. Tập trung hỗ trợ hai trường hợp dễ nhầm là Trái Đất và cây lúa. Hỏi “Trái Đất chuyển động có đồng nghĩa với lớn lên, sinh sản không?” và “Cây lúa không đi lại nhưng có lớn lên, sinh sản không?”.</w:t>
            </w:r>
          </w:p>
          <w:p w14:paraId="6F190C43" w14:textId="77777777" w:rsidR="003928F6" w:rsidRDefault="00000000">
            <w:pPr>
              <w:spacing w:after="60"/>
            </w:pPr>
            <w:r>
              <w:rPr>
                <w:b/>
              </w:rPr>
              <w:t xml:space="preserve">Hỗ trợ đọc viết: </w:t>
            </w:r>
            <w:r>
              <w:t>Cho học sinh đặt thẻ tên đối tượng vào hai ô, sau đó nói căn cứ bằng câu ngắn.</w:t>
            </w:r>
          </w:p>
          <w:p w14:paraId="2EF856F5" w14:textId="77777777" w:rsidR="003928F6" w:rsidRDefault="00000000">
            <w:pPr>
              <w:spacing w:after="60"/>
            </w:pPr>
            <w:r>
              <w:rPr>
                <w:b/>
              </w:rPr>
              <w:t xml:space="preserve">Đánh giá quá trình: </w:t>
            </w:r>
            <w:r>
              <w:t>Đánh dấu học sinh đã dùng đủ căn cứ và học sinh còn dựa vào cảm giác.</w:t>
            </w:r>
          </w:p>
        </w:tc>
        <w:tc>
          <w:tcPr>
            <w:tcW w:w="4536" w:type="dxa"/>
            <w:shd w:val="clear" w:color="auto" w:fill="F5F8FA"/>
            <w:vAlign w:val="center"/>
          </w:tcPr>
          <w:p w14:paraId="082CCF25" w14:textId="77777777" w:rsidR="003928F6" w:rsidRDefault="00000000">
            <w:pPr>
              <w:spacing w:after="60"/>
            </w:pPr>
            <w:r>
              <w:rPr>
                <w:b/>
              </w:rPr>
              <w:t xml:space="preserve">Bước 2. Thực hiện nhiệm vụ. </w:t>
            </w:r>
            <w:r>
              <w:t>Làm việc cá nhân; sau đó nhóm trưởng lần lượt mời từng thành viên nêu một đối tượng và căn cứ.</w:t>
            </w:r>
          </w:p>
          <w:p w14:paraId="3A1385A0" w14:textId="77777777" w:rsidR="003928F6" w:rsidRDefault="00000000">
            <w:pPr>
              <w:spacing w:after="60"/>
            </w:pPr>
            <w:r>
              <w:rPr>
                <w:b/>
              </w:rPr>
              <w:t xml:space="preserve">Thảo luận: </w:t>
            </w:r>
            <w:r>
              <w:t>Nếu có đáp án khác nhau, quay lại ba đặc điểm trong SGK để quyết định; không biểu quyết theo số đông.</w:t>
            </w:r>
          </w:p>
        </w:tc>
      </w:tr>
      <w:tr w:rsidR="003928F6" w14:paraId="534AB175" w14:textId="77777777">
        <w:trPr>
          <w:cantSplit/>
        </w:trPr>
        <w:tc>
          <w:tcPr>
            <w:tcW w:w="4536" w:type="dxa"/>
            <w:vAlign w:val="center"/>
          </w:tcPr>
          <w:p w14:paraId="29DF46A2" w14:textId="77777777" w:rsidR="003928F6" w:rsidRDefault="00000000">
            <w:pPr>
              <w:spacing w:after="60"/>
            </w:pPr>
            <w:r>
              <w:rPr>
                <w:b/>
              </w:rPr>
              <w:t xml:space="preserve">Bước 3. Báo cáo, thảo luận. </w:t>
            </w:r>
            <w:r>
              <w:t>Kẻ hai cột trên bảng. Mời một nhóm ghi kết quả, nhóm khác chỉ nêu điểm khác. Chọn Trái Đất và cây lúa để phân tích sâu vì dễ gây nhầm lẫn.</w:t>
            </w:r>
          </w:p>
          <w:p w14:paraId="75A57284" w14:textId="77777777" w:rsidR="003928F6" w:rsidRDefault="00000000">
            <w:pPr>
              <w:spacing w:after="60"/>
            </w:pPr>
            <w:r>
              <w:rPr>
                <w:b/>
              </w:rPr>
              <w:t xml:space="preserve">Câu hỏi điều hành: </w:t>
            </w:r>
            <w:r>
              <w:t>“Vì sao Trái Đất không phải vật sống dù có chuyển động?”; “Dấu hiệu nào cho thấy cây lúa là vật sống?”.</w:t>
            </w:r>
          </w:p>
          <w:p w14:paraId="67271E99" w14:textId="77777777" w:rsidR="003928F6" w:rsidRDefault="00000000">
            <w:pPr>
              <w:spacing w:after="60"/>
            </w:pPr>
            <w:r>
              <w:rPr>
                <w:b/>
              </w:rPr>
              <w:t xml:space="preserve">Đánh giá đồng đẳng: </w:t>
            </w:r>
            <w:r>
              <w:t>Yêu cầu lớp kiểm tra đủ sáu đối tượng và căn cứ.</w:t>
            </w:r>
          </w:p>
        </w:tc>
        <w:tc>
          <w:tcPr>
            <w:tcW w:w="4536" w:type="dxa"/>
            <w:vAlign w:val="center"/>
          </w:tcPr>
          <w:p w14:paraId="62CDBBF5" w14:textId="77777777" w:rsidR="003928F6" w:rsidRDefault="00000000">
            <w:pPr>
              <w:spacing w:after="60"/>
            </w:pPr>
            <w:r>
              <w:rPr>
                <w:b/>
              </w:rPr>
              <w:t xml:space="preserve">Bước 3. Báo cáo, thảo luận. </w:t>
            </w:r>
            <w:r>
              <w:t>Đại diện nhóm báo cáo: vật sống gồm con người, cây lúa, con voi; vật không sống gồm Trái Đất, cái bàn, cây cầu.</w:t>
            </w:r>
          </w:p>
          <w:p w14:paraId="09B080D2" w14:textId="77777777" w:rsidR="003928F6" w:rsidRDefault="00000000">
            <w:pPr>
              <w:spacing w:after="60"/>
            </w:pPr>
            <w:r>
              <w:rPr>
                <w:b/>
              </w:rPr>
              <w:t xml:space="preserve">Phản hồi: </w:t>
            </w:r>
            <w:r>
              <w:t>Dùng ba đặc điểm để đồng ý, chưa đồng ý hoặc sửa đáp án; không chỉ nói “em thấy như vậy”.</w:t>
            </w:r>
          </w:p>
        </w:tc>
      </w:tr>
      <w:tr w:rsidR="003928F6" w14:paraId="73F66A53" w14:textId="77777777">
        <w:trPr>
          <w:cantSplit/>
        </w:trPr>
        <w:tc>
          <w:tcPr>
            <w:tcW w:w="4536" w:type="dxa"/>
            <w:shd w:val="clear" w:color="auto" w:fill="F5F8FA"/>
            <w:vAlign w:val="center"/>
          </w:tcPr>
          <w:p w14:paraId="7386C60B" w14:textId="77777777" w:rsidR="003928F6" w:rsidRDefault="00000000">
            <w:pPr>
              <w:spacing w:after="60"/>
            </w:pPr>
            <w:r>
              <w:rPr>
                <w:b/>
              </w:rPr>
              <w:t xml:space="preserve">Bước 4. Kết luận, nhận định. </w:t>
            </w:r>
            <w:r>
              <w:t>Chốt đặc điểm và kết quả phân loại theo SGK. Nhấn mạnh chuyển động không phải là dấu hiệu đủ; vật sống được nhận biết qua khả năng trao đổi chất với môi trường, lớn lên và sinh sản.</w:t>
            </w:r>
          </w:p>
          <w:p w14:paraId="14688D75" w14:textId="77777777" w:rsidR="003928F6" w:rsidRDefault="00000000">
            <w:pPr>
              <w:spacing w:after="60"/>
            </w:pPr>
            <w:r>
              <w:rPr>
                <w:b/>
              </w:rPr>
              <w:t xml:space="preserve">Phản hồi theo mức: </w:t>
            </w:r>
            <w:r>
              <w:t>6/6 và có căn cứ: hoàn thành tốt; 5/6 và tự sửa: hoàn thành sau hỗ trợ; dưới 5/6: làm lại bằng bảng ba dấu hiệu.</w:t>
            </w:r>
          </w:p>
          <w:p w14:paraId="0A0785EB" w14:textId="77777777" w:rsidR="003928F6" w:rsidRDefault="00000000">
            <w:pPr>
              <w:spacing w:after="60"/>
            </w:pPr>
            <w:r>
              <w:rPr>
                <w:b/>
              </w:rPr>
              <w:t xml:space="preserve">Giao nối tiếp: </w:t>
            </w:r>
            <w:r>
              <w:t>Yêu cầu học sinh xem trước Hình 1.1 và Bảng 1.1 cho tiết 2.</w:t>
            </w:r>
          </w:p>
        </w:tc>
        <w:tc>
          <w:tcPr>
            <w:tcW w:w="4536" w:type="dxa"/>
            <w:shd w:val="clear" w:color="auto" w:fill="F5F8FA"/>
            <w:vAlign w:val="center"/>
          </w:tcPr>
          <w:p w14:paraId="5DA935A0" w14:textId="77777777" w:rsidR="003928F6" w:rsidRDefault="00000000">
            <w:pPr>
              <w:spacing w:after="60"/>
            </w:pPr>
            <w:r>
              <w:rPr>
                <w:b/>
              </w:rPr>
              <w:t xml:space="preserve">Bước 4. Kết luận, nhận định. </w:t>
            </w:r>
            <w:r>
              <w:t>Sửa Phiếu số 1 bằng bút khác màu; ghi lại căn cứ còn thiếu.</w:t>
            </w:r>
          </w:p>
          <w:p w14:paraId="3F7B303D" w14:textId="77777777" w:rsidR="003928F6" w:rsidRDefault="00000000">
            <w:pPr>
              <w:spacing w:after="60"/>
            </w:pPr>
            <w:r>
              <w:rPr>
                <w:b/>
              </w:rPr>
              <w:t xml:space="preserve">Tự đánh giá: </w:t>
            </w:r>
            <w:r>
              <w:t>Khoanh đối tượng mình từng nhầm và viết một câu giải thích đúng.</w:t>
            </w:r>
          </w:p>
        </w:tc>
      </w:tr>
    </w:tbl>
    <w:p w14:paraId="4F59EE02" w14:textId="77777777" w:rsidR="003928F6" w:rsidRDefault="003928F6">
      <w:pPr>
        <w:spacing w:after="60"/>
      </w:pPr>
    </w:p>
    <w:p w14:paraId="480CA64E" w14:textId="77777777" w:rsidR="003928F6" w:rsidRDefault="00000000">
      <w:pPr>
        <w:pStyle w:val="Heading1"/>
        <w:pageBreakBefore/>
        <w:spacing w:before="0" w:after="60"/>
      </w:pPr>
      <w:r>
        <w:rPr>
          <w:rFonts w:ascii="Times New Roman" w:eastAsia="Times New Roman" w:hAnsi="Times New Roman"/>
        </w:rPr>
        <w:lastRenderedPageBreak/>
        <w:t>TIẾT 2</w:t>
      </w:r>
    </w:p>
    <w:p w14:paraId="2854E789" w14:textId="77777777" w:rsidR="003928F6" w:rsidRDefault="00000000">
      <w:pPr>
        <w:pStyle w:val="Heading2"/>
        <w:spacing w:before="0" w:after="60"/>
      </w:pPr>
      <w:r>
        <w:rPr>
          <w:rFonts w:ascii="Times New Roman" w:eastAsia="Times New Roman" w:hAnsi="Times New Roman"/>
        </w:rPr>
        <w:t>Hoạt động 2.3. HÌNH THÀNH KIẾN THỨC: Các lĩnh vực chính của Khoa học tự nhiên (45 phút)</w:t>
      </w:r>
    </w:p>
    <w:p w14:paraId="5C434D82" w14:textId="77777777" w:rsidR="003928F6" w:rsidRDefault="00000000">
      <w:pPr>
        <w:keepNext/>
        <w:spacing w:after="60"/>
      </w:pPr>
      <w:r>
        <w:rPr>
          <w:b/>
        </w:rPr>
        <w:t xml:space="preserve">a) Mục tiêu: </w:t>
      </w:r>
      <w:r>
        <w:t>Phân biệt được các lĩnh vực KHTN dựa vào đối tượng nghiên cứu; quan sát, dự đoán và ghi nhận kết quả kiểm tra các hiện tượng ở Hình 1.1.</w:t>
      </w:r>
    </w:p>
    <w:p w14:paraId="1D014CCB" w14:textId="77777777" w:rsidR="003928F6" w:rsidRDefault="00000000">
      <w:pPr>
        <w:keepNext/>
        <w:spacing w:after="60"/>
      </w:pPr>
      <w:r>
        <w:rPr>
          <w:b/>
        </w:rPr>
        <w:t xml:space="preserve">b) Nội dung: </w:t>
      </w:r>
      <w:r>
        <w:t>Khai thác bốn hiện tượng a, b, c, d ở Hình 1.1; đọc đoạn văn giới thiệu Sinh học, Hóa học, Vật lí học, Khoa học Trái Đất, Thiên văn học; hoàn thành Bảng 1.1.</w:t>
      </w:r>
    </w:p>
    <w:p w14:paraId="55EBD60C" w14:textId="77777777" w:rsidR="003928F6" w:rsidRDefault="00000000">
      <w:pPr>
        <w:keepNext/>
        <w:spacing w:after="60"/>
      </w:pPr>
      <w:r>
        <w:rPr>
          <w:b/>
        </w:rPr>
        <w:t xml:space="preserve">c) Sản phẩm học tập: </w:t>
      </w:r>
      <w:r>
        <w:t>Phiếu số 2 gồm dự đoán, cách kiểm tra, kết quả hoặc hướng theo dõi và lĩnh vực; Bảng 1.1: a - Vật lí học, b - Hóa học, c - Vật lí học, d - Sinh học; bảng tóm tắt đối tượng nghiên cứu của năm lĩnh vực.</w:t>
      </w:r>
    </w:p>
    <w:p w14:paraId="537F5D14" w14:textId="77777777" w:rsidR="003928F6" w:rsidRDefault="00000000">
      <w:pPr>
        <w:keepNext/>
        <w:spacing w:after="60"/>
      </w:pPr>
      <w:r>
        <w:rPr>
          <w:b/>
        </w:rPr>
        <w:t xml:space="preserve">Tiêu chí kiểm tra, đánh giá: </w:t>
      </w:r>
      <w:r>
        <w:t>Đạt khi học sinh gọi đúng năm lĩnh vực, nêu đúng đối tượng nghiên cứu theo SGK và phân loại đúng 4/4 hiện tượng; sản phẩm phải phân biệt dự đoán với kết quả quan sát.</w:t>
      </w:r>
    </w:p>
    <w:p w14:paraId="5822B67C" w14:textId="77777777" w:rsidR="003928F6" w:rsidRDefault="00000000">
      <w:pPr>
        <w:keepNext/>
        <w:spacing w:after="60"/>
      </w:pPr>
      <w:r>
        <w:rPr>
          <w:b/>
        </w:rPr>
        <w:t xml:space="preserve">Phân hóa và hỗ trợ: </w:t>
      </w:r>
      <w:r>
        <w:t>Học sinh cần hỗ trợ nhận thẻ tên lĩnh vực và câu hỏi gợi ý; học sinh khá, giỏi giải thích căn cứ phân loại. Với hiện tượng d, mọi học sinh chỉ dự đoán và đề xuất theo dõi, không kết luận từ quan sát ngắn.</w:t>
      </w:r>
    </w:p>
    <w:p w14:paraId="46BF944E" w14:textId="77777777" w:rsidR="003928F6" w:rsidRDefault="00000000">
      <w:pPr>
        <w:keepNext/>
        <w:spacing w:after="60"/>
      </w:pPr>
      <w:r>
        <w:rPr>
          <w:b/>
        </w:rPr>
        <w:t>d) Tổ chức thực hiện</w:t>
      </w:r>
    </w:p>
    <w:p w14:paraId="3EA94555" w14:textId="77777777" w:rsidR="003928F6" w:rsidRDefault="00000000">
      <w:pPr>
        <w:keepLines/>
        <w:spacing w:after="60"/>
        <w:jc w:val="center"/>
      </w:pPr>
      <w:r>
        <w:rPr>
          <w:noProof/>
        </w:rPr>
        <w:lastRenderedPageBreak/>
        <w:drawing>
          <wp:inline distT="0" distB="0" distL="0" distR="0" wp14:anchorId="0258642F" wp14:editId="14081D1E">
            <wp:extent cx="5472000" cy="5301000"/>
            <wp:effectExtent l="0" t="0" r="0" b="0"/>
            <wp:docPr id="4" name="Picture 4" descr="Bốn hiện tượng gồm nam châm, đun nóng đường, đũa trong nước và cây được chụp bình thủy tinh." title="Hình minh họa 4. Hình 1.1 - Một số hiện tượng của KHTN (SGK KHTN 6, tra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_1_1.png"/>
                    <pic:cNvPicPr/>
                  </pic:nvPicPr>
                  <pic:blipFill>
                    <a:blip r:embed="rId9"/>
                    <a:stretch>
                      <a:fillRect/>
                    </a:stretch>
                  </pic:blipFill>
                  <pic:spPr>
                    <a:xfrm>
                      <a:off x="0" y="0"/>
                      <a:ext cx="5472000" cy="5301000"/>
                    </a:xfrm>
                    <a:prstGeom prst="rect">
                      <a:avLst/>
                    </a:prstGeom>
                  </pic:spPr>
                </pic:pic>
              </a:graphicData>
            </a:graphic>
          </wp:inline>
        </w:drawing>
      </w:r>
      <w:r>
        <w:rPr>
          <w:i/>
        </w:rPr>
        <w:br/>
        <w:t>Hình minh họa 4. Hình 1.1 - Một số hiện tượng của KHTN (SGK KHTN 6, trang 8).</w:t>
      </w:r>
    </w:p>
    <w:p w14:paraId="7ED5B547" w14:textId="77777777" w:rsidR="003928F6" w:rsidRDefault="00000000">
      <w:pPr>
        <w:keepLines/>
        <w:spacing w:after="60"/>
        <w:jc w:val="center"/>
      </w:pPr>
      <w:r>
        <w:rPr>
          <w:noProof/>
        </w:rPr>
        <w:drawing>
          <wp:inline distT="0" distB="0" distL="0" distR="0" wp14:anchorId="1651CAAA" wp14:editId="5AD8A02B">
            <wp:extent cx="3060000" cy="2833333"/>
            <wp:effectExtent l="0" t="0" r="0" b="0"/>
            <wp:docPr id="5" name="Picture 5" descr="Bảng có bốn hàng a, b, c, d và ba cột Sinh học, Hóa học, Vật lí học." title="Hình minh họa 5. Bảng 1.1 dùng để phân loại bốn hiện tượng vào Sinh học, Hóa học và Vật lí học (SGK KHTN 6, tra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_1_1.png"/>
                    <pic:cNvPicPr/>
                  </pic:nvPicPr>
                  <pic:blipFill>
                    <a:blip r:embed="rId10"/>
                    <a:stretch>
                      <a:fillRect/>
                    </a:stretch>
                  </pic:blipFill>
                  <pic:spPr>
                    <a:xfrm>
                      <a:off x="0" y="0"/>
                      <a:ext cx="3060000" cy="2833333"/>
                    </a:xfrm>
                    <a:prstGeom prst="rect">
                      <a:avLst/>
                    </a:prstGeom>
                  </pic:spPr>
                </pic:pic>
              </a:graphicData>
            </a:graphic>
          </wp:inline>
        </w:drawing>
      </w:r>
      <w:r>
        <w:rPr>
          <w:i/>
        </w:rPr>
        <w:br/>
        <w:t>Hình minh họa 5. Bảng 1.1 dùng để phân loại bốn hiện tượng vào Sinh học, Hóa học và Vật lí học (SGK KHTN 6, trang 8).</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6D00D6C3" w14:textId="77777777">
        <w:trPr>
          <w:cantSplit/>
          <w:tblHeader/>
        </w:trPr>
        <w:tc>
          <w:tcPr>
            <w:tcW w:w="4536" w:type="dxa"/>
            <w:shd w:val="clear" w:color="auto" w:fill="173B57"/>
            <w:tcMar>
              <w:top w:w="110" w:type="dxa"/>
              <w:left w:w="120" w:type="dxa"/>
              <w:bottom w:w="110" w:type="dxa"/>
              <w:right w:w="120" w:type="dxa"/>
            </w:tcMar>
            <w:vAlign w:val="center"/>
          </w:tcPr>
          <w:p w14:paraId="6798581B" w14:textId="77777777" w:rsidR="003928F6" w:rsidRDefault="00000000">
            <w:pPr>
              <w:spacing w:after="60"/>
              <w:jc w:val="center"/>
            </w:pPr>
            <w:r>
              <w:rPr>
                <w:b/>
              </w:rPr>
              <w:lastRenderedPageBreak/>
              <w:t>HOẠT ĐỘNG CỦA GIÁO VIÊN</w:t>
            </w:r>
          </w:p>
        </w:tc>
        <w:tc>
          <w:tcPr>
            <w:tcW w:w="4536" w:type="dxa"/>
            <w:shd w:val="clear" w:color="auto" w:fill="173B57"/>
            <w:tcMar>
              <w:top w:w="110" w:type="dxa"/>
              <w:left w:w="120" w:type="dxa"/>
              <w:bottom w:w="110" w:type="dxa"/>
              <w:right w:w="120" w:type="dxa"/>
            </w:tcMar>
            <w:vAlign w:val="center"/>
          </w:tcPr>
          <w:p w14:paraId="5A78F2A0" w14:textId="77777777" w:rsidR="003928F6" w:rsidRDefault="00000000">
            <w:pPr>
              <w:spacing w:after="60"/>
              <w:jc w:val="center"/>
            </w:pPr>
            <w:r>
              <w:rPr>
                <w:b/>
              </w:rPr>
              <w:t>HOẠT ĐỘNG CỦA HỌC SINH</w:t>
            </w:r>
          </w:p>
        </w:tc>
      </w:tr>
      <w:tr w:rsidR="003928F6" w14:paraId="1B096FBC" w14:textId="77777777">
        <w:trPr>
          <w:cantSplit/>
        </w:trPr>
        <w:tc>
          <w:tcPr>
            <w:tcW w:w="4536" w:type="dxa"/>
            <w:vAlign w:val="center"/>
          </w:tcPr>
          <w:p w14:paraId="543BF398" w14:textId="77777777" w:rsidR="003928F6" w:rsidRDefault="00000000">
            <w:pPr>
              <w:spacing w:after="60"/>
            </w:pPr>
            <w:r>
              <w:rPr>
                <w:b/>
              </w:rPr>
              <w:t xml:space="preserve">Bước 1. Giao nhiệm vụ học tập. </w:t>
            </w:r>
            <w:r>
              <w:t>Chia lớp thành các nhóm. Phát Phiếu số 2 và giao bốn nhiệm vụ tương ứng a, b, c, d. Mỗi nhóm phải ghi dự đoán trước khi quan sát hoặc theo dõi cách kiểm tra.</w:t>
            </w:r>
          </w:p>
          <w:p w14:paraId="1AFCF8B2" w14:textId="77777777" w:rsidR="003928F6" w:rsidRDefault="00000000">
            <w:pPr>
              <w:spacing w:after="60"/>
            </w:pPr>
            <w:r>
              <w:rPr>
                <w:b/>
              </w:rPr>
              <w:t xml:space="preserve">Tổ chức học liệu: </w:t>
            </w:r>
            <w:r>
              <w:t>a dùng hai thanh nam châm; b quan sát giáo viên biểu diễn hoặc mẫu đường trước/sau đun; c dùng cốc nước và đũa; d quan sát chậu cây và bình thủy tinh, chỉ đề xuất theo dõi dài ngày.</w:t>
            </w:r>
          </w:p>
          <w:p w14:paraId="75DD7C68" w14:textId="77777777" w:rsidR="003928F6" w:rsidRDefault="00000000">
            <w:pPr>
              <w:spacing w:after="60"/>
            </w:pPr>
            <w:r>
              <w:rPr>
                <w:b/>
              </w:rPr>
              <w:t xml:space="preserve">Yêu cầu sản phẩm: </w:t>
            </w:r>
            <w:r>
              <w:t>Ghi hiện tượng, đối tượng cần nghiên cứu, kết quả hoặc dự kiến theo dõi và lĩnh vực KHTN phù hợp.</w:t>
            </w:r>
          </w:p>
        </w:tc>
        <w:tc>
          <w:tcPr>
            <w:tcW w:w="4536" w:type="dxa"/>
            <w:vAlign w:val="center"/>
          </w:tcPr>
          <w:p w14:paraId="4CFAA761" w14:textId="77777777" w:rsidR="003928F6" w:rsidRDefault="00000000">
            <w:pPr>
              <w:spacing w:after="60"/>
            </w:pPr>
            <w:r>
              <w:rPr>
                <w:b/>
              </w:rPr>
              <w:t xml:space="preserve">Bước 1. Giao nhiệm vụ học tập. </w:t>
            </w:r>
            <w:r>
              <w:t>Nhận Phiếu số 2, đọc toàn bộ yêu cầu và phân công người thao tác, người quan sát, người ghi, người báo cáo.</w:t>
            </w:r>
          </w:p>
          <w:p w14:paraId="46F408FB" w14:textId="77777777" w:rsidR="003928F6" w:rsidRDefault="00000000">
            <w:pPr>
              <w:spacing w:after="60"/>
            </w:pPr>
            <w:r>
              <w:rPr>
                <w:b/>
              </w:rPr>
              <w:t xml:space="preserve">Chuẩn bị: </w:t>
            </w:r>
            <w:r>
              <w:t>Mỗi thành viên ghi dự đoán cá nhân trước khi nhóm thống nhất cách kiểm tra.</w:t>
            </w:r>
          </w:p>
        </w:tc>
      </w:tr>
      <w:tr w:rsidR="003928F6" w14:paraId="51AF74C0" w14:textId="77777777">
        <w:trPr>
          <w:cantSplit/>
        </w:trPr>
        <w:tc>
          <w:tcPr>
            <w:tcW w:w="4536" w:type="dxa"/>
            <w:shd w:val="clear" w:color="auto" w:fill="F5F8FA"/>
            <w:vAlign w:val="center"/>
          </w:tcPr>
          <w:p w14:paraId="54103E03" w14:textId="77777777" w:rsidR="003928F6" w:rsidRDefault="00000000">
            <w:pPr>
              <w:spacing w:after="60"/>
            </w:pPr>
            <w:r>
              <w:rPr>
                <w:b/>
              </w:rPr>
              <w:t xml:space="preserve">Bước 2. Thực hiện nhiệm vụ. </w:t>
            </w:r>
            <w:r>
              <w:t>Hướng dẫn nhóm a lần lượt đưa các đầu nam châm lại gần; nhóm c quan sát đũa trước, trong và sau khi đặt vào nước. Giáo viên trực tiếp xử lí nhiệm vụ b; yêu cầu học sinh không chạm vào dụng cụ hoặc mẫu còn nóng. Với d, nhắc học sinh phân biệt dự đoán với kết quả cần theo dõi qua thời gian.</w:t>
            </w:r>
          </w:p>
          <w:p w14:paraId="0E27D435" w14:textId="77777777" w:rsidR="003928F6" w:rsidRDefault="00000000">
            <w:pPr>
              <w:spacing w:after="60"/>
            </w:pPr>
            <w:r>
              <w:rPr>
                <w:b/>
              </w:rPr>
              <w:t xml:space="preserve">Gợi ý phân loại: </w:t>
            </w:r>
            <w:r>
              <w:t>Sau khi quan sát, yêu cầu học sinh đọc đoạn văn về năm lĩnh vực và hỏi đối tượng chính của mỗi hiện tượng là vật sống, chất và sự biến đổi, hay chuyển động/lực/năng lượng.</w:t>
            </w:r>
          </w:p>
          <w:p w14:paraId="2904A3F0" w14:textId="77777777" w:rsidR="003928F6" w:rsidRDefault="00000000">
            <w:pPr>
              <w:spacing w:after="60"/>
            </w:pPr>
            <w:r>
              <w:rPr>
                <w:b/>
              </w:rPr>
              <w:t xml:space="preserve">Đánh giá: </w:t>
            </w:r>
            <w:r>
              <w:t>Quan sát thao tác, sự trung thực khi ghi kết quả và việc sử dụng căn cứ từ SGK.</w:t>
            </w:r>
          </w:p>
        </w:tc>
        <w:tc>
          <w:tcPr>
            <w:tcW w:w="4536" w:type="dxa"/>
            <w:shd w:val="clear" w:color="auto" w:fill="F5F8FA"/>
            <w:vAlign w:val="center"/>
          </w:tcPr>
          <w:p w14:paraId="3211E7E2" w14:textId="77777777" w:rsidR="003928F6" w:rsidRDefault="00000000">
            <w:pPr>
              <w:spacing w:after="60"/>
            </w:pPr>
            <w:r>
              <w:rPr>
                <w:b/>
              </w:rPr>
              <w:t xml:space="preserve">Bước 2. Thực hiện nhiệm vụ. </w:t>
            </w:r>
            <w:r>
              <w:t>Thực hiện hoặc quan sát đúng phần việc; ghi dự đoán và kết quả ở hai cột riêng. Nhóm a thử nhiều cách đặt các đầu nam châm; nhóm c lấy đũa ra khỏi nước để đối chiếu; nhóm b mô tả điều quan sát được từ mẫu giáo viên chuẩn bị; nhóm d đề xuất cách theo dõi.</w:t>
            </w:r>
          </w:p>
          <w:p w14:paraId="73F99DB1" w14:textId="77777777" w:rsidR="003928F6" w:rsidRDefault="00000000">
            <w:pPr>
              <w:spacing w:after="60"/>
            </w:pPr>
            <w:r>
              <w:rPr>
                <w:b/>
              </w:rPr>
              <w:t xml:space="preserve">Đọc SGK: </w:t>
            </w:r>
            <w:r>
              <w:t>Xác định đối tượng nghiên cứu của năm lĩnh vực, sau đó chọn lĩnh vực phù hợp cho từng hiện tượng.</w:t>
            </w:r>
          </w:p>
          <w:p w14:paraId="4A239246" w14:textId="77777777" w:rsidR="003928F6" w:rsidRDefault="00000000">
            <w:pPr>
              <w:spacing w:after="60"/>
            </w:pPr>
            <w:r>
              <w:rPr>
                <w:b/>
              </w:rPr>
              <w:t xml:space="preserve">Hoàn thiện: </w:t>
            </w:r>
            <w:r>
              <w:t>Đánh dấu Bảng 1.1 sau khi nhóm đã thống nhất căn cứ.</w:t>
            </w:r>
          </w:p>
        </w:tc>
      </w:tr>
      <w:tr w:rsidR="003928F6" w14:paraId="17C31327" w14:textId="77777777">
        <w:trPr>
          <w:cantSplit/>
        </w:trPr>
        <w:tc>
          <w:tcPr>
            <w:tcW w:w="4536" w:type="dxa"/>
            <w:vAlign w:val="center"/>
          </w:tcPr>
          <w:p w14:paraId="531EC41D" w14:textId="77777777" w:rsidR="003928F6" w:rsidRDefault="00000000">
            <w:pPr>
              <w:spacing w:after="60"/>
            </w:pPr>
            <w:r>
              <w:rPr>
                <w:b/>
              </w:rPr>
              <w:lastRenderedPageBreak/>
              <w:t xml:space="preserve">Bước 3. Báo cáo, thảo luận. </w:t>
            </w:r>
            <w:r>
              <w:t>Chọn bốn nhóm, mỗi nhóm báo cáo một hiện tượng theo cấu trúc “dự đoán - cách kiểm tra - kết quả hoặc hướng theo dõi - lĩnh vực”. Yêu cầu nhóm khác chỉ phản hồi phần chưa thống nhất.</w:t>
            </w:r>
          </w:p>
          <w:p w14:paraId="5E56689F" w14:textId="77777777" w:rsidR="003928F6" w:rsidRDefault="00000000">
            <w:pPr>
              <w:spacing w:after="60"/>
            </w:pPr>
            <w:r>
              <w:rPr>
                <w:b/>
              </w:rPr>
              <w:t xml:space="preserve">Câu hỏi điều hành: </w:t>
            </w:r>
            <w:r>
              <w:t>“Chi tiết nào cho thấy a và c thuộc Vật lí học?”; “Câu hỏi nào trong hình giúp nhận ra b thuộc Hóa học?”; “Vì sao d thuộc Sinh học?”; “Có thể kết luận ngay cây phát triển bình thường hay không?”.</w:t>
            </w:r>
          </w:p>
          <w:p w14:paraId="33F87EAB" w14:textId="77777777" w:rsidR="003928F6" w:rsidRDefault="00000000">
            <w:pPr>
              <w:spacing w:after="60"/>
            </w:pPr>
            <w:r>
              <w:rPr>
                <w:b/>
              </w:rPr>
              <w:t xml:space="preserve">Kiểm tra bảng: </w:t>
            </w:r>
            <w:r>
              <w:t>Yêu cầu toàn lớp giơ Bảng 1.1 để kiểm tra nhanh 4/4 lựa chọn.</w:t>
            </w:r>
          </w:p>
        </w:tc>
        <w:tc>
          <w:tcPr>
            <w:tcW w:w="4536" w:type="dxa"/>
            <w:vAlign w:val="center"/>
          </w:tcPr>
          <w:p w14:paraId="5F2036F8" w14:textId="77777777" w:rsidR="003928F6" w:rsidRDefault="00000000">
            <w:pPr>
              <w:spacing w:after="60"/>
            </w:pPr>
            <w:r>
              <w:rPr>
                <w:b/>
              </w:rPr>
              <w:t xml:space="preserve">Bước 3. Báo cáo, thảo luận. </w:t>
            </w:r>
            <w:r>
              <w:t>Đại diện nhóm trình bày; thành viên khác bổ sung khi được hỏi. Các nhóm đối chiếu căn cứ, không chỉ đọc tên lĩnh vực.</w:t>
            </w:r>
          </w:p>
          <w:p w14:paraId="71E9A18E" w14:textId="77777777" w:rsidR="003928F6" w:rsidRDefault="00000000">
            <w:pPr>
              <w:spacing w:after="60"/>
            </w:pPr>
            <w:r>
              <w:rPr>
                <w:b/>
              </w:rPr>
              <w:t xml:space="preserve">Kết quả phân loại: </w:t>
            </w:r>
            <w:r>
              <w:t>a - Vật lí học; b - Hóa học; c - Vật lí học; d - Sinh học.</w:t>
            </w:r>
          </w:p>
          <w:p w14:paraId="2AE7C025" w14:textId="77777777" w:rsidR="003928F6" w:rsidRDefault="00000000">
            <w:pPr>
              <w:spacing w:after="60"/>
            </w:pPr>
            <w:r>
              <w:rPr>
                <w:b/>
              </w:rPr>
              <w:t xml:space="preserve">Nhận thức giới hạn: </w:t>
            </w:r>
            <w:r>
              <w:t>Với d, nêu đây là dự đoán và cần thời gian theo dõi, không biến dự đoán thành kết quả quan sát.</w:t>
            </w:r>
          </w:p>
        </w:tc>
      </w:tr>
      <w:tr w:rsidR="003928F6" w14:paraId="70F686E5" w14:textId="77777777">
        <w:trPr>
          <w:cantSplit/>
        </w:trPr>
        <w:tc>
          <w:tcPr>
            <w:tcW w:w="4536" w:type="dxa"/>
            <w:shd w:val="clear" w:color="auto" w:fill="F5F8FA"/>
            <w:vAlign w:val="center"/>
          </w:tcPr>
          <w:p w14:paraId="31C26C20" w14:textId="77777777" w:rsidR="003928F6" w:rsidRDefault="00000000">
            <w:pPr>
              <w:spacing w:after="60"/>
            </w:pPr>
            <w:r>
              <w:rPr>
                <w:b/>
              </w:rPr>
              <w:t xml:space="preserve">Bước 4. Kết luận, nhận định. </w:t>
            </w:r>
            <w:r>
              <w:t>Chuẩn hóa đối tượng nghiên cứu: Sinh học nghiên cứu vật sống; Hóa học nghiên cứu các chất và sự biến đổi của chúng; Vật lí học nghiên cứu chuyển động, lực và năng lượng; Khoa học Trái Đất nghiên cứu Trái Đất và bầu khí quyển bao quanh; Thiên văn học nghiên cứu các thiên thể.</w:t>
            </w:r>
          </w:p>
          <w:p w14:paraId="0ABAE0DE" w14:textId="77777777" w:rsidR="003928F6" w:rsidRDefault="00000000">
            <w:pPr>
              <w:spacing w:after="60"/>
            </w:pPr>
            <w:r>
              <w:rPr>
                <w:b/>
              </w:rPr>
              <w:t xml:space="preserve">Chốt Bảng 1.1: </w:t>
            </w:r>
            <w:r>
              <w:t>a - Vật lí học; b - Hóa học; c - Vật lí học; d - Sinh học. Làm rõ bảng chỉ có ba cột vì bốn hiện tượng không minh họa Khoa học Trái Đất và Thiên văn học; không được suy ra KHTN chỉ có ba lĩnh vực.</w:t>
            </w:r>
          </w:p>
          <w:p w14:paraId="3E5164F0" w14:textId="77777777" w:rsidR="003928F6" w:rsidRDefault="00000000">
            <w:pPr>
              <w:spacing w:after="60"/>
            </w:pPr>
            <w:r>
              <w:rPr>
                <w:b/>
              </w:rPr>
              <w:t xml:space="preserve">Sửa lỗi và đánh giá: </w:t>
            </w:r>
            <w:r>
              <w:t>Phân biệt dự đoán với kết quả; phân loại dựa trên đối tượng nghiên cứu. Học sinh dưới 3/4 phải làm lại bảng bằng thẻ gợi ý.</w:t>
            </w:r>
          </w:p>
        </w:tc>
        <w:tc>
          <w:tcPr>
            <w:tcW w:w="4536" w:type="dxa"/>
            <w:shd w:val="clear" w:color="auto" w:fill="F5F8FA"/>
            <w:vAlign w:val="center"/>
          </w:tcPr>
          <w:p w14:paraId="539A1F2E" w14:textId="77777777" w:rsidR="003928F6" w:rsidRDefault="00000000">
            <w:pPr>
              <w:spacing w:after="60"/>
            </w:pPr>
            <w:r>
              <w:rPr>
                <w:b/>
              </w:rPr>
              <w:t xml:space="preserve">Bước 4. Kết luận, nhận định. </w:t>
            </w:r>
            <w:r>
              <w:t>Hoàn thiện Phiếu số 2 và Bảng 1.1; ghi bảng tóm tắt năm lĩnh vực vào vở.</w:t>
            </w:r>
          </w:p>
          <w:p w14:paraId="5AAB194D" w14:textId="77777777" w:rsidR="003928F6" w:rsidRDefault="00000000">
            <w:pPr>
              <w:spacing w:after="60"/>
            </w:pPr>
            <w:r>
              <w:rPr>
                <w:b/>
              </w:rPr>
              <w:t xml:space="preserve">Tự đánh giá: </w:t>
            </w:r>
            <w:r>
              <w:t>Ghi số đáp án đúng trên bốn và khoanh lĩnh vực còn nhầm để ôn lại đầu tiết 3.</w:t>
            </w:r>
          </w:p>
        </w:tc>
      </w:tr>
    </w:tbl>
    <w:p w14:paraId="3CA1FCEC" w14:textId="77777777" w:rsidR="003928F6" w:rsidRDefault="003928F6">
      <w:pPr>
        <w:spacing w:after="60"/>
      </w:pPr>
    </w:p>
    <w:p w14:paraId="2D70BBA2" w14:textId="77777777" w:rsidR="003928F6" w:rsidRDefault="00000000">
      <w:pPr>
        <w:pStyle w:val="Heading1"/>
        <w:pageBreakBefore/>
        <w:spacing w:before="0" w:after="60"/>
      </w:pPr>
      <w:r>
        <w:rPr>
          <w:rFonts w:ascii="Times New Roman" w:eastAsia="Times New Roman" w:hAnsi="Times New Roman"/>
        </w:rPr>
        <w:lastRenderedPageBreak/>
        <w:t>TIẾT 3</w:t>
      </w:r>
    </w:p>
    <w:p w14:paraId="58DAFDC8" w14:textId="77777777" w:rsidR="003928F6" w:rsidRDefault="00000000">
      <w:pPr>
        <w:pStyle w:val="Heading2"/>
        <w:spacing w:before="0" w:after="60"/>
      </w:pPr>
      <w:r>
        <w:rPr>
          <w:rFonts w:ascii="Times New Roman" w:eastAsia="Times New Roman" w:hAnsi="Times New Roman"/>
        </w:rPr>
        <w:t>Hoạt động 2.4. HÌNH THÀNH KIẾN THỨC: KHTN với công nghệ và đời sống (22 phút)</w:t>
      </w:r>
    </w:p>
    <w:p w14:paraId="6446C9E1" w14:textId="77777777" w:rsidR="003928F6" w:rsidRDefault="00000000">
      <w:pPr>
        <w:keepNext/>
        <w:spacing w:after="60"/>
      </w:pPr>
      <w:r>
        <w:rPr>
          <w:b/>
        </w:rPr>
        <w:t xml:space="preserve">a) Mục tiêu: </w:t>
      </w:r>
      <w:r>
        <w:t>Trình bày được vai trò của KHTN trong cuộc sống; nhận ra ứng dụng KHTN có thể đem lại lợi ích nhưng cũng có thể gây hại nếu sử dụng không đúng phương pháp, mục đích.</w:t>
      </w:r>
    </w:p>
    <w:p w14:paraId="0ABBAFFB" w14:textId="77777777" w:rsidR="003928F6" w:rsidRDefault="00000000">
      <w:pPr>
        <w:keepNext/>
        <w:spacing w:after="60"/>
      </w:pPr>
      <w:r>
        <w:rPr>
          <w:b/>
        </w:rPr>
        <w:t xml:space="preserve">b) Nội dung: </w:t>
      </w:r>
      <w:r>
        <w:t>Quan sát Hình 1.2 để so sánh phương tiện trong thông tin liên lạc, sản xuất, giao thông vận tải trước đây và hiện nay; khai thác Hình 1.3 để chỉ ra lợi ích, tác hại của ứng dụng KHTN.</w:t>
      </w:r>
    </w:p>
    <w:p w14:paraId="5D5AF198" w14:textId="77777777" w:rsidR="003928F6" w:rsidRDefault="00000000">
      <w:pPr>
        <w:keepNext/>
        <w:spacing w:after="60"/>
      </w:pPr>
      <w:r>
        <w:rPr>
          <w:b/>
        </w:rPr>
        <w:t xml:space="preserve">c) Sản phẩm học tập: </w:t>
      </w:r>
      <w:r>
        <w:t>Phiếu số 3 gồm bảng so sánh ba lĩnh vực và hai cột lợi ích/tác hại; câu kết luận về vai trò của KHTN đúng theo đoạn văn SGK.</w:t>
      </w:r>
    </w:p>
    <w:p w14:paraId="04F34404" w14:textId="77777777" w:rsidR="003928F6" w:rsidRDefault="00000000">
      <w:pPr>
        <w:keepNext/>
        <w:spacing w:after="60"/>
      </w:pPr>
      <w:r>
        <w:rPr>
          <w:b/>
        </w:rPr>
        <w:t xml:space="preserve">Tiêu chí kiểm tra, đánh giá: </w:t>
      </w:r>
      <w:r>
        <w:t>Đạt khi hoàn thành đủ ba lĩnh vực ở Hình 1.2, nêu được ít nhất một lợi ích và một tác hại có căn cứ từ Hình 1.3, phát biểu đúng vai trò của KHTN.</w:t>
      </w:r>
    </w:p>
    <w:p w14:paraId="0385013C" w14:textId="77777777" w:rsidR="003928F6" w:rsidRDefault="00000000">
      <w:pPr>
        <w:keepNext/>
        <w:spacing w:after="60"/>
      </w:pPr>
      <w:r>
        <w:rPr>
          <w:b/>
        </w:rPr>
        <w:t xml:space="preserve">Phân hóa và hỗ trợ: </w:t>
      </w:r>
      <w:r>
        <w:t>Học sinh cần hỗ trợ dùng câu mẫu “trước đây...; hiện nay...” và chỉ vào từng vùng hình; học sinh khá, giỏi nêu thêm ví dụ minh họa theo yêu cầu của SGK nhưng phải tách rõ ví dụ trong hình với ví dụ bổ sung.</w:t>
      </w:r>
    </w:p>
    <w:p w14:paraId="208CFB9E" w14:textId="77777777" w:rsidR="003928F6" w:rsidRDefault="00000000">
      <w:pPr>
        <w:keepNext/>
        <w:spacing w:after="60"/>
      </w:pPr>
      <w:r>
        <w:rPr>
          <w:b/>
        </w:rPr>
        <w:t>d) Tổ chức thực hiện</w:t>
      </w:r>
    </w:p>
    <w:p w14:paraId="5B9DA54D" w14:textId="77777777" w:rsidR="003928F6" w:rsidRDefault="00000000">
      <w:pPr>
        <w:keepLines/>
        <w:spacing w:after="60"/>
        <w:jc w:val="center"/>
      </w:pPr>
      <w:r>
        <w:rPr>
          <w:noProof/>
        </w:rPr>
        <w:drawing>
          <wp:inline distT="0" distB="0" distL="0" distR="0" wp14:anchorId="4385653E" wp14:editId="6F89CA45">
            <wp:extent cx="5544000" cy="4368000"/>
            <wp:effectExtent l="0" t="0" r="0" b="0"/>
            <wp:docPr id="6" name="Picture 6" descr="So sánh phương tiện thông tin liên lạc, sản xuất và giao thông vận tải trước đây với hiện nay." title="Hình minh họa 6. Hình 1.2 - Phương tiện con người sử dụng trước và sau khi khoa học, công nghệ phát triển (SGK KHTN 6, tra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_1_2.png"/>
                    <pic:cNvPicPr/>
                  </pic:nvPicPr>
                  <pic:blipFill>
                    <a:blip r:embed="rId11"/>
                    <a:stretch>
                      <a:fillRect/>
                    </a:stretch>
                  </pic:blipFill>
                  <pic:spPr>
                    <a:xfrm>
                      <a:off x="0" y="0"/>
                      <a:ext cx="5544000" cy="4368000"/>
                    </a:xfrm>
                    <a:prstGeom prst="rect">
                      <a:avLst/>
                    </a:prstGeom>
                  </pic:spPr>
                </pic:pic>
              </a:graphicData>
            </a:graphic>
          </wp:inline>
        </w:drawing>
      </w:r>
      <w:r>
        <w:rPr>
          <w:i/>
        </w:rPr>
        <w:br/>
        <w:t>Hình minh họa 6. Hình 1.2 - Phương tiện con người sử dụng trước và sau khi khoa học, công nghệ phát triển (SGK KHTN 6, trang 9).</w:t>
      </w:r>
    </w:p>
    <w:p w14:paraId="49DB710F" w14:textId="77777777" w:rsidR="003928F6" w:rsidRDefault="00000000">
      <w:pPr>
        <w:keepLines/>
        <w:spacing w:after="60"/>
        <w:jc w:val="center"/>
      </w:pPr>
      <w:r>
        <w:rPr>
          <w:noProof/>
        </w:rPr>
        <w:lastRenderedPageBreak/>
        <w:drawing>
          <wp:inline distT="0" distB="0" distL="0" distR="0" wp14:anchorId="1421B59A" wp14:editId="6C408413">
            <wp:extent cx="5544000" cy="2468812"/>
            <wp:effectExtent l="0" t="0" r="0" b="0"/>
            <wp:docPr id="7" name="Picture 7" descr="Hình minh họa hai mặt của ứng dụng Khoa học tự nhiên đối với con người và môi trường." title="Hình minh họa 7. Hình 1.3 - Lợi ích và tác hại của các ứng dụng KHTN (SGK KHTN 6, tra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_1_3.png"/>
                    <pic:cNvPicPr/>
                  </pic:nvPicPr>
                  <pic:blipFill>
                    <a:blip r:embed="rId12"/>
                    <a:stretch>
                      <a:fillRect/>
                    </a:stretch>
                  </pic:blipFill>
                  <pic:spPr>
                    <a:xfrm>
                      <a:off x="0" y="0"/>
                      <a:ext cx="5544000" cy="2468812"/>
                    </a:xfrm>
                    <a:prstGeom prst="rect">
                      <a:avLst/>
                    </a:prstGeom>
                  </pic:spPr>
                </pic:pic>
              </a:graphicData>
            </a:graphic>
          </wp:inline>
        </w:drawing>
      </w:r>
      <w:r>
        <w:rPr>
          <w:i/>
        </w:rPr>
        <w:br/>
        <w:t>Hình minh họa 7. Hình 1.3 - Lợi ích và tác hại của các ứng dụng KHTN (SGK KHTN 6, trang 9).</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248A801C" w14:textId="77777777">
        <w:trPr>
          <w:cantSplit/>
          <w:tblHeader/>
        </w:trPr>
        <w:tc>
          <w:tcPr>
            <w:tcW w:w="4536" w:type="dxa"/>
            <w:shd w:val="clear" w:color="auto" w:fill="173B57"/>
            <w:tcMar>
              <w:top w:w="110" w:type="dxa"/>
              <w:left w:w="120" w:type="dxa"/>
              <w:bottom w:w="110" w:type="dxa"/>
              <w:right w:w="120" w:type="dxa"/>
            </w:tcMar>
            <w:vAlign w:val="center"/>
          </w:tcPr>
          <w:p w14:paraId="028D307C"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7D89A4F7" w14:textId="77777777" w:rsidR="003928F6" w:rsidRDefault="00000000">
            <w:pPr>
              <w:spacing w:after="60"/>
              <w:jc w:val="center"/>
            </w:pPr>
            <w:r>
              <w:rPr>
                <w:b/>
              </w:rPr>
              <w:t>HOẠT ĐỘNG CỦA HỌC SINH</w:t>
            </w:r>
          </w:p>
        </w:tc>
      </w:tr>
      <w:tr w:rsidR="003928F6" w14:paraId="2AD499BF" w14:textId="77777777">
        <w:trPr>
          <w:cantSplit/>
        </w:trPr>
        <w:tc>
          <w:tcPr>
            <w:tcW w:w="4536" w:type="dxa"/>
            <w:vAlign w:val="center"/>
          </w:tcPr>
          <w:p w14:paraId="70617D9F" w14:textId="77777777" w:rsidR="003928F6" w:rsidRDefault="00000000">
            <w:pPr>
              <w:spacing w:after="60"/>
            </w:pPr>
            <w:r>
              <w:rPr>
                <w:b/>
              </w:rPr>
              <w:t xml:space="preserve">Bước 1. Giao nhiệm vụ học tập. </w:t>
            </w:r>
            <w:r>
              <w:t>Phát Phiếu số 3. Giao nhiệm vụ thứ nhất: quan sát Hình 1.2 và hoàn thành ba hàng “lĩnh vực - trước đây - hiện nay”. Giao nhiệm vụ thứ hai: quan sát Hình 1.3, ghi lợi ích và tác hại có căn cứ từ hình.</w:t>
            </w:r>
          </w:p>
          <w:p w14:paraId="671D3997" w14:textId="77777777" w:rsidR="003928F6" w:rsidRDefault="00000000">
            <w:pPr>
              <w:spacing w:after="60"/>
            </w:pPr>
            <w:r>
              <w:rPr>
                <w:b/>
              </w:rPr>
              <w:t xml:space="preserve">Yêu cầu trình bày: </w:t>
            </w:r>
            <w:r>
              <w:t>Mỗi ý phải gắn với một chi tiết nhìn thấy; phần ví dụ bổ sung nếu có phải ghi ở dòng riêng.</w:t>
            </w:r>
          </w:p>
          <w:p w14:paraId="67374738" w14:textId="77777777" w:rsidR="003928F6" w:rsidRDefault="00000000">
            <w:pPr>
              <w:spacing w:after="60"/>
            </w:pPr>
            <w:r>
              <w:rPr>
                <w:b/>
              </w:rPr>
              <w:t xml:space="preserve">Thời gian: </w:t>
            </w:r>
            <w:r>
              <w:t>Ba phút cá nhân, năm phút nhóm.</w:t>
            </w:r>
          </w:p>
        </w:tc>
        <w:tc>
          <w:tcPr>
            <w:tcW w:w="4536" w:type="dxa"/>
            <w:vAlign w:val="center"/>
          </w:tcPr>
          <w:p w14:paraId="4EB428BA" w14:textId="77777777" w:rsidR="003928F6" w:rsidRDefault="00000000">
            <w:pPr>
              <w:spacing w:after="60"/>
            </w:pPr>
            <w:r>
              <w:rPr>
                <w:b/>
              </w:rPr>
              <w:t xml:space="preserve">Bước 1. Giao nhiệm vụ học tập. </w:t>
            </w:r>
            <w:r>
              <w:t>Nhận phiếu; quan sát theo thứ tự thông tin liên lạc, sản xuất, giao thông vận tải rồi chuyển sang Hình 1.3.</w:t>
            </w:r>
          </w:p>
          <w:p w14:paraId="708B4B4C" w14:textId="77777777" w:rsidR="003928F6" w:rsidRDefault="00000000">
            <w:pPr>
              <w:spacing w:after="60"/>
            </w:pPr>
            <w:r>
              <w:rPr>
                <w:b/>
              </w:rPr>
              <w:t xml:space="preserve">Chuẩn bị cá nhân: </w:t>
            </w:r>
            <w:r>
              <w:t>Ghi ít nhất một cặp so sánh và một lợi ích hoặc tác hại trước khi thảo luận nhóm.</w:t>
            </w:r>
          </w:p>
        </w:tc>
      </w:tr>
      <w:tr w:rsidR="003928F6" w14:paraId="48211BDE" w14:textId="77777777">
        <w:trPr>
          <w:cantSplit/>
        </w:trPr>
        <w:tc>
          <w:tcPr>
            <w:tcW w:w="4536" w:type="dxa"/>
            <w:shd w:val="clear" w:color="auto" w:fill="F5F8FA"/>
            <w:vAlign w:val="center"/>
          </w:tcPr>
          <w:p w14:paraId="391B06E2" w14:textId="77777777" w:rsidR="003928F6" w:rsidRDefault="00000000">
            <w:pPr>
              <w:spacing w:after="60"/>
            </w:pPr>
            <w:r>
              <w:rPr>
                <w:b/>
              </w:rPr>
              <w:t xml:space="preserve">Bước 2. Thực hiện nhiệm vụ. </w:t>
            </w:r>
            <w:r>
              <w:t>Theo dõi nhóm; hỏi “Trước đây con người dùng phương tiện nào?”, “Hiện nay phương tiện nào thay thế hoặc hỗ trợ?”, “Chi tiết nào ở Hình 1.3 thể hiện lợi ích hoặc tác hại?”.</w:t>
            </w:r>
          </w:p>
          <w:p w14:paraId="5CE3E56A" w14:textId="77777777" w:rsidR="003928F6" w:rsidRDefault="00000000">
            <w:pPr>
              <w:spacing w:after="60"/>
            </w:pPr>
            <w:r>
              <w:rPr>
                <w:b/>
              </w:rPr>
              <w:t xml:space="preserve">Hỗ trợ: </w:t>
            </w:r>
            <w:r>
              <w:t>Cho học sinh dùng câu mẫu và thẻ tên ba lĩnh vực. Nhắc không biến nhận xét thành kiến thức kĩ thuật ngoài nội dung bài.</w:t>
            </w:r>
          </w:p>
          <w:p w14:paraId="2DE50121" w14:textId="77777777" w:rsidR="003928F6" w:rsidRDefault="00000000">
            <w:pPr>
              <w:spacing w:after="60"/>
            </w:pPr>
            <w:r>
              <w:rPr>
                <w:b/>
              </w:rPr>
              <w:t xml:space="preserve">Phân hóa: </w:t>
            </w:r>
            <w:r>
              <w:t>Nhóm hoàn thành sớm thực hiện yêu cầu “Tìm thêm ví dụ minh họa” của SGK và ghi rõ đó là ví dụ bổ sung.</w:t>
            </w:r>
          </w:p>
        </w:tc>
        <w:tc>
          <w:tcPr>
            <w:tcW w:w="4536" w:type="dxa"/>
            <w:shd w:val="clear" w:color="auto" w:fill="F5F8FA"/>
            <w:vAlign w:val="center"/>
          </w:tcPr>
          <w:p w14:paraId="45691EDD" w14:textId="77777777" w:rsidR="003928F6" w:rsidRDefault="00000000">
            <w:pPr>
              <w:spacing w:after="60"/>
            </w:pPr>
            <w:r>
              <w:rPr>
                <w:b/>
              </w:rPr>
              <w:t xml:space="preserve">Bước 2. Thực hiện nhiệm vụ. </w:t>
            </w:r>
            <w:r>
              <w:t>Hoàn thành phần cá nhân; nhóm trưởng điều hành từng thành viên báo cáo một hàng hoặc một ý.</w:t>
            </w:r>
          </w:p>
          <w:p w14:paraId="6CD1CFE3" w14:textId="77777777" w:rsidR="003928F6" w:rsidRDefault="00000000">
            <w:pPr>
              <w:spacing w:after="60"/>
            </w:pPr>
            <w:r>
              <w:rPr>
                <w:b/>
              </w:rPr>
              <w:t xml:space="preserve">Thống nhất sản phẩm: </w:t>
            </w:r>
            <w:r>
              <w:t>Loại bỏ ý không có căn cứ; sắp xếp ý theo đúng ba lĩnh vực và hai mặt lợi ích/tác hại.</w:t>
            </w:r>
          </w:p>
        </w:tc>
      </w:tr>
      <w:tr w:rsidR="003928F6" w14:paraId="0510EEA5" w14:textId="77777777">
        <w:trPr>
          <w:cantSplit/>
        </w:trPr>
        <w:tc>
          <w:tcPr>
            <w:tcW w:w="4536" w:type="dxa"/>
            <w:vAlign w:val="center"/>
          </w:tcPr>
          <w:p w14:paraId="3936FCC6" w14:textId="77777777" w:rsidR="003928F6" w:rsidRDefault="00000000">
            <w:pPr>
              <w:spacing w:after="60"/>
            </w:pPr>
            <w:r>
              <w:rPr>
                <w:b/>
              </w:rPr>
              <w:lastRenderedPageBreak/>
              <w:t xml:space="preserve">Bước 3. Báo cáo, thảo luận. </w:t>
            </w:r>
            <w:r>
              <w:t>Mời ba nhóm lần lượt báo cáo thông tin liên lạc, sản xuất, giao thông vận tải. Mời một nhóm khác trình bày Hình 1.3. Điều hành lớp nhận xét tính đầy đủ và căn cứ.</w:t>
            </w:r>
          </w:p>
          <w:p w14:paraId="0D8C0BB4" w14:textId="77777777" w:rsidR="003928F6" w:rsidRDefault="00000000">
            <w:pPr>
              <w:spacing w:after="60"/>
            </w:pPr>
            <w:r>
              <w:rPr>
                <w:b/>
              </w:rPr>
              <w:t xml:space="preserve">Câu hỏi trọng tâm: </w:t>
            </w:r>
            <w:r>
              <w:t>“Khoa học, công nghệ phát triển đã làm phương tiện thay đổi như thế nào?”; “Vì sao không thể kết luận mọi ứng dụng KHTN đều chỉ có lợi?”.</w:t>
            </w:r>
          </w:p>
          <w:p w14:paraId="50A9AEB7" w14:textId="77777777" w:rsidR="003928F6" w:rsidRDefault="00000000">
            <w:pPr>
              <w:spacing w:after="60"/>
            </w:pPr>
            <w:r>
              <w:rPr>
                <w:b/>
              </w:rPr>
              <w:t xml:space="preserve">Đánh giá: </w:t>
            </w:r>
            <w:r>
              <w:t>Dùng tiêu chí đủ lĩnh vực, đúng cặp so sánh, có căn cứ từ hình.</w:t>
            </w:r>
          </w:p>
        </w:tc>
        <w:tc>
          <w:tcPr>
            <w:tcW w:w="4536" w:type="dxa"/>
            <w:vAlign w:val="center"/>
          </w:tcPr>
          <w:p w14:paraId="18A07069" w14:textId="77777777" w:rsidR="003928F6" w:rsidRDefault="00000000">
            <w:pPr>
              <w:spacing w:after="60"/>
            </w:pPr>
            <w:r>
              <w:rPr>
                <w:b/>
              </w:rPr>
              <w:t xml:space="preserve">Bước 3. Báo cáo, thảo luận. </w:t>
            </w:r>
            <w:r>
              <w:t>Đại diện nhóm trình bày; học sinh khác đối chiếu hình và chỉ bổ sung ý còn thiếu.</w:t>
            </w:r>
          </w:p>
          <w:p w14:paraId="5E051C06" w14:textId="77777777" w:rsidR="003928F6" w:rsidRDefault="00000000">
            <w:pPr>
              <w:spacing w:after="60"/>
            </w:pPr>
            <w:r>
              <w:rPr>
                <w:b/>
              </w:rPr>
              <w:t xml:space="preserve">Thảo luận: </w:t>
            </w:r>
            <w:r>
              <w:t>Khẳng định thành tựu KHTN được áp dụng vào công nghệ để tạo phương tiện phục vụ đời sống; việc sử dụng không đúng có thể gây hại cho con người và môi trường.</w:t>
            </w:r>
          </w:p>
        </w:tc>
      </w:tr>
      <w:tr w:rsidR="003928F6" w14:paraId="58AD6A37" w14:textId="77777777">
        <w:trPr>
          <w:cantSplit/>
        </w:trPr>
        <w:tc>
          <w:tcPr>
            <w:tcW w:w="4536" w:type="dxa"/>
            <w:shd w:val="clear" w:color="auto" w:fill="F5F8FA"/>
            <w:vAlign w:val="center"/>
          </w:tcPr>
          <w:p w14:paraId="759FE8F5" w14:textId="77777777" w:rsidR="003928F6" w:rsidRDefault="00000000">
            <w:pPr>
              <w:spacing w:after="60"/>
            </w:pPr>
            <w:r>
              <w:rPr>
                <w:b/>
              </w:rPr>
              <w:t xml:space="preserve">Bước 4. Kết luận, nhận định. </w:t>
            </w:r>
            <w:r>
              <w:t>Chốt nguyên văn trọng tâm: thành tựu KHTN được áp dụng vào công nghệ để chế tạo các phương tiện phục vụ mọi lĩnh vực của đời sống; khoa học và công nghệ càng tiến bộ thì đời sống con người càng được cải thiện.</w:t>
            </w:r>
          </w:p>
          <w:p w14:paraId="12B907FA" w14:textId="77777777" w:rsidR="003928F6" w:rsidRDefault="00000000">
            <w:pPr>
              <w:spacing w:after="60"/>
            </w:pPr>
            <w:r>
              <w:rPr>
                <w:b/>
              </w:rPr>
              <w:t xml:space="preserve">Bổ sung mặt hạn chế từ SGK: </w:t>
            </w:r>
            <w:r>
              <w:t>Nếu không được sử dụng đúng phương pháp, đúng mục đích, các ứng dụng KHTN có thể gây hại tới môi trường tự nhiên và con người.</w:t>
            </w:r>
          </w:p>
          <w:p w14:paraId="5F73B6CB" w14:textId="77777777" w:rsidR="003928F6" w:rsidRDefault="00000000">
            <w:pPr>
              <w:spacing w:after="60"/>
            </w:pPr>
            <w:r>
              <w:rPr>
                <w:b/>
              </w:rPr>
              <w:t xml:space="preserve">Sửa lỗi: </w:t>
            </w:r>
            <w:r>
              <w:t>Không đánh đồng KHTN với công nghệ; SGK thể hiện thành tựu KHTN được ứng dụng vào công nghệ.</w:t>
            </w:r>
          </w:p>
        </w:tc>
        <w:tc>
          <w:tcPr>
            <w:tcW w:w="4536" w:type="dxa"/>
            <w:shd w:val="clear" w:color="auto" w:fill="F5F8FA"/>
            <w:vAlign w:val="center"/>
          </w:tcPr>
          <w:p w14:paraId="753873B1" w14:textId="77777777" w:rsidR="003928F6" w:rsidRDefault="00000000">
            <w:pPr>
              <w:spacing w:after="60"/>
            </w:pPr>
            <w:r>
              <w:rPr>
                <w:b/>
              </w:rPr>
              <w:t xml:space="preserve">Bước 4. Kết luận, nhận định. </w:t>
            </w:r>
            <w:r>
              <w:t>Hoàn thiện Phiếu số 3; ghi hai câu kết luận vào vở.</w:t>
            </w:r>
          </w:p>
          <w:p w14:paraId="11BB475D" w14:textId="77777777" w:rsidR="003928F6" w:rsidRDefault="00000000">
            <w:pPr>
              <w:spacing w:after="60"/>
            </w:pPr>
            <w:r>
              <w:rPr>
                <w:b/>
              </w:rPr>
              <w:t xml:space="preserve">Tự đánh giá: </w:t>
            </w:r>
            <w:r>
              <w:t>Đối chiếu đủ ba lĩnh vực và hai mặt lợi ích/tác hại; bổ sung phần còn thiếu.</w:t>
            </w:r>
          </w:p>
        </w:tc>
      </w:tr>
    </w:tbl>
    <w:p w14:paraId="0FD09900" w14:textId="77777777" w:rsidR="003928F6" w:rsidRDefault="003928F6">
      <w:pPr>
        <w:spacing w:after="60"/>
      </w:pPr>
    </w:p>
    <w:p w14:paraId="508A4062" w14:textId="77777777" w:rsidR="003928F6" w:rsidRDefault="00000000">
      <w:pPr>
        <w:pStyle w:val="Heading2"/>
        <w:spacing w:before="0" w:after="60"/>
      </w:pPr>
      <w:r>
        <w:rPr>
          <w:rFonts w:ascii="Times New Roman" w:eastAsia="Times New Roman" w:hAnsi="Times New Roman"/>
        </w:rPr>
        <w:lastRenderedPageBreak/>
        <w:t>Hoạt động 3. LUYỆN TẬP: Củng cố bốn yêu cầu cần đạt (15 phút)</w:t>
      </w:r>
    </w:p>
    <w:p w14:paraId="62D4CFF5" w14:textId="77777777" w:rsidR="003928F6" w:rsidRDefault="00000000">
      <w:pPr>
        <w:keepNext/>
        <w:spacing w:after="60"/>
      </w:pPr>
      <w:r>
        <w:rPr>
          <w:b/>
        </w:rPr>
        <w:t xml:space="preserve">a) Mục tiêu: </w:t>
      </w:r>
      <w:r>
        <w:t>Củng cố khái niệm KHTN, cách phân biệt vật sống/vật không sống, cách phân loại lĩnh vực và vai trò của KHTN.</w:t>
      </w:r>
    </w:p>
    <w:p w14:paraId="193ADA79" w14:textId="77777777" w:rsidR="003928F6" w:rsidRDefault="00000000">
      <w:pPr>
        <w:keepNext/>
        <w:spacing w:after="60"/>
      </w:pPr>
      <w:r>
        <w:rPr>
          <w:b/>
        </w:rPr>
        <w:t xml:space="preserve">b) Nội dung: </w:t>
      </w:r>
      <w:r>
        <w:t>Hoàn thành Phiếu số 4 gồm bốn nhiệm vụ bám trực tiếp các câu hỏi, bảng biểu và nội dung “Em đã học” trang 10.</w:t>
      </w:r>
    </w:p>
    <w:p w14:paraId="01DC2017" w14:textId="77777777" w:rsidR="003928F6" w:rsidRDefault="00000000">
      <w:pPr>
        <w:keepNext/>
        <w:spacing w:after="60"/>
      </w:pPr>
      <w:r>
        <w:rPr>
          <w:b/>
        </w:rPr>
        <w:t xml:space="preserve">c) Sản phẩm học tập: </w:t>
      </w:r>
      <w:r>
        <w:t>Phiếu số 4: khái niệm KHTN; phân loại sáu đối tượng; Bảng 1.1; một cặp so sánh từ Hình 1.2 và nhận xét lợi ích/tác hại từ Hình 1.3.</w:t>
      </w:r>
    </w:p>
    <w:p w14:paraId="74C7B472" w14:textId="77777777" w:rsidR="003928F6" w:rsidRDefault="00000000">
      <w:pPr>
        <w:keepNext/>
        <w:spacing w:after="60"/>
      </w:pPr>
      <w:r>
        <w:rPr>
          <w:b/>
        </w:rPr>
        <w:t xml:space="preserve">Tiêu chí kiểm tra, đánh giá: </w:t>
      </w:r>
      <w:r>
        <w:t>Đạt khi hoàn thành đúng ít nhất ba trong bốn phần và tự sửa được phần còn sai; hoàn thành tốt khi đúng cả bốn phần, có căn cứ và diễn đạt rõ.</w:t>
      </w:r>
    </w:p>
    <w:p w14:paraId="2C626C0F" w14:textId="77777777" w:rsidR="003928F6" w:rsidRDefault="00000000">
      <w:pPr>
        <w:keepNext/>
        <w:spacing w:after="60"/>
      </w:pPr>
      <w:r>
        <w:rPr>
          <w:b/>
        </w:rPr>
        <w:t xml:space="preserve">Phân hóa và hỗ trợ: </w:t>
      </w:r>
      <w:r>
        <w:t>Học sinh cần hỗ trợ được dùng từ khóa, thẻ lĩnh vực và hình SGK; học sinh khá, giỏi phải giải thích căn cứ, không chỉ ghi đáp án.</w:t>
      </w:r>
    </w:p>
    <w:p w14:paraId="56D84268" w14:textId="77777777" w:rsidR="003928F6" w:rsidRDefault="00000000">
      <w:pPr>
        <w:keepNext/>
        <w:spacing w:after="60"/>
      </w:pPr>
      <w:r>
        <w:rPr>
          <w:b/>
        </w:rPr>
        <w:t>d) Tổ chức thực hiện</w:t>
      </w:r>
    </w:p>
    <w:p w14:paraId="41786A25" w14:textId="77777777" w:rsidR="003928F6" w:rsidRDefault="00000000">
      <w:pPr>
        <w:keepLines/>
        <w:spacing w:after="60"/>
        <w:jc w:val="center"/>
      </w:pPr>
      <w:r>
        <w:rPr>
          <w:noProof/>
        </w:rPr>
        <w:drawing>
          <wp:inline distT="0" distB="0" distL="0" distR="0" wp14:anchorId="0217B069" wp14:editId="61D76803">
            <wp:extent cx="5472000" cy="3174595"/>
            <wp:effectExtent l="0" t="0" r="0" b="0"/>
            <wp:docPr id="8" name="Picture 8" descr="Khung tổng kết khái niệm, các lĩnh vực KHTN, vai trò của thành tựu khoa học và nhiệm vụ sưu tầm tư liệu." title="Hình minh họa 8. Khung “Em đã học - Em có thể” dùng để củng cố và tự đánh giá cuối bài (SGK KHTN 6, tra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da_hoc_em_co_the.png"/>
                    <pic:cNvPicPr/>
                  </pic:nvPicPr>
                  <pic:blipFill>
                    <a:blip r:embed="rId13"/>
                    <a:stretch>
                      <a:fillRect/>
                    </a:stretch>
                  </pic:blipFill>
                  <pic:spPr>
                    <a:xfrm>
                      <a:off x="0" y="0"/>
                      <a:ext cx="5472000" cy="3174595"/>
                    </a:xfrm>
                    <a:prstGeom prst="rect">
                      <a:avLst/>
                    </a:prstGeom>
                  </pic:spPr>
                </pic:pic>
              </a:graphicData>
            </a:graphic>
          </wp:inline>
        </w:drawing>
      </w:r>
      <w:r>
        <w:rPr>
          <w:i/>
        </w:rPr>
        <w:br/>
        <w:t>Hình minh họa 8. Khung “Em đã học - Em có thể” dùng để củng cố và tự đánh giá cuối bài (SGK KHTN 6, trang 10).</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492EB520" w14:textId="77777777">
        <w:trPr>
          <w:cantSplit/>
          <w:tblHeader/>
        </w:trPr>
        <w:tc>
          <w:tcPr>
            <w:tcW w:w="4536" w:type="dxa"/>
            <w:shd w:val="clear" w:color="auto" w:fill="173B57"/>
            <w:tcMar>
              <w:top w:w="110" w:type="dxa"/>
              <w:left w:w="120" w:type="dxa"/>
              <w:bottom w:w="110" w:type="dxa"/>
              <w:right w:w="120" w:type="dxa"/>
            </w:tcMar>
            <w:vAlign w:val="center"/>
          </w:tcPr>
          <w:p w14:paraId="438CE987"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0FE7C2F4" w14:textId="77777777" w:rsidR="003928F6" w:rsidRDefault="00000000">
            <w:pPr>
              <w:spacing w:after="60"/>
              <w:jc w:val="center"/>
            </w:pPr>
            <w:r>
              <w:rPr>
                <w:b/>
              </w:rPr>
              <w:t>HOẠT ĐỘNG CỦA HỌC SINH</w:t>
            </w:r>
          </w:p>
        </w:tc>
      </w:tr>
      <w:tr w:rsidR="003928F6" w14:paraId="47B7E6A4" w14:textId="77777777">
        <w:trPr>
          <w:cantSplit/>
        </w:trPr>
        <w:tc>
          <w:tcPr>
            <w:tcW w:w="4536" w:type="dxa"/>
            <w:vAlign w:val="center"/>
          </w:tcPr>
          <w:p w14:paraId="1FE76617" w14:textId="77777777" w:rsidR="003928F6" w:rsidRDefault="00000000">
            <w:pPr>
              <w:spacing w:after="60"/>
            </w:pPr>
            <w:r>
              <w:rPr>
                <w:b/>
              </w:rPr>
              <w:lastRenderedPageBreak/>
              <w:t xml:space="preserve">Bước 1. Giao nhiệm vụ học tập. </w:t>
            </w:r>
            <w:r>
              <w:t>Phát Phiếu số 4 và thông báo bốn phần, thời gian làm cá nhân sáu phút. Yêu cầu học sinh dùng SGK khi cần nhưng phải tự viết sản phẩm.</w:t>
            </w:r>
          </w:p>
          <w:p w14:paraId="0B44558D" w14:textId="77777777" w:rsidR="003928F6" w:rsidRDefault="00000000">
            <w:pPr>
              <w:spacing w:after="60"/>
            </w:pPr>
            <w:r>
              <w:rPr>
                <w:b/>
              </w:rPr>
              <w:t xml:space="preserve">Tiêu chí trước khi làm: </w:t>
            </w:r>
            <w:r>
              <w:t>Đúng kiến thức; đủ căn cứ; trình bày rõ; tự sửa bằng bút khác màu sau thảo luận.</w:t>
            </w:r>
          </w:p>
          <w:p w14:paraId="5792C9DA" w14:textId="77777777" w:rsidR="003928F6" w:rsidRDefault="00000000">
            <w:pPr>
              <w:spacing w:after="60"/>
            </w:pPr>
            <w:r>
              <w:rPr>
                <w:b/>
              </w:rPr>
              <w:t xml:space="preserve">Kiểm tra nhận nhiệm vụ: </w:t>
            </w:r>
            <w:r>
              <w:t>Mời một học sinh nhắc lại bốn phần phải hoàn thành.</w:t>
            </w:r>
          </w:p>
        </w:tc>
        <w:tc>
          <w:tcPr>
            <w:tcW w:w="4536" w:type="dxa"/>
            <w:vAlign w:val="center"/>
          </w:tcPr>
          <w:p w14:paraId="3556A2E9" w14:textId="77777777" w:rsidR="003928F6" w:rsidRDefault="00000000">
            <w:pPr>
              <w:spacing w:after="60"/>
            </w:pPr>
            <w:r>
              <w:rPr>
                <w:b/>
              </w:rPr>
              <w:t xml:space="preserve">Bước 1. Giao nhiệm vụ học tập. </w:t>
            </w:r>
            <w:r>
              <w:t>Nhận phiếu, đọc bốn phần và phân bố thời gian; nhắc lại yêu cầu sản phẩm.</w:t>
            </w:r>
          </w:p>
          <w:p w14:paraId="57B4A201" w14:textId="77777777" w:rsidR="003928F6" w:rsidRDefault="00000000">
            <w:pPr>
              <w:spacing w:after="60"/>
            </w:pPr>
            <w:r>
              <w:rPr>
                <w:b/>
              </w:rPr>
              <w:t xml:space="preserve">Thực hiện cá nhân: </w:t>
            </w:r>
            <w:r>
              <w:t>Làm độc lập trước khi trao đổi; đánh dấu câu chưa chắc để hỏi sau.</w:t>
            </w:r>
          </w:p>
        </w:tc>
      </w:tr>
      <w:tr w:rsidR="003928F6" w14:paraId="2DD6812B" w14:textId="77777777">
        <w:trPr>
          <w:cantSplit/>
        </w:trPr>
        <w:tc>
          <w:tcPr>
            <w:tcW w:w="4536" w:type="dxa"/>
            <w:shd w:val="clear" w:color="auto" w:fill="F5F8FA"/>
            <w:vAlign w:val="center"/>
          </w:tcPr>
          <w:p w14:paraId="7517F917" w14:textId="77777777" w:rsidR="003928F6" w:rsidRDefault="00000000">
            <w:pPr>
              <w:spacing w:after="60"/>
            </w:pPr>
            <w:r>
              <w:rPr>
                <w:b/>
              </w:rPr>
              <w:t xml:space="preserve">Bước 2. Thực hiện nhiệm vụ. </w:t>
            </w:r>
            <w:r>
              <w:t>Quan sát toàn lớp; hỗ trợ bằng câu hỏi ngắn thay vì cho đáp án. Với phần vật sống, nhắc ba dấu hiệu; với Bảng 1.1, nhắc xác định đối tượng nghiên cứu; với vai trò, yêu cầu nhìn lại Hình 1.2 và Hình 1.3.</w:t>
            </w:r>
          </w:p>
          <w:p w14:paraId="33BBED8E" w14:textId="77777777" w:rsidR="003928F6" w:rsidRDefault="00000000">
            <w:pPr>
              <w:spacing w:after="60"/>
            </w:pPr>
            <w:r>
              <w:rPr>
                <w:b/>
              </w:rPr>
              <w:t xml:space="preserve">Đánh giá nhanh: </w:t>
            </w:r>
            <w:r>
              <w:t>Ghi số học sinh hoàn thành từng phần để xác định nội dung cần nhắc lại trước khi kết luận.</w:t>
            </w:r>
          </w:p>
          <w:p w14:paraId="4B952059" w14:textId="77777777" w:rsidR="003928F6" w:rsidRDefault="00000000">
            <w:pPr>
              <w:spacing w:after="60"/>
            </w:pPr>
            <w:r>
              <w:rPr>
                <w:b/>
              </w:rPr>
              <w:t xml:space="preserve">Phân hóa: </w:t>
            </w:r>
            <w:r>
              <w:t>Học sinh hoàn thành sớm viết thêm một câu phân biệt KHTN với công nghệ theo đoạn văn SGK.</w:t>
            </w:r>
          </w:p>
        </w:tc>
        <w:tc>
          <w:tcPr>
            <w:tcW w:w="4536" w:type="dxa"/>
            <w:shd w:val="clear" w:color="auto" w:fill="F5F8FA"/>
            <w:vAlign w:val="center"/>
          </w:tcPr>
          <w:p w14:paraId="3306E647" w14:textId="77777777" w:rsidR="003928F6" w:rsidRDefault="00000000">
            <w:pPr>
              <w:spacing w:after="60"/>
            </w:pPr>
            <w:r>
              <w:rPr>
                <w:b/>
              </w:rPr>
              <w:t xml:space="preserve">Bước 2. Thực hiện nhiệm vụ. </w:t>
            </w:r>
            <w:r>
              <w:t>Hoàn thành phiếu; sau sáu phút đổi phiếu với bạn và dùng SGK kiểm tra chéo.</w:t>
            </w:r>
          </w:p>
          <w:p w14:paraId="2ABCF382" w14:textId="77777777" w:rsidR="003928F6" w:rsidRDefault="00000000">
            <w:pPr>
              <w:spacing w:after="60"/>
            </w:pPr>
            <w:r>
              <w:rPr>
                <w:b/>
              </w:rPr>
              <w:t xml:space="preserve">Phản hồi: </w:t>
            </w:r>
            <w:r>
              <w:t>Đánh dấu phần đồng ý, phần cần trao đổi; chưa tự ý sửa sản phẩm của bạn.</w:t>
            </w:r>
          </w:p>
        </w:tc>
      </w:tr>
      <w:tr w:rsidR="003928F6" w14:paraId="44CD1955" w14:textId="77777777">
        <w:trPr>
          <w:cantSplit/>
        </w:trPr>
        <w:tc>
          <w:tcPr>
            <w:tcW w:w="4536" w:type="dxa"/>
            <w:vAlign w:val="center"/>
          </w:tcPr>
          <w:p w14:paraId="19261847" w14:textId="77777777" w:rsidR="003928F6" w:rsidRDefault="00000000">
            <w:pPr>
              <w:spacing w:after="60"/>
            </w:pPr>
            <w:r>
              <w:rPr>
                <w:b/>
              </w:rPr>
              <w:t xml:space="preserve">Bước 3. Báo cáo, thảo luận. </w:t>
            </w:r>
            <w:r>
              <w:t>Chọn học sinh trình bày theo từng phần, ưu tiên một sản phẩm đúng và một sản phẩm có lỗi điển hình để lớp phân tích. Công bố đáp án sau khi học sinh đã nêu căn cứ.</w:t>
            </w:r>
          </w:p>
          <w:p w14:paraId="657E2479" w14:textId="77777777" w:rsidR="003928F6" w:rsidRDefault="00000000">
            <w:pPr>
              <w:spacing w:after="60"/>
            </w:pPr>
            <w:r>
              <w:rPr>
                <w:b/>
              </w:rPr>
              <w:t xml:space="preserve">Câu hỏi sửa lỗi: </w:t>
            </w:r>
            <w:r>
              <w:t>“Khái niệm còn thiếu từ khóa nào?”; “Vì sao Trái Đất không phải vật sống?”; “Bảng 1.1 có bao nhiêu lĩnh vực và toàn bài có bao nhiêu lĩnh vực được giới thiệu?”.</w:t>
            </w:r>
          </w:p>
        </w:tc>
        <w:tc>
          <w:tcPr>
            <w:tcW w:w="4536" w:type="dxa"/>
            <w:vAlign w:val="center"/>
          </w:tcPr>
          <w:p w14:paraId="334A1724" w14:textId="77777777" w:rsidR="003928F6" w:rsidRDefault="00000000">
            <w:pPr>
              <w:spacing w:after="60"/>
            </w:pPr>
            <w:r>
              <w:rPr>
                <w:b/>
              </w:rPr>
              <w:t xml:space="preserve">Bước 3. Báo cáo, thảo luận. </w:t>
            </w:r>
            <w:r>
              <w:t>Trình bày và giải thích; học sinh khác nhận xét dựa trên SGK.</w:t>
            </w:r>
          </w:p>
          <w:p w14:paraId="3C668A1C" w14:textId="77777777" w:rsidR="003928F6" w:rsidRDefault="00000000">
            <w:pPr>
              <w:spacing w:after="60"/>
            </w:pPr>
            <w:r>
              <w:rPr>
                <w:b/>
              </w:rPr>
              <w:t xml:space="preserve">Kiểm tra chéo: </w:t>
            </w:r>
            <w:r>
              <w:t>Đối chiếu đáp án, trả lại phiếu và nêu rõ phần bạn cần sửa.</w:t>
            </w:r>
          </w:p>
        </w:tc>
      </w:tr>
      <w:tr w:rsidR="003928F6" w14:paraId="3271ABC8" w14:textId="77777777">
        <w:trPr>
          <w:cantSplit/>
        </w:trPr>
        <w:tc>
          <w:tcPr>
            <w:tcW w:w="4536" w:type="dxa"/>
            <w:shd w:val="clear" w:color="auto" w:fill="F5F8FA"/>
            <w:vAlign w:val="center"/>
          </w:tcPr>
          <w:p w14:paraId="0B519E76" w14:textId="77777777" w:rsidR="003928F6" w:rsidRDefault="00000000">
            <w:pPr>
              <w:spacing w:after="60"/>
            </w:pPr>
            <w:r>
              <w:rPr>
                <w:b/>
              </w:rPr>
              <w:lastRenderedPageBreak/>
              <w:t xml:space="preserve">Bước 4. Kết luận, nhận định. </w:t>
            </w:r>
            <w:r>
              <w:t>Chốt bốn yêu cầu cần đạt; liên hệ ba nội dung trong khung “Em đã học”. Phản hồi theo mức: bốn phần đúng là hoàn thành tốt; ba phần đúng và tự sửa là hoàn thành; dưới ba phần cần làm lại phần tương ứng ở phụ lục.</w:t>
            </w:r>
          </w:p>
          <w:p w14:paraId="5538BA68" w14:textId="77777777" w:rsidR="003928F6" w:rsidRDefault="00000000">
            <w:pPr>
              <w:spacing w:after="60"/>
            </w:pPr>
            <w:r>
              <w:rPr>
                <w:b/>
              </w:rPr>
              <w:t xml:space="preserve">Ghi nhận tiến bộ: </w:t>
            </w:r>
            <w:r>
              <w:t>Nhận xét cụ thể sản phẩm đã đúng ở đâu và cần sửa nội dung nào; không dùng nhận xét chung chung.</w:t>
            </w:r>
          </w:p>
          <w:p w14:paraId="7C5401B1" w14:textId="77777777" w:rsidR="003928F6" w:rsidRDefault="00000000">
            <w:pPr>
              <w:spacing w:after="60"/>
            </w:pPr>
            <w:r>
              <w:rPr>
                <w:b/>
              </w:rPr>
              <w:t xml:space="preserve">Chuyển nhiệm vụ: </w:t>
            </w:r>
            <w:r>
              <w:t>Giới thiệu hoạt động vận dụng của trang 10.</w:t>
            </w:r>
          </w:p>
        </w:tc>
        <w:tc>
          <w:tcPr>
            <w:tcW w:w="4536" w:type="dxa"/>
            <w:shd w:val="clear" w:color="auto" w:fill="F5F8FA"/>
            <w:vAlign w:val="center"/>
          </w:tcPr>
          <w:p w14:paraId="3DD1E24E" w14:textId="77777777" w:rsidR="003928F6" w:rsidRDefault="00000000">
            <w:pPr>
              <w:spacing w:after="60"/>
            </w:pPr>
            <w:r>
              <w:rPr>
                <w:b/>
              </w:rPr>
              <w:t xml:space="preserve">Bước 4. Kết luận, nhận định. </w:t>
            </w:r>
            <w:r>
              <w:t>Sửa phiếu bằng bút khác màu; ghi mức tự đánh giá và nội dung cần ôn lại.</w:t>
            </w:r>
          </w:p>
          <w:p w14:paraId="37E39FAE" w14:textId="77777777" w:rsidR="003928F6" w:rsidRDefault="00000000">
            <w:pPr>
              <w:spacing w:after="60"/>
            </w:pPr>
            <w:r>
              <w:rPr>
                <w:b/>
              </w:rPr>
              <w:t xml:space="preserve">Ghi nhớ: </w:t>
            </w:r>
            <w:r>
              <w:t>Đọc lại các nội dung trọng tâm trong khung “Em đã học”.</w:t>
            </w:r>
          </w:p>
        </w:tc>
      </w:tr>
    </w:tbl>
    <w:p w14:paraId="4DD7DBC4" w14:textId="77777777" w:rsidR="003928F6" w:rsidRDefault="003928F6">
      <w:pPr>
        <w:spacing w:after="60"/>
      </w:pPr>
    </w:p>
    <w:p w14:paraId="6D16CC50" w14:textId="77777777" w:rsidR="003928F6" w:rsidRDefault="00000000">
      <w:pPr>
        <w:pStyle w:val="Heading2"/>
        <w:spacing w:before="0" w:after="60"/>
      </w:pPr>
      <w:r>
        <w:rPr>
          <w:rFonts w:ascii="Times New Roman" w:eastAsia="Times New Roman" w:hAnsi="Times New Roman"/>
        </w:rPr>
        <w:lastRenderedPageBreak/>
        <w:t>Hoạt động 4. VẬN DỤNG: Tìm hiểu thành tựu KHTN (8 phút giao nhiệm vụ; thực hiện ngoài lớp)</w:t>
      </w:r>
    </w:p>
    <w:p w14:paraId="1EA8F84C" w14:textId="77777777" w:rsidR="003928F6" w:rsidRDefault="00000000">
      <w:pPr>
        <w:keepNext/>
        <w:spacing w:after="60"/>
      </w:pPr>
      <w:r>
        <w:rPr>
          <w:b/>
        </w:rPr>
        <w:t xml:space="preserve">a) Mục tiêu: </w:t>
      </w:r>
      <w:r>
        <w:t>Vận dụng hiểu biết về vai trò của KHTN để tìm hiểu, lựa chọn và trình bày tư liệu về một nhà khoa học hoặc một lĩnh vực khoa học, công nghệ học sinh quan tâm.</w:t>
      </w:r>
    </w:p>
    <w:p w14:paraId="534A505A" w14:textId="77777777" w:rsidR="003928F6" w:rsidRDefault="00000000">
      <w:pPr>
        <w:keepNext/>
        <w:spacing w:after="60"/>
      </w:pPr>
      <w:r>
        <w:rPr>
          <w:b/>
        </w:rPr>
        <w:t xml:space="preserve">b) Nội dung: </w:t>
      </w:r>
      <w:r>
        <w:t>Thực hiện một trong hai nhiệm vụ của trang 10: nhóm tìm đọc tiểu sử một trong năm nhà khoa học được nêu; hoặc cá nhân sưu tầm tài liệu, tranh ảnh về sự phát triển nhờ khoa học, công nghệ trong lĩnh vực quan tâm.</w:t>
      </w:r>
    </w:p>
    <w:p w14:paraId="64F9773E" w14:textId="77777777" w:rsidR="003928F6" w:rsidRDefault="00000000">
      <w:pPr>
        <w:keepNext/>
        <w:spacing w:after="60"/>
      </w:pPr>
      <w:r>
        <w:rPr>
          <w:b/>
        </w:rPr>
        <w:t xml:space="preserve">c) Sản phẩm học tập: </w:t>
      </w:r>
      <w:r>
        <w:t>Bản tóm tắt, tờ giới thiệu hoặc tờ báo tường. Với nhiệm vụ nhà khoa học, sản phẩm có quốc tịch, ngày sinh, thành tựu hoặc phát minh quan trọng và điều học sinh thích nhất; có tranh ảnh nếu thực hiện tờ báo tường.</w:t>
      </w:r>
    </w:p>
    <w:p w14:paraId="51606A9A" w14:textId="77777777" w:rsidR="003928F6" w:rsidRDefault="00000000">
      <w:pPr>
        <w:keepNext/>
        <w:spacing w:after="60"/>
      </w:pPr>
      <w:r>
        <w:rPr>
          <w:b/>
        </w:rPr>
        <w:t xml:space="preserve">Tiêu chí kiểm tra, đánh giá: </w:t>
      </w:r>
      <w:r>
        <w:t>Đánh giá theo bốn tiêu chí: đủ nội dung SGK yêu cầu; thông tin rõ và có ghi nguồn tư liệu; hình thức dễ đọc; có phân công và mọi thành viên tham gia. Giáo viên cung cấp hoặc quy định nguồn vì SGK không chứa tiểu sử chi tiết.</w:t>
      </w:r>
    </w:p>
    <w:p w14:paraId="7AE6710E" w14:textId="77777777" w:rsidR="003928F6" w:rsidRDefault="00000000">
      <w:pPr>
        <w:keepNext/>
        <w:spacing w:after="60"/>
      </w:pPr>
      <w:r>
        <w:rPr>
          <w:b/>
        </w:rPr>
        <w:t xml:space="preserve">Phân hóa và hỗ trợ: </w:t>
      </w:r>
      <w:r>
        <w:t>Học sinh cần hỗ trợ nhận mẫu bốn ô thông tin và tập tư liệu giáo viên chuẩn bị; học sinh khá, giỏi tổ chức tờ báo tường và kết nối thành tựu với vai trò của KHTN nhưng không thêm nội dung không kiểm chứng.</w:t>
      </w:r>
    </w:p>
    <w:p w14:paraId="758C217D" w14:textId="77777777" w:rsidR="003928F6" w:rsidRDefault="00000000">
      <w:pPr>
        <w:keepNext/>
        <w:spacing w:after="60"/>
      </w:pPr>
      <w:r>
        <w:rPr>
          <w:b/>
        </w:rPr>
        <w:t>d) Tổ chức thực hiện</w:t>
      </w:r>
    </w:p>
    <w:p w14:paraId="1BEDBEE9" w14:textId="77777777" w:rsidR="003928F6" w:rsidRDefault="00000000">
      <w:pPr>
        <w:keepLines/>
        <w:spacing w:after="60"/>
        <w:jc w:val="center"/>
      </w:pPr>
      <w:r>
        <w:rPr>
          <w:noProof/>
        </w:rPr>
        <w:drawing>
          <wp:inline distT="0" distB="0" distL="0" distR="0" wp14:anchorId="1FBE19F4" wp14:editId="5AF66E78">
            <wp:extent cx="5544000" cy="1680000"/>
            <wp:effectExtent l="0" t="0" r="0" b="0"/>
            <wp:docPr id="9" name="Picture 9" descr="Nhiệm vụ nhóm tìm hiểu Newton, Darwin, Pasteur, Marie Curie hoặc Einstein và làm tờ báo tường." title="Hình minh họa 9. Nhiệm vụ tìm hiểu năm nhà khoa học và gợi ý sản phẩm tờ báo tường (SGK KHTN 6, tra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iem_vu_nha_khoa_hoc.png"/>
                    <pic:cNvPicPr/>
                  </pic:nvPicPr>
                  <pic:blipFill>
                    <a:blip r:embed="rId14"/>
                    <a:stretch>
                      <a:fillRect/>
                    </a:stretch>
                  </pic:blipFill>
                  <pic:spPr>
                    <a:xfrm>
                      <a:off x="0" y="0"/>
                      <a:ext cx="5544000" cy="1680000"/>
                    </a:xfrm>
                    <a:prstGeom prst="rect">
                      <a:avLst/>
                    </a:prstGeom>
                  </pic:spPr>
                </pic:pic>
              </a:graphicData>
            </a:graphic>
          </wp:inline>
        </w:drawing>
      </w:r>
      <w:r>
        <w:rPr>
          <w:i/>
        </w:rPr>
        <w:br/>
        <w:t>Hình minh họa 9. Nhiệm vụ tìm hiểu năm nhà khoa học và gợi ý sản phẩm tờ báo tường (SGK KHTN 6, trang 10).</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4536"/>
        <w:gridCol w:w="4536"/>
      </w:tblGrid>
      <w:tr w:rsidR="003928F6" w14:paraId="22C43997" w14:textId="77777777">
        <w:trPr>
          <w:cantSplit/>
          <w:tblHeader/>
        </w:trPr>
        <w:tc>
          <w:tcPr>
            <w:tcW w:w="4536" w:type="dxa"/>
            <w:shd w:val="clear" w:color="auto" w:fill="173B57"/>
            <w:tcMar>
              <w:top w:w="110" w:type="dxa"/>
              <w:left w:w="120" w:type="dxa"/>
              <w:bottom w:w="110" w:type="dxa"/>
              <w:right w:w="120" w:type="dxa"/>
            </w:tcMar>
            <w:vAlign w:val="center"/>
          </w:tcPr>
          <w:p w14:paraId="0AC1A5EC" w14:textId="77777777" w:rsidR="003928F6" w:rsidRDefault="00000000">
            <w:pPr>
              <w:spacing w:after="60"/>
              <w:jc w:val="center"/>
            </w:pPr>
            <w:r>
              <w:rPr>
                <w:b/>
              </w:rPr>
              <w:t>HOẠT ĐỘNG CỦA GIÁO VIÊN</w:t>
            </w:r>
          </w:p>
        </w:tc>
        <w:tc>
          <w:tcPr>
            <w:tcW w:w="4536" w:type="dxa"/>
            <w:shd w:val="clear" w:color="auto" w:fill="173B57"/>
            <w:tcMar>
              <w:top w:w="110" w:type="dxa"/>
              <w:left w:w="120" w:type="dxa"/>
              <w:bottom w:w="110" w:type="dxa"/>
              <w:right w:w="120" w:type="dxa"/>
            </w:tcMar>
            <w:vAlign w:val="center"/>
          </w:tcPr>
          <w:p w14:paraId="420707D4" w14:textId="77777777" w:rsidR="003928F6" w:rsidRDefault="00000000">
            <w:pPr>
              <w:spacing w:after="60"/>
              <w:jc w:val="center"/>
            </w:pPr>
            <w:r>
              <w:rPr>
                <w:b/>
              </w:rPr>
              <w:t>HOẠT ĐỘNG CỦA HỌC SINH</w:t>
            </w:r>
          </w:p>
        </w:tc>
      </w:tr>
      <w:tr w:rsidR="003928F6" w14:paraId="2CC9AF12" w14:textId="77777777">
        <w:trPr>
          <w:cantSplit/>
        </w:trPr>
        <w:tc>
          <w:tcPr>
            <w:tcW w:w="4536" w:type="dxa"/>
            <w:vAlign w:val="center"/>
          </w:tcPr>
          <w:p w14:paraId="5CE22D12" w14:textId="77777777" w:rsidR="003928F6" w:rsidRDefault="00000000">
            <w:pPr>
              <w:spacing w:after="60"/>
            </w:pPr>
            <w:r>
              <w:rPr>
                <w:b/>
              </w:rPr>
              <w:lastRenderedPageBreak/>
              <w:t xml:space="preserve">Bước 1. Giao nhiệm vụ học tập. </w:t>
            </w:r>
            <w:r>
              <w:t>Giới thiệu hai lựa chọn vận dụng đúng theo trang 10. Nếu chọn nhiệm vụ nhóm, mỗi nhóm tìm hiểu một nhà khoa học trong danh sách Newton, Darwin, Pasteur, Marie Curie, Einstein. Nếu chọn nhiệm vụ cá nhân, học sinh sưu tầm tư liệu về giao thông vận tải, du hành vũ trụ, thông tin liên lạc, giải trí hoặc lĩnh vực được SGK gợi ý.</w:t>
            </w:r>
          </w:p>
          <w:p w14:paraId="6BE7F5DC" w14:textId="77777777" w:rsidR="003928F6" w:rsidRDefault="00000000">
            <w:pPr>
              <w:spacing w:after="60"/>
            </w:pPr>
            <w:r>
              <w:rPr>
                <w:b/>
              </w:rPr>
              <w:t xml:space="preserve">Điều kiện thực hiện: </w:t>
            </w:r>
            <w:r>
              <w:t>Thông báo rõ nguồn tư liệu được phép dùng, thời hạn nộp, hình thức sản phẩm và bốn tiêu chí đánh giá.</w:t>
            </w:r>
          </w:p>
          <w:p w14:paraId="3CCFEF75" w14:textId="77777777" w:rsidR="003928F6" w:rsidRDefault="00000000">
            <w:pPr>
              <w:spacing w:after="60"/>
            </w:pPr>
            <w:r>
              <w:rPr>
                <w:b/>
              </w:rPr>
              <w:t xml:space="preserve">Giới hạn nguồn: </w:t>
            </w:r>
            <w:r>
              <w:t>Không yêu cầu học sinh tự suy đoán tiểu sử; giáo viên cung cấp tư liệu nếu học sinh không có điều kiện tìm kiếm.</w:t>
            </w:r>
          </w:p>
        </w:tc>
        <w:tc>
          <w:tcPr>
            <w:tcW w:w="4536" w:type="dxa"/>
            <w:vAlign w:val="center"/>
          </w:tcPr>
          <w:p w14:paraId="102242FC" w14:textId="77777777" w:rsidR="003928F6" w:rsidRDefault="00000000">
            <w:pPr>
              <w:spacing w:after="60"/>
            </w:pPr>
            <w:r>
              <w:rPr>
                <w:b/>
              </w:rPr>
              <w:t xml:space="preserve">Bước 1. Giao nhiệm vụ học tập. </w:t>
            </w:r>
            <w:r>
              <w:t>Lựa chọn nhiệm vụ; nếu làm nhóm, thống nhất nhà khoa học và nhận vai trò cụ thể.</w:t>
            </w:r>
          </w:p>
          <w:p w14:paraId="0D706B1B" w14:textId="77777777" w:rsidR="003928F6" w:rsidRDefault="00000000">
            <w:pPr>
              <w:spacing w:after="60"/>
            </w:pPr>
            <w:r>
              <w:rPr>
                <w:b/>
              </w:rPr>
              <w:t xml:space="preserve">Ghi yêu cầu: </w:t>
            </w:r>
            <w:r>
              <w:t>Chép thời hạn, hình thức, nội dung bắt buộc và tiêu chí đánh giá vào phiếu giao việc.</w:t>
            </w:r>
          </w:p>
        </w:tc>
      </w:tr>
      <w:tr w:rsidR="003928F6" w14:paraId="7636CFD7" w14:textId="77777777">
        <w:trPr>
          <w:cantSplit/>
        </w:trPr>
        <w:tc>
          <w:tcPr>
            <w:tcW w:w="4536" w:type="dxa"/>
            <w:shd w:val="clear" w:color="auto" w:fill="F5F8FA"/>
            <w:vAlign w:val="center"/>
          </w:tcPr>
          <w:p w14:paraId="504E0B39" w14:textId="77777777" w:rsidR="003928F6" w:rsidRDefault="00000000">
            <w:pPr>
              <w:spacing w:after="60"/>
            </w:pPr>
            <w:r>
              <w:rPr>
                <w:b/>
              </w:rPr>
              <w:t xml:space="preserve">Bước 2. Thực hiện nhiệm vụ. </w:t>
            </w:r>
            <w:r>
              <w:t>Theo dõi bước lập kế hoạch ngay trên lớp. Kiểm tra nhóm đã có người tìm tư liệu, người chọn hình, người viết, người trình bày. Sau giờ học, hỗ trợ học sinh tiếp cận nguồn tư liệu đã quy định.</w:t>
            </w:r>
          </w:p>
          <w:p w14:paraId="5D1160B3" w14:textId="77777777" w:rsidR="003928F6" w:rsidRDefault="00000000">
            <w:pPr>
              <w:spacing w:after="60"/>
            </w:pPr>
            <w:r>
              <w:rPr>
                <w:b/>
              </w:rPr>
              <w:t xml:space="preserve">Hỗ trợ: </w:t>
            </w:r>
            <w:r>
              <w:t>Cung cấp mẫu gồm bốn ô: quốc tịch; ngày sinh; thành tựu hoặc phát minh quan trọng; điều em thích nhất. Với nhiệm vụ cá nhân, cung cấp mẫu “lĩnh vực - phương tiện/thành tựu - ích lợi”.</w:t>
            </w:r>
          </w:p>
          <w:p w14:paraId="7EB78871" w14:textId="77777777" w:rsidR="003928F6" w:rsidRDefault="00000000">
            <w:pPr>
              <w:spacing w:after="60"/>
            </w:pPr>
            <w:r>
              <w:rPr>
                <w:b/>
              </w:rPr>
              <w:t xml:space="preserve">Kiểm soát chất lượng: </w:t>
            </w:r>
            <w:r>
              <w:t>Nhắc học sinh ghi nguồn và không sao chép nguyên văn dài.</w:t>
            </w:r>
          </w:p>
        </w:tc>
        <w:tc>
          <w:tcPr>
            <w:tcW w:w="4536" w:type="dxa"/>
            <w:shd w:val="clear" w:color="auto" w:fill="F5F8FA"/>
            <w:vAlign w:val="center"/>
          </w:tcPr>
          <w:p w14:paraId="61FA59F3" w14:textId="77777777" w:rsidR="003928F6" w:rsidRDefault="00000000">
            <w:pPr>
              <w:spacing w:after="60"/>
            </w:pPr>
            <w:r>
              <w:rPr>
                <w:b/>
              </w:rPr>
              <w:t xml:space="preserve">Bước 2. Thực hiện nhiệm vụ. </w:t>
            </w:r>
            <w:r>
              <w:t>Lập kế hoạch và thực hiện ngoài lớp; thu thập, chọn lọc, viết tóm tắt và chuẩn bị hình ảnh.</w:t>
            </w:r>
          </w:p>
          <w:p w14:paraId="5C59A5B4" w14:textId="77777777" w:rsidR="003928F6" w:rsidRDefault="00000000">
            <w:pPr>
              <w:spacing w:after="60"/>
            </w:pPr>
            <w:r>
              <w:rPr>
                <w:b/>
              </w:rPr>
              <w:t xml:space="preserve">Hợp tác: </w:t>
            </w:r>
            <w:r>
              <w:t>Thực hiện đúng phần việc, báo tiến độ cho nhóm trưởng và cùng kiểm tra đủ bốn nội dung bắt buộc.</w:t>
            </w:r>
          </w:p>
        </w:tc>
      </w:tr>
      <w:tr w:rsidR="003928F6" w14:paraId="3A7BC667" w14:textId="77777777">
        <w:trPr>
          <w:cantSplit/>
        </w:trPr>
        <w:tc>
          <w:tcPr>
            <w:tcW w:w="4536" w:type="dxa"/>
            <w:vAlign w:val="center"/>
          </w:tcPr>
          <w:p w14:paraId="2FD06910" w14:textId="77777777" w:rsidR="003928F6" w:rsidRDefault="00000000">
            <w:pPr>
              <w:spacing w:after="60"/>
            </w:pPr>
            <w:r>
              <w:rPr>
                <w:b/>
              </w:rPr>
              <w:lastRenderedPageBreak/>
              <w:t xml:space="preserve">Bước 3. Báo cáo, thảo luận. </w:t>
            </w:r>
            <w:r>
              <w:t>Tổ chức trưng bày hoặc báo cáo vào thời điểm phù hợp trong kế hoạch môn học. Chọn một số sản phẩm có cách trình bày khác nhau; yêu cầu lớp phản hồi theo tiêu chí đã công bố.</w:t>
            </w:r>
          </w:p>
          <w:p w14:paraId="695B4B53" w14:textId="77777777" w:rsidR="003928F6" w:rsidRDefault="00000000">
            <w:pPr>
              <w:spacing w:after="60"/>
            </w:pPr>
            <w:r>
              <w:rPr>
                <w:b/>
              </w:rPr>
              <w:t xml:space="preserve">Câu hỏi điều hành: </w:t>
            </w:r>
            <w:r>
              <w:t>“Sản phẩm đã đủ nội dung SGK yêu cầu chưa?”; “Thành tựu được nêu thể hiện vai trò của KHTN như thế nào?”; “Nguồn tư liệu đã được ghi rõ chưa?”.</w:t>
            </w:r>
          </w:p>
        </w:tc>
        <w:tc>
          <w:tcPr>
            <w:tcW w:w="4536" w:type="dxa"/>
            <w:vAlign w:val="center"/>
          </w:tcPr>
          <w:p w14:paraId="6E65980D" w14:textId="77777777" w:rsidR="003928F6" w:rsidRDefault="00000000">
            <w:pPr>
              <w:spacing w:after="60"/>
            </w:pPr>
            <w:r>
              <w:rPr>
                <w:b/>
              </w:rPr>
              <w:t xml:space="preserve">Bước 3. Báo cáo, thảo luận. </w:t>
            </w:r>
            <w:r>
              <w:t>Đại diện trình bày; học sinh khác quan sát và phản hồi theo tiêu chí, không nhận xét theo sở thích cá nhân.</w:t>
            </w:r>
          </w:p>
          <w:p w14:paraId="4A870FF3" w14:textId="77777777" w:rsidR="003928F6" w:rsidRDefault="00000000">
            <w:pPr>
              <w:spacing w:after="60"/>
            </w:pPr>
            <w:r>
              <w:rPr>
                <w:b/>
              </w:rPr>
              <w:t xml:space="preserve">Hoàn thiện: </w:t>
            </w:r>
            <w:r>
              <w:t>Ghi nhận góp ý và sửa sản phẩm trước khi nộp bản cuối.</w:t>
            </w:r>
          </w:p>
        </w:tc>
      </w:tr>
      <w:tr w:rsidR="003928F6" w14:paraId="05CF69B0" w14:textId="77777777">
        <w:trPr>
          <w:cantSplit/>
        </w:trPr>
        <w:tc>
          <w:tcPr>
            <w:tcW w:w="4536" w:type="dxa"/>
            <w:shd w:val="clear" w:color="auto" w:fill="F5F8FA"/>
            <w:vAlign w:val="center"/>
          </w:tcPr>
          <w:p w14:paraId="39773130" w14:textId="77777777" w:rsidR="003928F6" w:rsidRDefault="00000000">
            <w:pPr>
              <w:spacing w:after="60"/>
            </w:pPr>
            <w:r>
              <w:rPr>
                <w:b/>
              </w:rPr>
              <w:t xml:space="preserve">Bước 4. Kết luận, nhận định. </w:t>
            </w:r>
            <w:r>
              <w:t>Đánh giá sản phẩm theo bốn tiêu chí và nhận xét cụ thể. Chốt rằng thành tựu KHTN được ứng dụng vào công nghệ để phục vụ đời sống; việc tìm hiểu phải dựa trên nguồn rõ ràng.</w:t>
            </w:r>
          </w:p>
          <w:p w14:paraId="2CA6DB20" w14:textId="77777777" w:rsidR="003928F6" w:rsidRDefault="00000000">
            <w:pPr>
              <w:spacing w:after="60"/>
            </w:pPr>
            <w:r>
              <w:rPr>
                <w:b/>
              </w:rPr>
              <w:t xml:space="preserve">Phản hồi phân hóa: </w:t>
            </w:r>
            <w:r>
              <w:t>Sản phẩm đủ, rõ, có nguồn và phối hợp tốt: hoàn thành tốt; thiếu một nội dung nhưng tự bổ sung: hoàn thành sau hỗ trợ; thông tin không có nguồn hoặc thiếu nhiều mục: yêu cầu làm lại.</w:t>
            </w:r>
          </w:p>
          <w:p w14:paraId="1831288E" w14:textId="77777777" w:rsidR="003928F6" w:rsidRDefault="00000000">
            <w:pPr>
              <w:spacing w:after="60"/>
            </w:pPr>
            <w:r>
              <w:rPr>
                <w:b/>
              </w:rPr>
              <w:t xml:space="preserve">Lưu sản phẩm: </w:t>
            </w:r>
            <w:r>
              <w:t>Có thể dùng sản phẩm để trưng bày góc học tập KHTN của lớp.</w:t>
            </w:r>
          </w:p>
        </w:tc>
        <w:tc>
          <w:tcPr>
            <w:tcW w:w="4536" w:type="dxa"/>
            <w:shd w:val="clear" w:color="auto" w:fill="F5F8FA"/>
            <w:vAlign w:val="center"/>
          </w:tcPr>
          <w:p w14:paraId="30ED7F77" w14:textId="77777777" w:rsidR="003928F6" w:rsidRDefault="00000000">
            <w:pPr>
              <w:spacing w:after="60"/>
            </w:pPr>
            <w:r>
              <w:rPr>
                <w:b/>
              </w:rPr>
              <w:t xml:space="preserve">Bước 4. Kết luận, nhận định. </w:t>
            </w:r>
            <w:r>
              <w:t>Tự đối chiếu tiêu chí, hoàn thiện và nộp sản phẩm.</w:t>
            </w:r>
          </w:p>
          <w:p w14:paraId="223FD4B2" w14:textId="77777777" w:rsidR="003928F6" w:rsidRDefault="00000000">
            <w:pPr>
              <w:spacing w:after="60"/>
            </w:pPr>
            <w:r>
              <w:rPr>
                <w:b/>
              </w:rPr>
              <w:t xml:space="preserve">Tự nhận xét: </w:t>
            </w:r>
            <w:r>
              <w:t>Ghi một điều đã làm tốt và một điều cần cải thiện trong quá trình tìm hiểu, hợp tác.</w:t>
            </w:r>
          </w:p>
        </w:tc>
      </w:tr>
    </w:tbl>
    <w:p w14:paraId="0116412F" w14:textId="77777777" w:rsidR="003928F6" w:rsidRDefault="003928F6">
      <w:pPr>
        <w:spacing w:after="60"/>
      </w:pPr>
    </w:p>
    <w:p w14:paraId="4DCF5D0C" w14:textId="77777777" w:rsidR="003928F6" w:rsidRDefault="00000000">
      <w:pPr>
        <w:spacing w:before="60" w:after="60"/>
      </w:pPr>
      <w:r>
        <w:rPr>
          <w:b/>
          <w:color w:val="FF0000"/>
        </w:rPr>
        <w:t>[TÍCH HỢP NLS VÀ AI - NHIỆM VỤ NGOÀI LỚP]</w:t>
      </w:r>
    </w:p>
    <w:p w14:paraId="27317F50" w14:textId="77777777" w:rsidR="003928F6" w:rsidRDefault="00000000">
      <w:pPr>
        <w:spacing w:after="60"/>
      </w:pPr>
      <w:r>
        <w:rPr>
          <w:b/>
          <w:color w:val="FF0000"/>
        </w:rPr>
        <w:t xml:space="preserve">Mục tiêu tích hợp: </w:t>
      </w:r>
      <w:r>
        <w:rPr>
          <w:color w:val="FF0000"/>
        </w:rPr>
        <w:t>Học sinh tìm kiếm có định hướng, so sánh nguồn, dùng AI hỗ trợ tóm tắt khi đủ điều kiện và kiểm chứng từng thông tin trước khi hoàn thiện sản phẩm về nhà khoa học hoặc thành tựu KHTN.</w:t>
      </w:r>
    </w:p>
    <w:p w14:paraId="30EDD8DC" w14:textId="77777777" w:rsidR="003928F6" w:rsidRDefault="00000000">
      <w:pPr>
        <w:spacing w:after="60"/>
      </w:pPr>
      <w:r>
        <w:rPr>
          <w:b/>
          <w:color w:val="FF0000"/>
        </w:rPr>
        <w:t xml:space="preserve">Mã NLS: </w:t>
      </w:r>
      <w:r>
        <w:rPr>
          <w:color w:val="FF0000"/>
        </w:rPr>
        <w:t>NLS 1.1.TC1b; NLS 1.2.TC1a.</w:t>
      </w:r>
    </w:p>
    <w:p w14:paraId="2FA53DA0" w14:textId="77777777" w:rsidR="003928F6" w:rsidRDefault="00000000">
      <w:pPr>
        <w:spacing w:after="60"/>
      </w:pPr>
      <w:r>
        <w:rPr>
          <w:b/>
          <w:color w:val="FF0000"/>
        </w:rPr>
        <w:t xml:space="preserve">Tên năng lực thành phần và chỉ báo: </w:t>
      </w:r>
      <w:r>
        <w:rPr>
          <w:color w:val="FF0000"/>
        </w:rPr>
        <w:t>Duyệt, tìm kiếm và lọc dữ liệu, thông tin và nội dung số - Thực hiện được rõ ràng và theo quy trình các tìm kiếm để tìm dữ liệu, thông tin và nội dung trong môi trường số. Đánh giá dữ liệu, thông tin và nội dung số - Thực hiện phân tích, so sánh, đánh giá được độ tin cậy và độ chính xác của các nguồn dữ liệu, thông tin và nội dung số đã được tổ chức rõ ràng.</w:t>
      </w:r>
    </w:p>
    <w:p w14:paraId="7139E476" w14:textId="77777777" w:rsidR="003928F6" w:rsidRDefault="00000000">
      <w:pPr>
        <w:spacing w:after="60"/>
      </w:pPr>
      <w:r>
        <w:rPr>
          <w:b/>
          <w:color w:val="FF0000"/>
        </w:rPr>
        <w:lastRenderedPageBreak/>
        <w:t xml:space="preserve">Mã AI: </w:t>
      </w:r>
      <w:r>
        <w:rPr>
          <w:color w:val="FF0000"/>
        </w:rPr>
        <w:t>Quyết định 3439/QĐ-BGDĐT không thể hiện mã chi tiết dạng AI 6.A3.1; sử dụng NLa - lớp 6 - chủ đề A3 (Công dân trong kỉ nguyên AI), nội dung Học hỏi và phát triển với AI.</w:t>
      </w:r>
    </w:p>
    <w:p w14:paraId="54FE6BB1" w14:textId="77777777" w:rsidR="003928F6" w:rsidRDefault="00000000">
      <w:pPr>
        <w:spacing w:after="60"/>
      </w:pPr>
      <w:r>
        <w:rPr>
          <w:b/>
          <w:color w:val="FF0000"/>
        </w:rPr>
        <w:t xml:space="preserve">Yêu cầu cần đạt AI: </w:t>
      </w:r>
      <w:r>
        <w:rPr>
          <w:color w:val="FF0000"/>
        </w:rPr>
        <w:t>Nhận biết và giải thích được rằng AI có thể giúp con người học hỏi, rèn luyện kĩ năng và mở rộng hiểu biết, nếu con người biết sử dụng AI đúng cách và có mục đích rõ ràng.</w:t>
      </w:r>
    </w:p>
    <w:p w14:paraId="3F7643A3" w14:textId="77777777" w:rsidR="003928F6" w:rsidRDefault="00000000">
      <w:pPr>
        <w:spacing w:after="60"/>
      </w:pPr>
      <w:r>
        <w:rPr>
          <w:b/>
          <w:color w:val="FF0000"/>
        </w:rPr>
        <w:t xml:space="preserve">Mức độ tích hợp: </w:t>
      </w:r>
      <w:r>
        <w:rPr>
          <w:color w:val="FF0000"/>
        </w:rPr>
        <w:t>Mức vừa; thực hiện ngoài lớp, không làm thay đổi 8 phút giao nhiệm vụ trên lớp và không bắt buộc học sinh phải có thiết bị.</w:t>
      </w:r>
    </w:p>
    <w:p w14:paraId="370D91FE" w14:textId="77777777" w:rsidR="003928F6" w:rsidRDefault="00000000">
      <w:pPr>
        <w:spacing w:after="60"/>
      </w:pPr>
      <w:r>
        <w:rPr>
          <w:b/>
          <w:color w:val="FF0000"/>
        </w:rPr>
        <w:t>[HƯỚNG DẪN GIÁO VIÊN]</w:t>
      </w:r>
    </w:p>
    <w:p w14:paraId="1EA68595" w14:textId="77777777" w:rsidR="003928F6" w:rsidRDefault="00000000">
      <w:pPr>
        <w:spacing w:after="60"/>
      </w:pPr>
      <w:r>
        <w:rPr>
          <w:b/>
          <w:color w:val="FF0000"/>
        </w:rPr>
        <w:t xml:space="preserve">Giao nhiệm vụ: </w:t>
      </w:r>
      <w:r>
        <w:rPr>
          <w:color w:val="FF0000"/>
        </w:rPr>
        <w:t>Giữ nguyên hai lựa chọn của SGK. Giáo viên cung cấp danh mục nguồn được phép dùng hoặc tập tư liệu in; yêu cầu mỗi sản phẩm kiểm chứng tối thiểu hai nguồn đối với các thông tin chính.</w:t>
      </w:r>
    </w:p>
    <w:p w14:paraId="755F6377" w14:textId="77777777" w:rsidR="003928F6" w:rsidRDefault="00000000">
      <w:pPr>
        <w:spacing w:after="60"/>
      </w:pPr>
      <w:r>
        <w:rPr>
          <w:b/>
          <w:color w:val="FF0000"/>
        </w:rPr>
        <w:t xml:space="preserve">Quy trình tìm kiếm: </w:t>
      </w:r>
      <w:r>
        <w:rPr>
          <w:color w:val="FF0000"/>
        </w:rPr>
        <w:t>Hướng dẫn học sinh xác định bốn thông tin cần tìm, viết từ khóa cụ thể theo mẫu “tên nhà khoa học + quốc tịch/ngày sinh/thành tựu” hoặc “lĩnh vực + thành tựu + ích lợi”, ghi lại từ khóa và địa chỉ nguồn đã chọn.</w:t>
      </w:r>
    </w:p>
    <w:p w14:paraId="6777D13A" w14:textId="77777777" w:rsidR="003928F6" w:rsidRDefault="00000000">
      <w:pPr>
        <w:spacing w:after="60"/>
      </w:pPr>
      <w:r>
        <w:rPr>
          <w:b/>
          <w:color w:val="FF0000"/>
        </w:rPr>
        <w:t xml:space="preserve">Cách sử dụng AI: </w:t>
      </w:r>
      <w:r>
        <w:rPr>
          <w:color w:val="FF0000"/>
        </w:rPr>
        <w:t>Chỉ cho phép dùng AI sau khi học sinh đã có ghi chép từ nguồn. AI được dùng để gợi ý cách rút gọn hoặc sắp xếp thông tin; không dùng AI làm nguồn chứng minh và không chấp nhận bản sao nguyên văn.</w:t>
      </w:r>
    </w:p>
    <w:p w14:paraId="7AA287CA" w14:textId="77777777" w:rsidR="003928F6" w:rsidRDefault="00000000">
      <w:pPr>
        <w:spacing w:after="60"/>
      </w:pPr>
      <w:r>
        <w:rPr>
          <w:b/>
          <w:color w:val="FF0000"/>
        </w:rPr>
        <w:t xml:space="preserve">Câu lệnh gợi ý: </w:t>
      </w:r>
      <w:r>
        <w:rPr>
          <w:color w:val="FF0000"/>
        </w:rPr>
        <w:t>“Dựa duy nhất vào các dữ kiện dưới đây, hãy gợi ý bản tóm tắt khoảng 100 từ cho học sinh lớp 6. Không bổ sung dữ kiện ngoài phần tôi cung cấp: [dán các ghi chép đã kiểm chứng, không có dữ liệu cá nhân].”</w:t>
      </w:r>
    </w:p>
    <w:p w14:paraId="48405BE6" w14:textId="77777777" w:rsidR="003928F6" w:rsidRDefault="00000000">
      <w:pPr>
        <w:spacing w:after="60"/>
      </w:pPr>
      <w:r>
        <w:rPr>
          <w:b/>
          <w:color w:val="FF0000"/>
        </w:rPr>
        <w:t xml:space="preserve">Bảo vệ dữ liệu và bản quyền: </w:t>
      </w:r>
      <w:r>
        <w:rPr>
          <w:color w:val="FF0000"/>
        </w:rPr>
        <w:t>Không nhập tên, ảnh, giọng nói, địa chỉ, lớp cụ thể hoặc kết quả học tập của học sinh; không tải ảnh người khác khi chưa được phép; ghi nguồn hình ảnh và thông tin; ghi rõ phần AI hỗ trợ.</w:t>
      </w:r>
    </w:p>
    <w:p w14:paraId="681268A2" w14:textId="77777777" w:rsidR="003928F6" w:rsidRDefault="00000000">
      <w:pPr>
        <w:spacing w:after="60"/>
      </w:pPr>
      <w:r>
        <w:rPr>
          <w:b/>
          <w:color w:val="FF0000"/>
        </w:rPr>
        <w:t xml:space="preserve">Phương án thiết bị: </w:t>
      </w:r>
      <w:r>
        <w:rPr>
          <w:color w:val="FF0000"/>
        </w:rPr>
        <w:t>Phương án A/B ở nhà: cá nhân hoặc nhóm dùng một thiết bị dưới sự hỗ trợ của gia đình. Phương án D: dùng tập tư liệu và bản in kết quả AI mẫu do giáo viên cung cấp; sản phẩm được đánh giá theo cùng tiêu chí.</w:t>
      </w:r>
    </w:p>
    <w:p w14:paraId="25450624" w14:textId="77777777" w:rsidR="003928F6" w:rsidRDefault="00000000">
      <w:pPr>
        <w:spacing w:after="60"/>
      </w:pPr>
      <w:r>
        <w:rPr>
          <w:b/>
          <w:color w:val="FF0000"/>
        </w:rPr>
        <w:t>[HOẠT ĐỘNG CỦA HỌC SINH]</w:t>
      </w:r>
    </w:p>
    <w:p w14:paraId="64094D25" w14:textId="77777777" w:rsidR="003928F6" w:rsidRDefault="00000000">
      <w:pPr>
        <w:spacing w:after="60"/>
      </w:pPr>
      <w:r>
        <w:rPr>
          <w:b/>
          <w:color w:val="FF0000"/>
        </w:rPr>
        <w:t xml:space="preserve">Bước 1: </w:t>
      </w:r>
      <w:r>
        <w:rPr>
          <w:color w:val="FF0000"/>
        </w:rPr>
        <w:t>Chọn nhà khoa học hoặc lĩnh vực; ghi rõ bốn nội dung bắt buộc cần tìm theo yêu cầu gốc của giáo án.</w:t>
      </w:r>
    </w:p>
    <w:p w14:paraId="53E17BE0" w14:textId="77777777" w:rsidR="003928F6" w:rsidRDefault="00000000">
      <w:pPr>
        <w:spacing w:after="60"/>
      </w:pPr>
      <w:r>
        <w:rPr>
          <w:b/>
          <w:color w:val="FF0000"/>
        </w:rPr>
        <w:t xml:space="preserve">Bước 2: </w:t>
      </w:r>
      <w:r>
        <w:rPr>
          <w:color w:val="FF0000"/>
        </w:rPr>
        <w:t>Viết từ khóa cụ thể; tìm trong danh mục nguồn được phép; lựa chọn tối thiểu hai nguồn và ghi tên nguồn.</w:t>
      </w:r>
    </w:p>
    <w:p w14:paraId="0C5A2EBF" w14:textId="77777777" w:rsidR="003928F6" w:rsidRDefault="00000000">
      <w:pPr>
        <w:spacing w:after="60"/>
      </w:pPr>
      <w:r>
        <w:rPr>
          <w:b/>
          <w:color w:val="FF0000"/>
        </w:rPr>
        <w:t xml:space="preserve">Bước 3: </w:t>
      </w:r>
      <w:r>
        <w:rPr>
          <w:color w:val="FF0000"/>
        </w:rPr>
        <w:t>So sánh các dữ kiện chính giữa hai nguồn; đánh dấu trùng khớp, khác nhau hoặc còn thiếu; chọn kết luận có căn cứ.</w:t>
      </w:r>
    </w:p>
    <w:p w14:paraId="7AC01E37" w14:textId="77777777" w:rsidR="003928F6" w:rsidRDefault="00000000">
      <w:pPr>
        <w:spacing w:after="60"/>
      </w:pPr>
      <w:r>
        <w:rPr>
          <w:b/>
          <w:color w:val="FF0000"/>
        </w:rPr>
        <w:t xml:space="preserve">Bước 4: </w:t>
      </w:r>
      <w:r>
        <w:rPr>
          <w:color w:val="FF0000"/>
        </w:rPr>
        <w:t>Tự viết ghi chép ban đầu; nếu có điều kiện, dùng AI để gợi ý cách tóm tắt hoặc sắp xếp từ chính các dữ kiện đã kiểm chứng.</w:t>
      </w:r>
    </w:p>
    <w:p w14:paraId="3754131A" w14:textId="77777777" w:rsidR="003928F6" w:rsidRDefault="00000000">
      <w:pPr>
        <w:spacing w:after="60"/>
      </w:pPr>
      <w:r>
        <w:rPr>
          <w:b/>
          <w:color w:val="FF0000"/>
        </w:rPr>
        <w:t xml:space="preserve">Bước 5: </w:t>
      </w:r>
      <w:r>
        <w:rPr>
          <w:color w:val="FF0000"/>
        </w:rPr>
        <w:t>Kiểm tra từng câu AI gợi ý với bảng nguồn; xóa hoặc sửa nội dung không có căn cứ; hoàn thiện sản phẩm bằng lời của học sinh.</w:t>
      </w:r>
    </w:p>
    <w:p w14:paraId="2F6D8E4F" w14:textId="77777777" w:rsidR="003928F6" w:rsidRDefault="00000000">
      <w:pPr>
        <w:spacing w:after="60"/>
      </w:pPr>
      <w:r>
        <w:rPr>
          <w:b/>
          <w:color w:val="FF0000"/>
        </w:rPr>
        <w:lastRenderedPageBreak/>
        <w:t xml:space="preserve">Bước 6: </w:t>
      </w:r>
      <w:r>
        <w:rPr>
          <w:color w:val="FF0000"/>
        </w:rPr>
        <w:t>Ghi nguồn thông tin, nguồn hình ảnh và dòng minh bạch: AI/bản in hỗ trợ phần nào; học sinh tự tìm, kiểm chứng, sửa và trình bày phần nào.</w:t>
      </w:r>
    </w:p>
    <w:p w14:paraId="18F93994" w14:textId="77777777" w:rsidR="003928F6" w:rsidRDefault="00000000">
      <w:pPr>
        <w:spacing w:after="60"/>
      </w:pPr>
      <w:r>
        <w:rPr>
          <w:b/>
          <w:color w:val="FF0000"/>
        </w:rPr>
        <w:t>[SẢN PHẨM VÀ BẰNG CHỨNG]</w:t>
      </w:r>
    </w:p>
    <w:tbl>
      <w:tblPr>
        <w:tblStyle w:val="TableGrid"/>
        <w:tblW w:w="0" w:type="auto"/>
        <w:tblLayout w:type="fixed"/>
        <w:tblLook w:val="04A0" w:firstRow="1" w:lastRow="0" w:firstColumn="1" w:lastColumn="0" w:noHBand="0" w:noVBand="1"/>
      </w:tblPr>
      <w:tblGrid>
        <w:gridCol w:w="2131"/>
        <w:gridCol w:w="1987"/>
        <w:gridCol w:w="1987"/>
        <w:gridCol w:w="2851"/>
      </w:tblGrid>
      <w:tr w:rsidR="003928F6" w14:paraId="1AA063F3" w14:textId="77777777">
        <w:trPr>
          <w:cantSplit/>
          <w:tblHeader/>
        </w:trPr>
        <w:tc>
          <w:tcPr>
            <w:tcW w:w="2131" w:type="dxa"/>
            <w:shd w:val="clear" w:color="auto" w:fill="FDE9E7"/>
            <w:tcMar>
              <w:top w:w="55" w:type="dxa"/>
              <w:left w:w="65" w:type="dxa"/>
              <w:bottom w:w="55" w:type="dxa"/>
              <w:right w:w="65" w:type="dxa"/>
            </w:tcMar>
            <w:vAlign w:val="center"/>
          </w:tcPr>
          <w:p w14:paraId="2C22A42E" w14:textId="77777777" w:rsidR="003928F6" w:rsidRDefault="00000000">
            <w:pPr>
              <w:spacing w:after="0"/>
              <w:jc w:val="center"/>
            </w:pPr>
            <w:r>
              <w:rPr>
                <w:b/>
                <w:color w:val="FF0000"/>
              </w:rPr>
              <w:t>Nội dung cần kiểm chứng</w:t>
            </w:r>
          </w:p>
        </w:tc>
        <w:tc>
          <w:tcPr>
            <w:tcW w:w="1987" w:type="dxa"/>
            <w:shd w:val="clear" w:color="auto" w:fill="FDE9E7"/>
            <w:tcMar>
              <w:top w:w="55" w:type="dxa"/>
              <w:left w:w="65" w:type="dxa"/>
              <w:bottom w:w="55" w:type="dxa"/>
              <w:right w:w="65" w:type="dxa"/>
            </w:tcMar>
            <w:vAlign w:val="center"/>
          </w:tcPr>
          <w:p w14:paraId="48014224" w14:textId="77777777" w:rsidR="003928F6" w:rsidRDefault="00000000">
            <w:pPr>
              <w:spacing w:after="0"/>
              <w:jc w:val="center"/>
            </w:pPr>
            <w:r>
              <w:rPr>
                <w:b/>
                <w:color w:val="FF0000"/>
              </w:rPr>
              <w:t>Nguồn 1</w:t>
            </w:r>
          </w:p>
        </w:tc>
        <w:tc>
          <w:tcPr>
            <w:tcW w:w="1987" w:type="dxa"/>
            <w:shd w:val="clear" w:color="auto" w:fill="FDE9E7"/>
            <w:tcMar>
              <w:top w:w="55" w:type="dxa"/>
              <w:left w:w="65" w:type="dxa"/>
              <w:bottom w:w="55" w:type="dxa"/>
              <w:right w:w="65" w:type="dxa"/>
            </w:tcMar>
            <w:vAlign w:val="center"/>
          </w:tcPr>
          <w:p w14:paraId="73533937" w14:textId="77777777" w:rsidR="003928F6" w:rsidRDefault="00000000">
            <w:pPr>
              <w:spacing w:after="0"/>
              <w:jc w:val="center"/>
            </w:pPr>
            <w:r>
              <w:rPr>
                <w:b/>
                <w:color w:val="FF0000"/>
              </w:rPr>
              <w:t>Nguồn 2</w:t>
            </w:r>
          </w:p>
        </w:tc>
        <w:tc>
          <w:tcPr>
            <w:tcW w:w="2851" w:type="dxa"/>
            <w:shd w:val="clear" w:color="auto" w:fill="FDE9E7"/>
            <w:tcMar>
              <w:top w:w="55" w:type="dxa"/>
              <w:left w:w="65" w:type="dxa"/>
              <w:bottom w:w="55" w:type="dxa"/>
              <w:right w:w="65" w:type="dxa"/>
            </w:tcMar>
            <w:vAlign w:val="center"/>
          </w:tcPr>
          <w:p w14:paraId="5AC6E086" w14:textId="77777777" w:rsidR="003928F6" w:rsidRDefault="00000000">
            <w:pPr>
              <w:spacing w:after="0"/>
              <w:jc w:val="center"/>
            </w:pPr>
            <w:r>
              <w:rPr>
                <w:b/>
                <w:color w:val="FF0000"/>
              </w:rPr>
              <w:t>Kết luận dùng trong sản phẩm</w:t>
            </w:r>
          </w:p>
        </w:tc>
      </w:tr>
      <w:tr w:rsidR="003928F6" w14:paraId="43131160" w14:textId="77777777">
        <w:trPr>
          <w:cantSplit/>
        </w:trPr>
        <w:tc>
          <w:tcPr>
            <w:tcW w:w="2131" w:type="dxa"/>
            <w:tcMar>
              <w:top w:w="55" w:type="dxa"/>
              <w:left w:w="65" w:type="dxa"/>
              <w:bottom w:w="55" w:type="dxa"/>
              <w:right w:w="65" w:type="dxa"/>
            </w:tcMar>
            <w:vAlign w:val="center"/>
          </w:tcPr>
          <w:p w14:paraId="16273101" w14:textId="77777777" w:rsidR="003928F6" w:rsidRDefault="00000000">
            <w:pPr>
              <w:spacing w:after="0"/>
              <w:jc w:val="center"/>
            </w:pPr>
            <w:r>
              <w:rPr>
                <w:color w:val="FF0000"/>
              </w:rPr>
              <w:t>Quốc tịch/lĩnh vực</w:t>
            </w:r>
          </w:p>
        </w:tc>
        <w:tc>
          <w:tcPr>
            <w:tcW w:w="1987" w:type="dxa"/>
            <w:tcMar>
              <w:top w:w="55" w:type="dxa"/>
              <w:left w:w="65" w:type="dxa"/>
              <w:bottom w:w="55" w:type="dxa"/>
              <w:right w:w="65" w:type="dxa"/>
            </w:tcMar>
            <w:vAlign w:val="center"/>
          </w:tcPr>
          <w:p w14:paraId="788FB107" w14:textId="77777777" w:rsidR="003928F6" w:rsidRDefault="00000000">
            <w:pPr>
              <w:spacing w:after="0"/>
            </w:pPr>
            <w:r>
              <w:rPr>
                <w:color w:val="FF0000"/>
              </w:rPr>
              <w:t>........................</w:t>
            </w:r>
          </w:p>
        </w:tc>
        <w:tc>
          <w:tcPr>
            <w:tcW w:w="1987" w:type="dxa"/>
            <w:tcMar>
              <w:top w:w="55" w:type="dxa"/>
              <w:left w:w="65" w:type="dxa"/>
              <w:bottom w:w="55" w:type="dxa"/>
              <w:right w:w="65" w:type="dxa"/>
            </w:tcMar>
            <w:vAlign w:val="center"/>
          </w:tcPr>
          <w:p w14:paraId="3B874631" w14:textId="77777777" w:rsidR="003928F6" w:rsidRDefault="00000000">
            <w:pPr>
              <w:spacing w:after="0"/>
            </w:pPr>
            <w:r>
              <w:rPr>
                <w:color w:val="FF0000"/>
              </w:rPr>
              <w:t>........................</w:t>
            </w:r>
          </w:p>
        </w:tc>
        <w:tc>
          <w:tcPr>
            <w:tcW w:w="2851" w:type="dxa"/>
            <w:tcMar>
              <w:top w:w="55" w:type="dxa"/>
              <w:left w:w="65" w:type="dxa"/>
              <w:bottom w:w="55" w:type="dxa"/>
              <w:right w:w="65" w:type="dxa"/>
            </w:tcMar>
            <w:vAlign w:val="center"/>
          </w:tcPr>
          <w:p w14:paraId="4F9C87D0" w14:textId="77777777" w:rsidR="003928F6" w:rsidRDefault="00000000">
            <w:pPr>
              <w:spacing w:after="0"/>
            </w:pPr>
            <w:r>
              <w:rPr>
                <w:color w:val="FF0000"/>
              </w:rPr>
              <w:t>........................</w:t>
            </w:r>
          </w:p>
        </w:tc>
      </w:tr>
      <w:tr w:rsidR="003928F6" w14:paraId="70440E03" w14:textId="77777777">
        <w:trPr>
          <w:cantSplit/>
        </w:trPr>
        <w:tc>
          <w:tcPr>
            <w:tcW w:w="2131" w:type="dxa"/>
            <w:tcMar>
              <w:top w:w="55" w:type="dxa"/>
              <w:left w:w="65" w:type="dxa"/>
              <w:bottom w:w="55" w:type="dxa"/>
              <w:right w:w="65" w:type="dxa"/>
            </w:tcMar>
            <w:vAlign w:val="center"/>
          </w:tcPr>
          <w:p w14:paraId="4D8E6F68" w14:textId="77777777" w:rsidR="003928F6" w:rsidRDefault="00000000">
            <w:pPr>
              <w:spacing w:after="0"/>
              <w:jc w:val="center"/>
            </w:pPr>
            <w:r>
              <w:rPr>
                <w:color w:val="FF0000"/>
              </w:rPr>
              <w:t>Ngày sinh/mốc phát triển</w:t>
            </w:r>
          </w:p>
        </w:tc>
        <w:tc>
          <w:tcPr>
            <w:tcW w:w="1987" w:type="dxa"/>
            <w:tcMar>
              <w:top w:w="55" w:type="dxa"/>
              <w:left w:w="65" w:type="dxa"/>
              <w:bottom w:w="55" w:type="dxa"/>
              <w:right w:w="65" w:type="dxa"/>
            </w:tcMar>
            <w:vAlign w:val="center"/>
          </w:tcPr>
          <w:p w14:paraId="6C54D952" w14:textId="77777777" w:rsidR="003928F6" w:rsidRDefault="00000000">
            <w:pPr>
              <w:spacing w:after="0"/>
            </w:pPr>
            <w:r>
              <w:rPr>
                <w:color w:val="FF0000"/>
              </w:rPr>
              <w:t>........................</w:t>
            </w:r>
          </w:p>
        </w:tc>
        <w:tc>
          <w:tcPr>
            <w:tcW w:w="1987" w:type="dxa"/>
            <w:tcMar>
              <w:top w:w="55" w:type="dxa"/>
              <w:left w:w="65" w:type="dxa"/>
              <w:bottom w:w="55" w:type="dxa"/>
              <w:right w:w="65" w:type="dxa"/>
            </w:tcMar>
            <w:vAlign w:val="center"/>
          </w:tcPr>
          <w:p w14:paraId="0E221840" w14:textId="77777777" w:rsidR="003928F6" w:rsidRDefault="00000000">
            <w:pPr>
              <w:spacing w:after="0"/>
            </w:pPr>
            <w:r>
              <w:rPr>
                <w:color w:val="FF0000"/>
              </w:rPr>
              <w:t>........................</w:t>
            </w:r>
          </w:p>
        </w:tc>
        <w:tc>
          <w:tcPr>
            <w:tcW w:w="2851" w:type="dxa"/>
            <w:tcMar>
              <w:top w:w="55" w:type="dxa"/>
              <w:left w:w="65" w:type="dxa"/>
              <w:bottom w:w="55" w:type="dxa"/>
              <w:right w:w="65" w:type="dxa"/>
            </w:tcMar>
            <w:vAlign w:val="center"/>
          </w:tcPr>
          <w:p w14:paraId="4D0913A9" w14:textId="77777777" w:rsidR="003928F6" w:rsidRDefault="00000000">
            <w:pPr>
              <w:spacing w:after="0"/>
            </w:pPr>
            <w:r>
              <w:rPr>
                <w:color w:val="FF0000"/>
              </w:rPr>
              <w:t>........................</w:t>
            </w:r>
          </w:p>
        </w:tc>
      </w:tr>
      <w:tr w:rsidR="003928F6" w14:paraId="4071C969" w14:textId="77777777">
        <w:trPr>
          <w:cantSplit/>
        </w:trPr>
        <w:tc>
          <w:tcPr>
            <w:tcW w:w="2131" w:type="dxa"/>
            <w:tcMar>
              <w:top w:w="55" w:type="dxa"/>
              <w:left w:w="65" w:type="dxa"/>
              <w:bottom w:w="55" w:type="dxa"/>
              <w:right w:w="65" w:type="dxa"/>
            </w:tcMar>
            <w:vAlign w:val="center"/>
          </w:tcPr>
          <w:p w14:paraId="7DDA7E33" w14:textId="77777777" w:rsidR="003928F6" w:rsidRDefault="00000000">
            <w:pPr>
              <w:spacing w:after="0"/>
              <w:jc w:val="center"/>
            </w:pPr>
            <w:r>
              <w:rPr>
                <w:color w:val="FF0000"/>
              </w:rPr>
              <w:t>Thành tựu/phương tiện</w:t>
            </w:r>
          </w:p>
        </w:tc>
        <w:tc>
          <w:tcPr>
            <w:tcW w:w="1987" w:type="dxa"/>
            <w:tcMar>
              <w:top w:w="55" w:type="dxa"/>
              <w:left w:w="65" w:type="dxa"/>
              <w:bottom w:w="55" w:type="dxa"/>
              <w:right w:w="65" w:type="dxa"/>
            </w:tcMar>
            <w:vAlign w:val="center"/>
          </w:tcPr>
          <w:p w14:paraId="42286722" w14:textId="77777777" w:rsidR="003928F6" w:rsidRDefault="00000000">
            <w:pPr>
              <w:spacing w:after="0"/>
            </w:pPr>
            <w:r>
              <w:rPr>
                <w:color w:val="FF0000"/>
              </w:rPr>
              <w:t>........................</w:t>
            </w:r>
          </w:p>
        </w:tc>
        <w:tc>
          <w:tcPr>
            <w:tcW w:w="1987" w:type="dxa"/>
            <w:tcMar>
              <w:top w:w="55" w:type="dxa"/>
              <w:left w:w="65" w:type="dxa"/>
              <w:bottom w:w="55" w:type="dxa"/>
              <w:right w:w="65" w:type="dxa"/>
            </w:tcMar>
            <w:vAlign w:val="center"/>
          </w:tcPr>
          <w:p w14:paraId="23095FE4" w14:textId="77777777" w:rsidR="003928F6" w:rsidRDefault="00000000">
            <w:pPr>
              <w:spacing w:after="0"/>
            </w:pPr>
            <w:r>
              <w:rPr>
                <w:color w:val="FF0000"/>
              </w:rPr>
              <w:t>........................</w:t>
            </w:r>
          </w:p>
        </w:tc>
        <w:tc>
          <w:tcPr>
            <w:tcW w:w="2851" w:type="dxa"/>
            <w:tcMar>
              <w:top w:w="55" w:type="dxa"/>
              <w:left w:w="65" w:type="dxa"/>
              <w:bottom w:w="55" w:type="dxa"/>
              <w:right w:w="65" w:type="dxa"/>
            </w:tcMar>
            <w:vAlign w:val="center"/>
          </w:tcPr>
          <w:p w14:paraId="39B06DD1" w14:textId="77777777" w:rsidR="003928F6" w:rsidRDefault="00000000">
            <w:pPr>
              <w:spacing w:after="0"/>
            </w:pPr>
            <w:r>
              <w:rPr>
                <w:color w:val="FF0000"/>
              </w:rPr>
              <w:t>........................</w:t>
            </w:r>
          </w:p>
        </w:tc>
      </w:tr>
      <w:tr w:rsidR="003928F6" w14:paraId="1D2B42A9" w14:textId="77777777">
        <w:trPr>
          <w:cantSplit/>
        </w:trPr>
        <w:tc>
          <w:tcPr>
            <w:tcW w:w="2131" w:type="dxa"/>
            <w:tcMar>
              <w:top w:w="55" w:type="dxa"/>
              <w:left w:w="65" w:type="dxa"/>
              <w:bottom w:w="55" w:type="dxa"/>
              <w:right w:w="65" w:type="dxa"/>
            </w:tcMar>
            <w:vAlign w:val="center"/>
          </w:tcPr>
          <w:p w14:paraId="68489CDB" w14:textId="77777777" w:rsidR="003928F6" w:rsidRDefault="00000000">
            <w:pPr>
              <w:spacing w:after="0"/>
              <w:jc w:val="center"/>
            </w:pPr>
            <w:r>
              <w:rPr>
                <w:color w:val="FF0000"/>
              </w:rPr>
              <w:t>Ý nghĩa hoặc ích lợi</w:t>
            </w:r>
          </w:p>
        </w:tc>
        <w:tc>
          <w:tcPr>
            <w:tcW w:w="1987" w:type="dxa"/>
            <w:tcMar>
              <w:top w:w="55" w:type="dxa"/>
              <w:left w:w="65" w:type="dxa"/>
              <w:bottom w:w="55" w:type="dxa"/>
              <w:right w:w="65" w:type="dxa"/>
            </w:tcMar>
            <w:vAlign w:val="center"/>
          </w:tcPr>
          <w:p w14:paraId="44B663FC" w14:textId="77777777" w:rsidR="003928F6" w:rsidRDefault="00000000">
            <w:pPr>
              <w:spacing w:after="0"/>
            </w:pPr>
            <w:r>
              <w:rPr>
                <w:color w:val="FF0000"/>
              </w:rPr>
              <w:t>........................</w:t>
            </w:r>
          </w:p>
        </w:tc>
        <w:tc>
          <w:tcPr>
            <w:tcW w:w="1987" w:type="dxa"/>
            <w:tcMar>
              <w:top w:w="55" w:type="dxa"/>
              <w:left w:w="65" w:type="dxa"/>
              <w:bottom w:w="55" w:type="dxa"/>
              <w:right w:w="65" w:type="dxa"/>
            </w:tcMar>
            <w:vAlign w:val="center"/>
          </w:tcPr>
          <w:p w14:paraId="2426A000" w14:textId="77777777" w:rsidR="003928F6" w:rsidRDefault="00000000">
            <w:pPr>
              <w:spacing w:after="0"/>
            </w:pPr>
            <w:r>
              <w:rPr>
                <w:color w:val="FF0000"/>
              </w:rPr>
              <w:t>........................</w:t>
            </w:r>
          </w:p>
        </w:tc>
        <w:tc>
          <w:tcPr>
            <w:tcW w:w="2851" w:type="dxa"/>
            <w:tcMar>
              <w:top w:w="55" w:type="dxa"/>
              <w:left w:w="65" w:type="dxa"/>
              <w:bottom w:w="55" w:type="dxa"/>
              <w:right w:w="65" w:type="dxa"/>
            </w:tcMar>
            <w:vAlign w:val="center"/>
          </w:tcPr>
          <w:p w14:paraId="78D4F797" w14:textId="77777777" w:rsidR="003928F6" w:rsidRDefault="00000000">
            <w:pPr>
              <w:spacing w:after="0"/>
            </w:pPr>
            <w:r>
              <w:rPr>
                <w:color w:val="FF0000"/>
              </w:rPr>
              <w:t>........................</w:t>
            </w:r>
          </w:p>
        </w:tc>
      </w:tr>
    </w:tbl>
    <w:p w14:paraId="1FA908F7" w14:textId="77777777" w:rsidR="003928F6" w:rsidRDefault="00000000">
      <w:pPr>
        <w:spacing w:after="60"/>
      </w:pPr>
      <w:r>
        <w:rPr>
          <w:b/>
          <w:color w:val="FF0000"/>
        </w:rPr>
        <w:t xml:space="preserve">Từ khóa đã dùng: </w:t>
      </w:r>
      <w:r>
        <w:rPr>
          <w:color w:val="FF0000"/>
        </w:rPr>
        <w:t>........................................................................................................</w:t>
      </w:r>
    </w:p>
    <w:p w14:paraId="32C9AEB8" w14:textId="77777777" w:rsidR="003928F6" w:rsidRDefault="00000000">
      <w:pPr>
        <w:spacing w:after="60"/>
      </w:pPr>
      <w:r>
        <w:rPr>
          <w:b/>
          <w:color w:val="FF0000"/>
        </w:rPr>
        <w:t xml:space="preserve">Minh bạch hỗ trợ: </w:t>
      </w:r>
      <w:r>
        <w:rPr>
          <w:color w:val="FF0000"/>
        </w:rPr>
        <w:t>AI/bản in hỗ trợ: ................................; Em tự tìm, kiểm chứng và hoàn thiện: ................................</w:t>
      </w:r>
    </w:p>
    <w:p w14:paraId="7E408B27" w14:textId="77777777" w:rsidR="003928F6" w:rsidRDefault="00000000">
      <w:pPr>
        <w:spacing w:after="60"/>
      </w:pPr>
      <w:r>
        <w:rPr>
          <w:b/>
          <w:color w:val="FF0000"/>
        </w:rPr>
        <w:t>[ĐÁNH GIÁ]</w:t>
      </w:r>
    </w:p>
    <w:p w14:paraId="0D274DDC" w14:textId="77777777" w:rsidR="003928F6" w:rsidRDefault="00000000">
      <w:pPr>
        <w:spacing w:after="60"/>
      </w:pPr>
      <w:r>
        <w:rPr>
          <w:b/>
          <w:color w:val="FF0000"/>
        </w:rPr>
        <w:t xml:space="preserve">Đạt tốt: </w:t>
      </w:r>
      <w:r>
        <w:rPr>
          <w:color w:val="FF0000"/>
        </w:rPr>
        <w:t>Từ khóa rõ; có tối thiểu hai nguồn; kiểm chứng đủ bốn nội dung; mọi thông tin và hình ảnh có nguồn; bản cuối được học sinh tự sửa, viết lại; nêu rõ phần AI hỗ trợ.</w:t>
      </w:r>
    </w:p>
    <w:p w14:paraId="37E2999C" w14:textId="77777777" w:rsidR="003928F6" w:rsidRDefault="00000000">
      <w:pPr>
        <w:spacing w:after="60"/>
      </w:pPr>
      <w:r>
        <w:rPr>
          <w:b/>
          <w:color w:val="FF0000"/>
        </w:rPr>
        <w:t xml:space="preserve">Đạt: </w:t>
      </w:r>
      <w:r>
        <w:rPr>
          <w:color w:val="FF0000"/>
        </w:rPr>
        <w:t>Có hai nguồn; kiểm chứng được ít nhất ba nội dung; sửa được thông tin thiếu căn cứ sau gợi ý; không cung cấp dữ liệu cá nhân.</w:t>
      </w:r>
    </w:p>
    <w:p w14:paraId="0B2BC15A" w14:textId="77777777" w:rsidR="003928F6" w:rsidRDefault="00000000">
      <w:pPr>
        <w:spacing w:after="60"/>
      </w:pPr>
      <w:r>
        <w:rPr>
          <w:b/>
          <w:color w:val="FF0000"/>
        </w:rPr>
        <w:t xml:space="preserve">Cần hỗ trợ: </w:t>
      </w:r>
      <w:r>
        <w:rPr>
          <w:color w:val="FF0000"/>
        </w:rPr>
        <w:t>Chỉ dùng một nguồn, sao chép nguyên kết quả AI, thiếu ghi nguồn hoặc chưa kiểm chứng; giáo viên cho làm lại bằng tập tư liệu và một hàng mẫu.</w:t>
      </w:r>
    </w:p>
    <w:p w14:paraId="28A55EB5" w14:textId="77777777" w:rsidR="003928F6" w:rsidRDefault="00000000">
      <w:pPr>
        <w:pStyle w:val="Heading2"/>
        <w:spacing w:before="0" w:after="60"/>
      </w:pPr>
      <w:r>
        <w:rPr>
          <w:rFonts w:ascii="Times New Roman" w:eastAsia="Times New Roman" w:hAnsi="Times New Roman"/>
        </w:rPr>
        <w:t>4. Kế hoạch kiểm tra, đánh giá trong bài học</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400"/>
        <w:gridCol w:w="2100"/>
        <w:gridCol w:w="1750"/>
        <w:gridCol w:w="3822"/>
      </w:tblGrid>
      <w:tr w:rsidR="003928F6" w14:paraId="1EB848BD" w14:textId="77777777">
        <w:trPr>
          <w:cantSplit/>
          <w:tblHeader/>
        </w:trPr>
        <w:tc>
          <w:tcPr>
            <w:tcW w:w="1400" w:type="dxa"/>
            <w:shd w:val="clear" w:color="auto" w:fill="173B57"/>
            <w:tcMar>
              <w:top w:w="110" w:type="dxa"/>
              <w:left w:w="120" w:type="dxa"/>
              <w:bottom w:w="110" w:type="dxa"/>
              <w:right w:w="120" w:type="dxa"/>
            </w:tcMar>
            <w:vAlign w:val="center"/>
          </w:tcPr>
          <w:p w14:paraId="6B2F0464" w14:textId="77777777" w:rsidR="003928F6" w:rsidRDefault="00000000">
            <w:pPr>
              <w:spacing w:after="60"/>
              <w:jc w:val="center"/>
            </w:pPr>
            <w:r>
              <w:rPr>
                <w:b/>
              </w:rPr>
              <w:t>Hoạt động</w:t>
            </w:r>
          </w:p>
        </w:tc>
        <w:tc>
          <w:tcPr>
            <w:tcW w:w="2100" w:type="dxa"/>
            <w:shd w:val="clear" w:color="auto" w:fill="173B57"/>
            <w:tcMar>
              <w:top w:w="110" w:type="dxa"/>
              <w:left w:w="120" w:type="dxa"/>
              <w:bottom w:w="110" w:type="dxa"/>
              <w:right w:w="120" w:type="dxa"/>
            </w:tcMar>
            <w:vAlign w:val="center"/>
          </w:tcPr>
          <w:p w14:paraId="05C86AD7" w14:textId="77777777" w:rsidR="003928F6" w:rsidRDefault="00000000">
            <w:pPr>
              <w:spacing w:after="60"/>
              <w:jc w:val="center"/>
            </w:pPr>
            <w:r>
              <w:rPr>
                <w:b/>
              </w:rPr>
              <w:t>Minh chứng</w:t>
            </w:r>
          </w:p>
        </w:tc>
        <w:tc>
          <w:tcPr>
            <w:tcW w:w="1750" w:type="dxa"/>
            <w:shd w:val="clear" w:color="auto" w:fill="173B57"/>
            <w:tcMar>
              <w:top w:w="110" w:type="dxa"/>
              <w:left w:w="120" w:type="dxa"/>
              <w:bottom w:w="110" w:type="dxa"/>
              <w:right w:w="120" w:type="dxa"/>
            </w:tcMar>
            <w:vAlign w:val="center"/>
          </w:tcPr>
          <w:p w14:paraId="74B76CFB" w14:textId="77777777" w:rsidR="003928F6" w:rsidRDefault="00000000">
            <w:pPr>
              <w:spacing w:after="60"/>
              <w:jc w:val="center"/>
            </w:pPr>
            <w:r>
              <w:rPr>
                <w:b/>
              </w:rPr>
              <w:t>Hình thức</w:t>
            </w:r>
          </w:p>
        </w:tc>
        <w:tc>
          <w:tcPr>
            <w:tcW w:w="3822" w:type="dxa"/>
            <w:shd w:val="clear" w:color="auto" w:fill="173B57"/>
            <w:tcMar>
              <w:top w:w="110" w:type="dxa"/>
              <w:left w:w="120" w:type="dxa"/>
              <w:bottom w:w="110" w:type="dxa"/>
              <w:right w:w="120" w:type="dxa"/>
            </w:tcMar>
            <w:vAlign w:val="center"/>
          </w:tcPr>
          <w:p w14:paraId="3BDCBFD6" w14:textId="77777777" w:rsidR="003928F6" w:rsidRDefault="00000000">
            <w:pPr>
              <w:spacing w:after="60"/>
              <w:jc w:val="center"/>
            </w:pPr>
            <w:r>
              <w:rPr>
                <w:b/>
              </w:rPr>
              <w:t>Tiêu chí chính</w:t>
            </w:r>
          </w:p>
        </w:tc>
      </w:tr>
      <w:tr w:rsidR="003928F6" w14:paraId="56CFBE3E" w14:textId="77777777">
        <w:trPr>
          <w:cantSplit/>
        </w:trPr>
        <w:tc>
          <w:tcPr>
            <w:tcW w:w="1400" w:type="dxa"/>
            <w:vAlign w:val="center"/>
          </w:tcPr>
          <w:p w14:paraId="1ECB45E4" w14:textId="77777777" w:rsidR="003928F6" w:rsidRDefault="00000000">
            <w:pPr>
              <w:spacing w:after="60"/>
            </w:pPr>
            <w:r>
              <w:t>Mở đầu</w:t>
            </w:r>
          </w:p>
        </w:tc>
        <w:tc>
          <w:tcPr>
            <w:tcW w:w="2100" w:type="dxa"/>
            <w:vAlign w:val="center"/>
          </w:tcPr>
          <w:p w14:paraId="7744FD63" w14:textId="77777777" w:rsidR="003928F6" w:rsidRDefault="00000000">
            <w:pPr>
              <w:spacing w:after="60"/>
            </w:pPr>
            <w:r>
              <w:t>Câu trả lời từ tranh</w:t>
            </w:r>
          </w:p>
        </w:tc>
        <w:tc>
          <w:tcPr>
            <w:tcW w:w="1750" w:type="dxa"/>
            <w:vAlign w:val="center"/>
          </w:tcPr>
          <w:p w14:paraId="2CB9BCB2" w14:textId="77777777" w:rsidR="003928F6" w:rsidRDefault="00000000">
            <w:pPr>
              <w:spacing w:after="60"/>
            </w:pPr>
            <w:r>
              <w:t>Hỏi - đáp, quan sát</w:t>
            </w:r>
          </w:p>
        </w:tc>
        <w:tc>
          <w:tcPr>
            <w:tcW w:w="3822" w:type="dxa"/>
            <w:vAlign w:val="center"/>
          </w:tcPr>
          <w:p w14:paraId="6C88CA8F" w14:textId="77777777" w:rsidR="003928F6" w:rsidRDefault="00000000">
            <w:pPr>
              <w:spacing w:after="60"/>
            </w:pPr>
            <w:r>
              <w:t>Gọi đúng đồ dùng; nêu tác dụng hoặc khó khăn có căn cứ</w:t>
            </w:r>
          </w:p>
        </w:tc>
      </w:tr>
      <w:tr w:rsidR="003928F6" w14:paraId="22A5D679" w14:textId="77777777">
        <w:trPr>
          <w:cantSplit/>
        </w:trPr>
        <w:tc>
          <w:tcPr>
            <w:tcW w:w="1400" w:type="dxa"/>
            <w:shd w:val="clear" w:color="auto" w:fill="F5F8FA"/>
            <w:vAlign w:val="center"/>
          </w:tcPr>
          <w:p w14:paraId="7AC238BF" w14:textId="77777777" w:rsidR="003928F6" w:rsidRDefault="00000000">
            <w:pPr>
              <w:spacing w:after="60"/>
            </w:pPr>
            <w:r>
              <w:t>Khái niệm KHTN</w:t>
            </w:r>
          </w:p>
        </w:tc>
        <w:tc>
          <w:tcPr>
            <w:tcW w:w="2100" w:type="dxa"/>
            <w:shd w:val="clear" w:color="auto" w:fill="F5F8FA"/>
            <w:vAlign w:val="center"/>
          </w:tcPr>
          <w:p w14:paraId="0807EAA1" w14:textId="77777777" w:rsidR="003928F6" w:rsidRDefault="00000000">
            <w:pPr>
              <w:spacing w:after="60"/>
            </w:pPr>
            <w:r>
              <w:t>Câu khái niệm, từ khóa</w:t>
            </w:r>
          </w:p>
        </w:tc>
        <w:tc>
          <w:tcPr>
            <w:tcW w:w="1750" w:type="dxa"/>
            <w:shd w:val="clear" w:color="auto" w:fill="F5F8FA"/>
            <w:vAlign w:val="center"/>
          </w:tcPr>
          <w:p w14:paraId="32C0E3E7" w14:textId="77777777" w:rsidR="003928F6" w:rsidRDefault="00000000">
            <w:pPr>
              <w:spacing w:after="60"/>
            </w:pPr>
            <w:r>
              <w:t>Viết, hỏi - đáp</w:t>
            </w:r>
          </w:p>
        </w:tc>
        <w:tc>
          <w:tcPr>
            <w:tcW w:w="3822" w:type="dxa"/>
            <w:shd w:val="clear" w:color="auto" w:fill="F5F8FA"/>
            <w:vAlign w:val="center"/>
          </w:tcPr>
          <w:p w14:paraId="2CF3DE59" w14:textId="77777777" w:rsidR="003928F6" w:rsidRDefault="00000000">
            <w:pPr>
              <w:spacing w:after="60"/>
            </w:pPr>
            <w:r>
              <w:t>Đủ đối tượng và mục đích nghiên cứu theo SGK</w:t>
            </w:r>
          </w:p>
        </w:tc>
      </w:tr>
      <w:tr w:rsidR="003928F6" w14:paraId="19AC975E" w14:textId="77777777">
        <w:trPr>
          <w:cantSplit/>
        </w:trPr>
        <w:tc>
          <w:tcPr>
            <w:tcW w:w="1400" w:type="dxa"/>
            <w:vAlign w:val="center"/>
          </w:tcPr>
          <w:p w14:paraId="4F21A723" w14:textId="77777777" w:rsidR="003928F6" w:rsidRDefault="00000000">
            <w:pPr>
              <w:spacing w:after="60"/>
            </w:pPr>
            <w:r>
              <w:t>Vật sống/vật không sống</w:t>
            </w:r>
          </w:p>
        </w:tc>
        <w:tc>
          <w:tcPr>
            <w:tcW w:w="2100" w:type="dxa"/>
            <w:vAlign w:val="center"/>
          </w:tcPr>
          <w:p w14:paraId="5915D8FB" w14:textId="77777777" w:rsidR="003928F6" w:rsidRDefault="00000000">
            <w:pPr>
              <w:spacing w:after="60"/>
            </w:pPr>
            <w:r>
              <w:t>Phiếu số 1</w:t>
            </w:r>
          </w:p>
        </w:tc>
        <w:tc>
          <w:tcPr>
            <w:tcW w:w="1750" w:type="dxa"/>
            <w:vAlign w:val="center"/>
          </w:tcPr>
          <w:p w14:paraId="36320B46" w14:textId="77777777" w:rsidR="003928F6" w:rsidRDefault="00000000">
            <w:pPr>
              <w:spacing w:after="60"/>
            </w:pPr>
            <w:r>
              <w:t>Cá nhân, nhóm</w:t>
            </w:r>
          </w:p>
        </w:tc>
        <w:tc>
          <w:tcPr>
            <w:tcW w:w="3822" w:type="dxa"/>
            <w:vAlign w:val="center"/>
          </w:tcPr>
          <w:p w14:paraId="38E73A19" w14:textId="77777777" w:rsidR="003928F6" w:rsidRDefault="00000000">
            <w:pPr>
              <w:spacing w:after="60"/>
            </w:pPr>
            <w:r>
              <w:t>Phân loại đúng 6/6; dùng ba đặc điểm</w:t>
            </w:r>
          </w:p>
        </w:tc>
      </w:tr>
      <w:tr w:rsidR="003928F6" w14:paraId="37E14AE9" w14:textId="77777777">
        <w:trPr>
          <w:cantSplit/>
        </w:trPr>
        <w:tc>
          <w:tcPr>
            <w:tcW w:w="1400" w:type="dxa"/>
            <w:shd w:val="clear" w:color="auto" w:fill="F5F8FA"/>
            <w:vAlign w:val="center"/>
          </w:tcPr>
          <w:p w14:paraId="0D37B32A" w14:textId="77777777" w:rsidR="003928F6" w:rsidRDefault="00000000">
            <w:pPr>
              <w:spacing w:after="60"/>
            </w:pPr>
            <w:r>
              <w:t>Các lĩnh vực KHTN</w:t>
            </w:r>
          </w:p>
        </w:tc>
        <w:tc>
          <w:tcPr>
            <w:tcW w:w="2100" w:type="dxa"/>
            <w:shd w:val="clear" w:color="auto" w:fill="F5F8FA"/>
            <w:vAlign w:val="center"/>
          </w:tcPr>
          <w:p w14:paraId="2CE106B6" w14:textId="77777777" w:rsidR="003928F6" w:rsidRDefault="00000000">
            <w:pPr>
              <w:spacing w:after="60"/>
            </w:pPr>
            <w:r>
              <w:t>Phiếu số 2, Bảng 1.1</w:t>
            </w:r>
          </w:p>
        </w:tc>
        <w:tc>
          <w:tcPr>
            <w:tcW w:w="1750" w:type="dxa"/>
            <w:shd w:val="clear" w:color="auto" w:fill="F5F8FA"/>
            <w:vAlign w:val="center"/>
          </w:tcPr>
          <w:p w14:paraId="4FCB2D49" w14:textId="77777777" w:rsidR="003928F6" w:rsidRDefault="00000000">
            <w:pPr>
              <w:spacing w:after="60"/>
            </w:pPr>
            <w:r>
              <w:t>Quan sát, thực hành, viết</w:t>
            </w:r>
          </w:p>
        </w:tc>
        <w:tc>
          <w:tcPr>
            <w:tcW w:w="3822" w:type="dxa"/>
            <w:shd w:val="clear" w:color="auto" w:fill="F5F8FA"/>
            <w:vAlign w:val="center"/>
          </w:tcPr>
          <w:p w14:paraId="40953A10" w14:textId="77777777" w:rsidR="003928F6" w:rsidRDefault="00000000">
            <w:pPr>
              <w:spacing w:after="60"/>
            </w:pPr>
            <w:r>
              <w:t>Đúng năm lĩnh vực; Bảng 1.1 đúng 4/4; phân biệt dự đoán và kết quả</w:t>
            </w:r>
          </w:p>
        </w:tc>
      </w:tr>
      <w:tr w:rsidR="003928F6" w14:paraId="0379AB1C" w14:textId="77777777">
        <w:trPr>
          <w:cantSplit/>
        </w:trPr>
        <w:tc>
          <w:tcPr>
            <w:tcW w:w="1400" w:type="dxa"/>
            <w:vAlign w:val="center"/>
          </w:tcPr>
          <w:p w14:paraId="590390FA" w14:textId="77777777" w:rsidR="003928F6" w:rsidRDefault="00000000">
            <w:pPr>
              <w:spacing w:after="60"/>
            </w:pPr>
            <w:r>
              <w:lastRenderedPageBreak/>
              <w:t>KHTN với đời sống</w:t>
            </w:r>
          </w:p>
        </w:tc>
        <w:tc>
          <w:tcPr>
            <w:tcW w:w="2100" w:type="dxa"/>
            <w:vAlign w:val="center"/>
          </w:tcPr>
          <w:p w14:paraId="78DDB9D5" w14:textId="77777777" w:rsidR="003928F6" w:rsidRDefault="00000000">
            <w:pPr>
              <w:spacing w:after="60"/>
            </w:pPr>
            <w:r>
              <w:t>Phiếu số 3</w:t>
            </w:r>
          </w:p>
        </w:tc>
        <w:tc>
          <w:tcPr>
            <w:tcW w:w="1750" w:type="dxa"/>
            <w:vAlign w:val="center"/>
          </w:tcPr>
          <w:p w14:paraId="6D2F199C" w14:textId="77777777" w:rsidR="003928F6" w:rsidRDefault="00000000">
            <w:pPr>
              <w:spacing w:after="60"/>
            </w:pPr>
            <w:r>
              <w:t>Nhóm, thuyết trình</w:t>
            </w:r>
          </w:p>
        </w:tc>
        <w:tc>
          <w:tcPr>
            <w:tcW w:w="3822" w:type="dxa"/>
            <w:vAlign w:val="center"/>
          </w:tcPr>
          <w:p w14:paraId="42F671D4" w14:textId="77777777" w:rsidR="003928F6" w:rsidRDefault="00000000">
            <w:pPr>
              <w:spacing w:after="60"/>
            </w:pPr>
            <w:r>
              <w:t>Đủ ba lĩnh vực; có lợi ích và tác hại từ hình</w:t>
            </w:r>
          </w:p>
        </w:tc>
      </w:tr>
      <w:tr w:rsidR="003928F6" w14:paraId="7356AF93" w14:textId="77777777">
        <w:trPr>
          <w:cantSplit/>
        </w:trPr>
        <w:tc>
          <w:tcPr>
            <w:tcW w:w="1400" w:type="dxa"/>
            <w:shd w:val="clear" w:color="auto" w:fill="F5F8FA"/>
            <w:vAlign w:val="center"/>
          </w:tcPr>
          <w:p w14:paraId="6DA60385" w14:textId="77777777" w:rsidR="003928F6" w:rsidRDefault="00000000">
            <w:pPr>
              <w:spacing w:after="60"/>
            </w:pPr>
            <w:r>
              <w:t>Luyện tập</w:t>
            </w:r>
          </w:p>
        </w:tc>
        <w:tc>
          <w:tcPr>
            <w:tcW w:w="2100" w:type="dxa"/>
            <w:shd w:val="clear" w:color="auto" w:fill="F5F8FA"/>
            <w:vAlign w:val="center"/>
          </w:tcPr>
          <w:p w14:paraId="14E207EB" w14:textId="77777777" w:rsidR="003928F6" w:rsidRDefault="00000000">
            <w:pPr>
              <w:spacing w:after="60"/>
            </w:pPr>
            <w:r>
              <w:t>Phiếu số 4</w:t>
            </w:r>
          </w:p>
        </w:tc>
        <w:tc>
          <w:tcPr>
            <w:tcW w:w="1750" w:type="dxa"/>
            <w:shd w:val="clear" w:color="auto" w:fill="F5F8FA"/>
            <w:vAlign w:val="center"/>
          </w:tcPr>
          <w:p w14:paraId="3E568CED" w14:textId="77777777" w:rsidR="003928F6" w:rsidRDefault="00000000">
            <w:pPr>
              <w:spacing w:after="60"/>
            </w:pPr>
            <w:r>
              <w:t>Cá nhân, kiểm tra chéo</w:t>
            </w:r>
          </w:p>
        </w:tc>
        <w:tc>
          <w:tcPr>
            <w:tcW w:w="3822" w:type="dxa"/>
            <w:shd w:val="clear" w:color="auto" w:fill="F5F8FA"/>
            <w:vAlign w:val="center"/>
          </w:tcPr>
          <w:p w14:paraId="19692FAD" w14:textId="77777777" w:rsidR="003928F6" w:rsidRDefault="00000000">
            <w:pPr>
              <w:spacing w:after="60"/>
            </w:pPr>
            <w:r>
              <w:t>Đúng ít nhất 3/4 phần và tự sửa</w:t>
            </w:r>
          </w:p>
        </w:tc>
      </w:tr>
      <w:tr w:rsidR="003928F6" w14:paraId="21C1DB86" w14:textId="77777777">
        <w:trPr>
          <w:cantSplit/>
        </w:trPr>
        <w:tc>
          <w:tcPr>
            <w:tcW w:w="1400" w:type="dxa"/>
            <w:vAlign w:val="center"/>
          </w:tcPr>
          <w:p w14:paraId="5F9A8F4A" w14:textId="77777777" w:rsidR="003928F6" w:rsidRDefault="00000000">
            <w:pPr>
              <w:spacing w:after="60"/>
            </w:pPr>
            <w:r>
              <w:t>Vận dụng</w:t>
            </w:r>
          </w:p>
        </w:tc>
        <w:tc>
          <w:tcPr>
            <w:tcW w:w="2100" w:type="dxa"/>
            <w:vAlign w:val="center"/>
          </w:tcPr>
          <w:p w14:paraId="4777F182" w14:textId="77777777" w:rsidR="003928F6" w:rsidRDefault="00000000">
            <w:pPr>
              <w:spacing w:after="60"/>
            </w:pPr>
            <w:r>
              <w:t>Bản tóm tắt/tờ giới thiệu/tờ báo tường</w:t>
            </w:r>
          </w:p>
        </w:tc>
        <w:tc>
          <w:tcPr>
            <w:tcW w:w="1750" w:type="dxa"/>
            <w:vAlign w:val="center"/>
          </w:tcPr>
          <w:p w14:paraId="5F78EA15" w14:textId="77777777" w:rsidR="003928F6" w:rsidRDefault="00000000">
            <w:pPr>
              <w:spacing w:after="60"/>
            </w:pPr>
            <w:r>
              <w:t>Sản phẩm, thuyết trình</w:t>
            </w:r>
          </w:p>
        </w:tc>
        <w:tc>
          <w:tcPr>
            <w:tcW w:w="3822" w:type="dxa"/>
            <w:vAlign w:val="center"/>
          </w:tcPr>
          <w:p w14:paraId="3CB90A03" w14:textId="77777777" w:rsidR="003928F6" w:rsidRDefault="00000000">
            <w:pPr>
              <w:spacing w:after="60"/>
            </w:pPr>
            <w:r>
              <w:t>Đủ nội dung; rõ nguồn; dễ đọc; có hợp tác</w:t>
            </w:r>
          </w:p>
        </w:tc>
      </w:tr>
      <w:tr w:rsidR="003928F6" w14:paraId="1DAB3E93" w14:textId="77777777">
        <w:trPr>
          <w:cantSplit/>
        </w:trPr>
        <w:tc>
          <w:tcPr>
            <w:tcW w:w="1400" w:type="dxa"/>
            <w:vAlign w:val="center"/>
          </w:tcPr>
          <w:p w14:paraId="250F73A1" w14:textId="77777777" w:rsidR="003928F6" w:rsidRDefault="00000000">
            <w:pPr>
              <w:spacing w:after="0"/>
            </w:pPr>
            <w:r>
              <w:rPr>
                <w:color w:val="FF0000"/>
              </w:rPr>
              <w:t>Vận dụng - tích hợp NLS/AI</w:t>
            </w:r>
          </w:p>
        </w:tc>
        <w:tc>
          <w:tcPr>
            <w:tcW w:w="2100" w:type="dxa"/>
            <w:vAlign w:val="center"/>
          </w:tcPr>
          <w:p w14:paraId="5CD3BA0F" w14:textId="77777777" w:rsidR="003928F6" w:rsidRDefault="00000000">
            <w:pPr>
              <w:spacing w:after="0"/>
            </w:pPr>
            <w:r>
              <w:rPr>
                <w:color w:val="FF0000"/>
              </w:rPr>
              <w:t>Phiếu tìm kiếm, bảng kiểm chứng, sản phẩm cuối</w:t>
            </w:r>
          </w:p>
        </w:tc>
        <w:tc>
          <w:tcPr>
            <w:tcW w:w="1750" w:type="dxa"/>
            <w:vAlign w:val="center"/>
          </w:tcPr>
          <w:p w14:paraId="4195B1BB" w14:textId="77777777" w:rsidR="003928F6" w:rsidRDefault="00000000">
            <w:pPr>
              <w:spacing w:after="0"/>
            </w:pPr>
            <w:r>
              <w:rPr>
                <w:color w:val="FF0000"/>
              </w:rPr>
              <w:t>Sản phẩm cá nhân/nhóm; đối chiếu nguồn</w:t>
            </w:r>
          </w:p>
        </w:tc>
        <w:tc>
          <w:tcPr>
            <w:tcW w:w="3822" w:type="dxa"/>
            <w:vAlign w:val="center"/>
          </w:tcPr>
          <w:p w14:paraId="26D03C6F" w14:textId="77777777" w:rsidR="003928F6" w:rsidRDefault="00000000">
            <w:pPr>
              <w:spacing w:after="0"/>
            </w:pPr>
            <w:r>
              <w:rPr>
                <w:color w:val="FF0000"/>
              </w:rPr>
              <w:t>Có hai nguồn; kiểm chứng ít nhất 3/4 nội dung; ghi nguồn và phần AI hỗ trợ</w:t>
            </w:r>
          </w:p>
        </w:tc>
      </w:tr>
    </w:tbl>
    <w:p w14:paraId="4D8C557C" w14:textId="77777777" w:rsidR="003928F6" w:rsidRDefault="003928F6">
      <w:pPr>
        <w:spacing w:after="60"/>
      </w:pPr>
    </w:p>
    <w:p w14:paraId="1BB845D9" w14:textId="77777777" w:rsidR="003928F6" w:rsidRDefault="00000000">
      <w:pPr>
        <w:spacing w:after="60"/>
      </w:pPr>
      <w:r>
        <w:rPr>
          <w:b/>
        </w:rPr>
        <w:t xml:space="preserve">Nguyên tắc phản hồi: </w:t>
      </w:r>
      <w:r>
        <w:t>Nêu rõ phần học sinh đã làm đúng, phần còn thiếu và yêu cầu tự sửa bằng căn cứ từ SGK; không chỉ nhận xét “đúng/sai” hoặc “tốt/chưa tốt” chung chung.</w:t>
      </w:r>
    </w:p>
    <w:p w14:paraId="075C5A78" w14:textId="77777777" w:rsidR="003928F6" w:rsidRDefault="00000000">
      <w:pPr>
        <w:pStyle w:val="Heading1"/>
        <w:spacing w:before="0" w:after="60"/>
      </w:pPr>
      <w:r>
        <w:rPr>
          <w:rFonts w:ascii="Times New Roman" w:eastAsia="Times New Roman" w:hAnsi="Times New Roman"/>
        </w:rPr>
        <w:t>IV. ĐIỀU CHỈNH SAU BÀI DẠY (NẾU CÓ)</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050"/>
        <w:gridCol w:w="1800"/>
        <w:gridCol w:w="1800"/>
        <w:gridCol w:w="3422"/>
      </w:tblGrid>
      <w:tr w:rsidR="003928F6" w14:paraId="19CDB0B8" w14:textId="77777777">
        <w:trPr>
          <w:cantSplit/>
          <w:tblHeader/>
        </w:trPr>
        <w:tc>
          <w:tcPr>
            <w:tcW w:w="2050" w:type="dxa"/>
            <w:shd w:val="clear" w:color="auto" w:fill="173B57"/>
            <w:tcMar>
              <w:top w:w="110" w:type="dxa"/>
              <w:left w:w="120" w:type="dxa"/>
              <w:bottom w:w="110" w:type="dxa"/>
              <w:right w:w="120" w:type="dxa"/>
            </w:tcMar>
            <w:vAlign w:val="center"/>
          </w:tcPr>
          <w:p w14:paraId="7D076FC1" w14:textId="77777777" w:rsidR="003928F6" w:rsidRDefault="00000000">
            <w:pPr>
              <w:spacing w:after="60"/>
              <w:jc w:val="center"/>
            </w:pPr>
            <w:r>
              <w:rPr>
                <w:b/>
              </w:rPr>
              <w:t>Nội dung theo dõi</w:t>
            </w:r>
          </w:p>
        </w:tc>
        <w:tc>
          <w:tcPr>
            <w:tcW w:w="1800" w:type="dxa"/>
            <w:shd w:val="clear" w:color="auto" w:fill="173B57"/>
            <w:tcMar>
              <w:top w:w="110" w:type="dxa"/>
              <w:left w:w="120" w:type="dxa"/>
              <w:bottom w:w="110" w:type="dxa"/>
              <w:right w:w="120" w:type="dxa"/>
            </w:tcMar>
            <w:vAlign w:val="center"/>
          </w:tcPr>
          <w:p w14:paraId="215727DD" w14:textId="77777777" w:rsidR="003928F6" w:rsidRDefault="00000000">
            <w:pPr>
              <w:spacing w:after="60"/>
              <w:jc w:val="center"/>
            </w:pPr>
            <w:r>
              <w:rPr>
                <w:b/>
              </w:rPr>
              <w:t>Sau tiết 1</w:t>
            </w:r>
          </w:p>
        </w:tc>
        <w:tc>
          <w:tcPr>
            <w:tcW w:w="1800" w:type="dxa"/>
            <w:shd w:val="clear" w:color="auto" w:fill="173B57"/>
            <w:tcMar>
              <w:top w:w="110" w:type="dxa"/>
              <w:left w:w="120" w:type="dxa"/>
              <w:bottom w:w="110" w:type="dxa"/>
              <w:right w:w="120" w:type="dxa"/>
            </w:tcMar>
            <w:vAlign w:val="center"/>
          </w:tcPr>
          <w:p w14:paraId="27A12094" w14:textId="77777777" w:rsidR="003928F6" w:rsidRDefault="00000000">
            <w:pPr>
              <w:spacing w:after="60"/>
              <w:jc w:val="center"/>
            </w:pPr>
            <w:r>
              <w:rPr>
                <w:b/>
              </w:rPr>
              <w:t>Sau tiết 2</w:t>
            </w:r>
          </w:p>
        </w:tc>
        <w:tc>
          <w:tcPr>
            <w:tcW w:w="3422" w:type="dxa"/>
            <w:shd w:val="clear" w:color="auto" w:fill="173B57"/>
            <w:tcMar>
              <w:top w:w="110" w:type="dxa"/>
              <w:left w:w="120" w:type="dxa"/>
              <w:bottom w:w="110" w:type="dxa"/>
              <w:right w:w="120" w:type="dxa"/>
            </w:tcMar>
            <w:vAlign w:val="center"/>
          </w:tcPr>
          <w:p w14:paraId="6B6B98B1" w14:textId="77777777" w:rsidR="003928F6" w:rsidRDefault="00000000">
            <w:pPr>
              <w:spacing w:after="60"/>
              <w:jc w:val="center"/>
            </w:pPr>
            <w:r>
              <w:rPr>
                <w:b/>
              </w:rPr>
              <w:t>Sau tiết 3/điều chỉnh lần sau</w:t>
            </w:r>
          </w:p>
        </w:tc>
      </w:tr>
      <w:tr w:rsidR="003928F6" w14:paraId="15FD4750" w14:textId="77777777">
        <w:trPr>
          <w:cantSplit/>
        </w:trPr>
        <w:tc>
          <w:tcPr>
            <w:tcW w:w="2050" w:type="dxa"/>
            <w:vAlign w:val="center"/>
          </w:tcPr>
          <w:p w14:paraId="03014469" w14:textId="77777777" w:rsidR="003928F6" w:rsidRDefault="00000000">
            <w:pPr>
              <w:spacing w:after="60"/>
            </w:pPr>
            <w:r>
              <w:t>Mức độ đạt mục tiêu</w:t>
            </w:r>
          </w:p>
        </w:tc>
        <w:tc>
          <w:tcPr>
            <w:tcW w:w="1800" w:type="dxa"/>
            <w:vAlign w:val="center"/>
          </w:tcPr>
          <w:p w14:paraId="62AA2125" w14:textId="77777777" w:rsidR="003928F6" w:rsidRDefault="00000000">
            <w:pPr>
              <w:spacing w:after="60"/>
            </w:pPr>
            <w:r>
              <w:t>................................</w:t>
            </w:r>
          </w:p>
        </w:tc>
        <w:tc>
          <w:tcPr>
            <w:tcW w:w="1800" w:type="dxa"/>
            <w:vAlign w:val="center"/>
          </w:tcPr>
          <w:p w14:paraId="33C680B4" w14:textId="77777777" w:rsidR="003928F6" w:rsidRDefault="00000000">
            <w:pPr>
              <w:spacing w:after="60"/>
            </w:pPr>
            <w:r>
              <w:t>................................</w:t>
            </w:r>
          </w:p>
        </w:tc>
        <w:tc>
          <w:tcPr>
            <w:tcW w:w="3422" w:type="dxa"/>
            <w:vAlign w:val="center"/>
          </w:tcPr>
          <w:p w14:paraId="61445853" w14:textId="77777777" w:rsidR="003928F6" w:rsidRDefault="00000000">
            <w:pPr>
              <w:spacing w:after="60"/>
            </w:pPr>
            <w:r>
              <w:t>................................</w:t>
            </w:r>
          </w:p>
        </w:tc>
      </w:tr>
      <w:tr w:rsidR="003928F6" w14:paraId="22492383" w14:textId="77777777">
        <w:trPr>
          <w:cantSplit/>
        </w:trPr>
        <w:tc>
          <w:tcPr>
            <w:tcW w:w="2050" w:type="dxa"/>
            <w:shd w:val="clear" w:color="auto" w:fill="F5F8FA"/>
            <w:vAlign w:val="center"/>
          </w:tcPr>
          <w:p w14:paraId="30A595C4" w14:textId="77777777" w:rsidR="003928F6" w:rsidRDefault="00000000">
            <w:pPr>
              <w:spacing w:after="60"/>
            </w:pPr>
            <w:r>
              <w:t>Nội dung học sinh còn nhầm</w:t>
            </w:r>
          </w:p>
        </w:tc>
        <w:tc>
          <w:tcPr>
            <w:tcW w:w="1800" w:type="dxa"/>
            <w:shd w:val="clear" w:color="auto" w:fill="F5F8FA"/>
            <w:vAlign w:val="center"/>
          </w:tcPr>
          <w:p w14:paraId="5B6F418A" w14:textId="77777777" w:rsidR="003928F6" w:rsidRDefault="00000000">
            <w:pPr>
              <w:spacing w:after="60"/>
            </w:pPr>
            <w:r>
              <w:t>................................</w:t>
            </w:r>
          </w:p>
        </w:tc>
        <w:tc>
          <w:tcPr>
            <w:tcW w:w="1800" w:type="dxa"/>
            <w:shd w:val="clear" w:color="auto" w:fill="F5F8FA"/>
            <w:vAlign w:val="center"/>
          </w:tcPr>
          <w:p w14:paraId="563233F5" w14:textId="77777777" w:rsidR="003928F6" w:rsidRDefault="00000000">
            <w:pPr>
              <w:spacing w:after="60"/>
            </w:pPr>
            <w:r>
              <w:t>................................</w:t>
            </w:r>
          </w:p>
        </w:tc>
        <w:tc>
          <w:tcPr>
            <w:tcW w:w="3422" w:type="dxa"/>
            <w:shd w:val="clear" w:color="auto" w:fill="F5F8FA"/>
            <w:vAlign w:val="center"/>
          </w:tcPr>
          <w:p w14:paraId="5F001C43" w14:textId="77777777" w:rsidR="003928F6" w:rsidRDefault="00000000">
            <w:pPr>
              <w:spacing w:after="60"/>
            </w:pPr>
            <w:r>
              <w:t>................................</w:t>
            </w:r>
          </w:p>
        </w:tc>
      </w:tr>
      <w:tr w:rsidR="003928F6" w14:paraId="557B8F58" w14:textId="77777777">
        <w:trPr>
          <w:cantSplit/>
        </w:trPr>
        <w:tc>
          <w:tcPr>
            <w:tcW w:w="2050" w:type="dxa"/>
            <w:vAlign w:val="center"/>
          </w:tcPr>
          <w:p w14:paraId="6AE42504" w14:textId="77777777" w:rsidR="003928F6" w:rsidRDefault="00000000">
            <w:pPr>
              <w:spacing w:after="60"/>
            </w:pPr>
            <w:r>
              <w:t>Học sinh/nhóm cần hỗ trợ</w:t>
            </w:r>
          </w:p>
        </w:tc>
        <w:tc>
          <w:tcPr>
            <w:tcW w:w="1800" w:type="dxa"/>
            <w:vAlign w:val="center"/>
          </w:tcPr>
          <w:p w14:paraId="4D6CEEC8" w14:textId="77777777" w:rsidR="003928F6" w:rsidRDefault="00000000">
            <w:pPr>
              <w:spacing w:after="60"/>
            </w:pPr>
            <w:r>
              <w:t>................................</w:t>
            </w:r>
          </w:p>
        </w:tc>
        <w:tc>
          <w:tcPr>
            <w:tcW w:w="1800" w:type="dxa"/>
            <w:vAlign w:val="center"/>
          </w:tcPr>
          <w:p w14:paraId="671150E3" w14:textId="77777777" w:rsidR="003928F6" w:rsidRDefault="00000000">
            <w:pPr>
              <w:spacing w:after="60"/>
            </w:pPr>
            <w:r>
              <w:t>................................</w:t>
            </w:r>
          </w:p>
        </w:tc>
        <w:tc>
          <w:tcPr>
            <w:tcW w:w="3422" w:type="dxa"/>
            <w:vAlign w:val="center"/>
          </w:tcPr>
          <w:p w14:paraId="1E58F354" w14:textId="77777777" w:rsidR="003928F6" w:rsidRDefault="00000000">
            <w:pPr>
              <w:spacing w:after="60"/>
            </w:pPr>
            <w:r>
              <w:t>................................</w:t>
            </w:r>
          </w:p>
        </w:tc>
      </w:tr>
      <w:tr w:rsidR="003928F6" w14:paraId="133DDF62" w14:textId="77777777">
        <w:trPr>
          <w:cantSplit/>
        </w:trPr>
        <w:tc>
          <w:tcPr>
            <w:tcW w:w="2050" w:type="dxa"/>
            <w:shd w:val="clear" w:color="auto" w:fill="F5F8FA"/>
            <w:vAlign w:val="center"/>
          </w:tcPr>
          <w:p w14:paraId="0036F4CB" w14:textId="77777777" w:rsidR="003928F6" w:rsidRDefault="00000000">
            <w:pPr>
              <w:spacing w:after="60"/>
            </w:pPr>
            <w:r>
              <w:t>Thời lượng cần điều chỉnh</w:t>
            </w:r>
          </w:p>
        </w:tc>
        <w:tc>
          <w:tcPr>
            <w:tcW w:w="1800" w:type="dxa"/>
            <w:shd w:val="clear" w:color="auto" w:fill="F5F8FA"/>
            <w:vAlign w:val="center"/>
          </w:tcPr>
          <w:p w14:paraId="5759D0B5" w14:textId="77777777" w:rsidR="003928F6" w:rsidRDefault="00000000">
            <w:pPr>
              <w:spacing w:after="60"/>
            </w:pPr>
            <w:r>
              <w:t>................................</w:t>
            </w:r>
          </w:p>
        </w:tc>
        <w:tc>
          <w:tcPr>
            <w:tcW w:w="1800" w:type="dxa"/>
            <w:shd w:val="clear" w:color="auto" w:fill="F5F8FA"/>
            <w:vAlign w:val="center"/>
          </w:tcPr>
          <w:p w14:paraId="2BA89C1A" w14:textId="77777777" w:rsidR="003928F6" w:rsidRDefault="00000000">
            <w:pPr>
              <w:spacing w:after="60"/>
            </w:pPr>
            <w:r>
              <w:t>................................</w:t>
            </w:r>
          </w:p>
        </w:tc>
        <w:tc>
          <w:tcPr>
            <w:tcW w:w="3422" w:type="dxa"/>
            <w:shd w:val="clear" w:color="auto" w:fill="F5F8FA"/>
            <w:vAlign w:val="center"/>
          </w:tcPr>
          <w:p w14:paraId="7E796C54" w14:textId="77777777" w:rsidR="003928F6" w:rsidRDefault="00000000">
            <w:pPr>
              <w:spacing w:after="60"/>
            </w:pPr>
            <w:r>
              <w:t>................................</w:t>
            </w:r>
          </w:p>
        </w:tc>
      </w:tr>
      <w:tr w:rsidR="003928F6" w14:paraId="50E95489" w14:textId="77777777">
        <w:trPr>
          <w:cantSplit/>
        </w:trPr>
        <w:tc>
          <w:tcPr>
            <w:tcW w:w="2050" w:type="dxa"/>
            <w:vAlign w:val="center"/>
          </w:tcPr>
          <w:p w14:paraId="47AF78A9" w14:textId="77777777" w:rsidR="003928F6" w:rsidRDefault="00000000">
            <w:pPr>
              <w:spacing w:after="60"/>
            </w:pPr>
            <w:r>
              <w:t>Thiết bị/học liệu cần bổ sung</w:t>
            </w:r>
          </w:p>
        </w:tc>
        <w:tc>
          <w:tcPr>
            <w:tcW w:w="1800" w:type="dxa"/>
            <w:vAlign w:val="center"/>
          </w:tcPr>
          <w:p w14:paraId="31B4BEDE" w14:textId="77777777" w:rsidR="003928F6" w:rsidRDefault="00000000">
            <w:pPr>
              <w:spacing w:after="60"/>
            </w:pPr>
            <w:r>
              <w:t>................................</w:t>
            </w:r>
          </w:p>
        </w:tc>
        <w:tc>
          <w:tcPr>
            <w:tcW w:w="1800" w:type="dxa"/>
            <w:vAlign w:val="center"/>
          </w:tcPr>
          <w:p w14:paraId="7E0B0B75" w14:textId="77777777" w:rsidR="003928F6" w:rsidRDefault="00000000">
            <w:pPr>
              <w:spacing w:after="60"/>
            </w:pPr>
            <w:r>
              <w:t>................................</w:t>
            </w:r>
          </w:p>
        </w:tc>
        <w:tc>
          <w:tcPr>
            <w:tcW w:w="3422" w:type="dxa"/>
            <w:vAlign w:val="center"/>
          </w:tcPr>
          <w:p w14:paraId="08C38C48" w14:textId="77777777" w:rsidR="003928F6" w:rsidRDefault="00000000">
            <w:pPr>
              <w:spacing w:after="60"/>
            </w:pPr>
            <w:r>
              <w:t>................................</w:t>
            </w:r>
          </w:p>
        </w:tc>
      </w:tr>
      <w:tr w:rsidR="003928F6" w14:paraId="76292257" w14:textId="77777777">
        <w:trPr>
          <w:cantSplit/>
        </w:trPr>
        <w:tc>
          <w:tcPr>
            <w:tcW w:w="2050" w:type="dxa"/>
            <w:shd w:val="clear" w:color="auto" w:fill="F5F8FA"/>
            <w:vAlign w:val="center"/>
          </w:tcPr>
          <w:p w14:paraId="225CF652" w14:textId="77777777" w:rsidR="003928F6" w:rsidRDefault="00000000">
            <w:pPr>
              <w:spacing w:after="60"/>
            </w:pPr>
            <w:r>
              <w:t>Biện pháp điều chỉnh</w:t>
            </w:r>
          </w:p>
        </w:tc>
        <w:tc>
          <w:tcPr>
            <w:tcW w:w="1800" w:type="dxa"/>
            <w:shd w:val="clear" w:color="auto" w:fill="F5F8FA"/>
            <w:vAlign w:val="center"/>
          </w:tcPr>
          <w:p w14:paraId="63626681" w14:textId="77777777" w:rsidR="003928F6" w:rsidRDefault="00000000">
            <w:pPr>
              <w:spacing w:after="60"/>
            </w:pPr>
            <w:r>
              <w:t>................................</w:t>
            </w:r>
          </w:p>
        </w:tc>
        <w:tc>
          <w:tcPr>
            <w:tcW w:w="1800" w:type="dxa"/>
            <w:shd w:val="clear" w:color="auto" w:fill="F5F8FA"/>
            <w:vAlign w:val="center"/>
          </w:tcPr>
          <w:p w14:paraId="51033DFA" w14:textId="77777777" w:rsidR="003928F6" w:rsidRDefault="00000000">
            <w:pPr>
              <w:spacing w:after="60"/>
            </w:pPr>
            <w:r>
              <w:t>................................</w:t>
            </w:r>
          </w:p>
        </w:tc>
        <w:tc>
          <w:tcPr>
            <w:tcW w:w="3422" w:type="dxa"/>
            <w:shd w:val="clear" w:color="auto" w:fill="F5F8FA"/>
            <w:vAlign w:val="center"/>
          </w:tcPr>
          <w:p w14:paraId="046D74DE" w14:textId="77777777" w:rsidR="003928F6" w:rsidRDefault="00000000">
            <w:pPr>
              <w:spacing w:after="60"/>
            </w:pPr>
            <w:r>
              <w:t>................................</w:t>
            </w:r>
          </w:p>
        </w:tc>
      </w:tr>
    </w:tbl>
    <w:p w14:paraId="23175E91" w14:textId="77777777" w:rsidR="003928F6" w:rsidRDefault="003928F6">
      <w:pPr>
        <w:spacing w:after="60"/>
      </w:pPr>
    </w:p>
    <w:p w14:paraId="529396FF" w14:textId="77777777" w:rsidR="003928F6" w:rsidRDefault="00000000">
      <w:pPr>
        <w:pStyle w:val="Heading1"/>
        <w:pageBreakBefore/>
        <w:spacing w:before="0" w:after="60"/>
      </w:pPr>
      <w:r>
        <w:rPr>
          <w:rFonts w:ascii="Times New Roman" w:eastAsia="Times New Roman" w:hAnsi="Times New Roman"/>
        </w:rPr>
        <w:lastRenderedPageBreak/>
        <w:t>PHỤ LỤC 1. PHIẾU HỌC TẬP SỐ 1 - VẬT SỐNG VÀ VẬT KHÔNG SỐNG</w:t>
      </w:r>
    </w:p>
    <w:p w14:paraId="0314A8EE" w14:textId="77777777" w:rsidR="003928F6" w:rsidRDefault="00000000">
      <w:pPr>
        <w:spacing w:after="60"/>
      </w:pPr>
      <w:r>
        <w:t>Họ và tên: ..............................................................  Lớp: ............  Nhóm: ............</w:t>
      </w:r>
    </w:p>
    <w:p w14:paraId="4AA16257" w14:textId="77777777" w:rsidR="003928F6" w:rsidRDefault="00000000">
      <w:pPr>
        <w:spacing w:after="60"/>
      </w:pPr>
      <w:r>
        <w:rPr>
          <w:b/>
        </w:rPr>
        <w:t xml:space="preserve">Nhiệm vụ 1: </w:t>
      </w:r>
      <w:r>
        <w:t>Ghi ba khả năng của vật sống theo SGK trang 7.</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3024"/>
        <w:gridCol w:w="3024"/>
        <w:gridCol w:w="3024"/>
      </w:tblGrid>
      <w:tr w:rsidR="003928F6" w14:paraId="3464B25C" w14:textId="77777777">
        <w:trPr>
          <w:cantSplit/>
          <w:tblHeader/>
        </w:trPr>
        <w:tc>
          <w:tcPr>
            <w:tcW w:w="3024" w:type="dxa"/>
            <w:shd w:val="clear" w:color="auto" w:fill="173B57"/>
            <w:tcMar>
              <w:top w:w="110" w:type="dxa"/>
              <w:left w:w="120" w:type="dxa"/>
              <w:bottom w:w="110" w:type="dxa"/>
              <w:right w:w="120" w:type="dxa"/>
            </w:tcMar>
            <w:vAlign w:val="center"/>
          </w:tcPr>
          <w:p w14:paraId="2C468012" w14:textId="77777777" w:rsidR="003928F6" w:rsidRDefault="00000000">
            <w:pPr>
              <w:spacing w:after="60"/>
              <w:jc w:val="center"/>
            </w:pPr>
            <w:r>
              <w:rPr>
                <w:b/>
              </w:rPr>
              <w:t>Khả năng 1</w:t>
            </w:r>
          </w:p>
        </w:tc>
        <w:tc>
          <w:tcPr>
            <w:tcW w:w="3024" w:type="dxa"/>
            <w:shd w:val="clear" w:color="auto" w:fill="173B57"/>
            <w:tcMar>
              <w:top w:w="110" w:type="dxa"/>
              <w:left w:w="120" w:type="dxa"/>
              <w:bottom w:w="110" w:type="dxa"/>
              <w:right w:w="120" w:type="dxa"/>
            </w:tcMar>
            <w:vAlign w:val="center"/>
          </w:tcPr>
          <w:p w14:paraId="27AC0290" w14:textId="77777777" w:rsidR="003928F6" w:rsidRDefault="00000000">
            <w:pPr>
              <w:spacing w:after="60"/>
              <w:jc w:val="center"/>
            </w:pPr>
            <w:r>
              <w:rPr>
                <w:b/>
              </w:rPr>
              <w:t>Khả năng 2</w:t>
            </w:r>
          </w:p>
        </w:tc>
        <w:tc>
          <w:tcPr>
            <w:tcW w:w="3024" w:type="dxa"/>
            <w:shd w:val="clear" w:color="auto" w:fill="173B57"/>
            <w:tcMar>
              <w:top w:w="110" w:type="dxa"/>
              <w:left w:w="120" w:type="dxa"/>
              <w:bottom w:w="110" w:type="dxa"/>
              <w:right w:w="120" w:type="dxa"/>
            </w:tcMar>
            <w:vAlign w:val="center"/>
          </w:tcPr>
          <w:p w14:paraId="0CEB27DB" w14:textId="77777777" w:rsidR="003928F6" w:rsidRDefault="00000000">
            <w:pPr>
              <w:spacing w:after="60"/>
              <w:jc w:val="center"/>
            </w:pPr>
            <w:r>
              <w:rPr>
                <w:b/>
              </w:rPr>
              <w:t>Khả năng 3</w:t>
            </w:r>
          </w:p>
        </w:tc>
      </w:tr>
      <w:tr w:rsidR="003928F6" w14:paraId="1475B97D" w14:textId="77777777">
        <w:trPr>
          <w:cantSplit/>
        </w:trPr>
        <w:tc>
          <w:tcPr>
            <w:tcW w:w="3024" w:type="dxa"/>
            <w:vAlign w:val="center"/>
          </w:tcPr>
          <w:p w14:paraId="161B36EF" w14:textId="77777777" w:rsidR="003928F6" w:rsidRDefault="00000000">
            <w:pPr>
              <w:spacing w:after="60"/>
            </w:pPr>
            <w:r>
              <w:t>..............................</w:t>
            </w:r>
          </w:p>
        </w:tc>
        <w:tc>
          <w:tcPr>
            <w:tcW w:w="3024" w:type="dxa"/>
            <w:vAlign w:val="center"/>
          </w:tcPr>
          <w:p w14:paraId="2D173B8D" w14:textId="77777777" w:rsidR="003928F6" w:rsidRDefault="00000000">
            <w:pPr>
              <w:spacing w:after="60"/>
            </w:pPr>
            <w:r>
              <w:t>..............................</w:t>
            </w:r>
          </w:p>
        </w:tc>
        <w:tc>
          <w:tcPr>
            <w:tcW w:w="3024" w:type="dxa"/>
            <w:vAlign w:val="center"/>
          </w:tcPr>
          <w:p w14:paraId="6F546A0F" w14:textId="77777777" w:rsidR="003928F6" w:rsidRDefault="00000000">
            <w:pPr>
              <w:spacing w:after="60"/>
            </w:pPr>
            <w:r>
              <w:t>..............................</w:t>
            </w:r>
          </w:p>
        </w:tc>
      </w:tr>
    </w:tbl>
    <w:p w14:paraId="0359A371" w14:textId="77777777" w:rsidR="003928F6" w:rsidRDefault="003928F6">
      <w:pPr>
        <w:spacing w:after="60"/>
      </w:pPr>
    </w:p>
    <w:p w14:paraId="20DFCDEA" w14:textId="77777777" w:rsidR="003928F6" w:rsidRDefault="00000000">
      <w:pPr>
        <w:spacing w:after="60"/>
      </w:pPr>
      <w:r>
        <w:rPr>
          <w:b/>
        </w:rPr>
        <w:t xml:space="preserve">Nhiệm vụ 2: </w:t>
      </w:r>
      <w:r>
        <w:t>Phân loại và ghi căn cứ. Không dùng riêng dấu hiệu chuyển động.</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800"/>
        <w:gridCol w:w="1200"/>
        <w:gridCol w:w="1500"/>
        <w:gridCol w:w="4572"/>
      </w:tblGrid>
      <w:tr w:rsidR="003928F6" w14:paraId="7B2EF87C" w14:textId="77777777">
        <w:trPr>
          <w:cantSplit/>
          <w:tblHeader/>
        </w:trPr>
        <w:tc>
          <w:tcPr>
            <w:tcW w:w="1800" w:type="dxa"/>
            <w:shd w:val="clear" w:color="auto" w:fill="173B57"/>
            <w:tcMar>
              <w:top w:w="110" w:type="dxa"/>
              <w:left w:w="120" w:type="dxa"/>
              <w:bottom w:w="110" w:type="dxa"/>
              <w:right w:w="120" w:type="dxa"/>
            </w:tcMar>
            <w:vAlign w:val="center"/>
          </w:tcPr>
          <w:p w14:paraId="44EB55C3" w14:textId="77777777" w:rsidR="003928F6" w:rsidRDefault="00000000">
            <w:pPr>
              <w:spacing w:after="60"/>
              <w:jc w:val="center"/>
            </w:pPr>
            <w:r>
              <w:rPr>
                <w:b/>
              </w:rPr>
              <w:t>Đối tượng</w:t>
            </w:r>
          </w:p>
        </w:tc>
        <w:tc>
          <w:tcPr>
            <w:tcW w:w="1200" w:type="dxa"/>
            <w:shd w:val="clear" w:color="auto" w:fill="173B57"/>
            <w:tcMar>
              <w:top w:w="110" w:type="dxa"/>
              <w:left w:w="120" w:type="dxa"/>
              <w:bottom w:w="110" w:type="dxa"/>
              <w:right w:w="120" w:type="dxa"/>
            </w:tcMar>
            <w:vAlign w:val="center"/>
          </w:tcPr>
          <w:p w14:paraId="1345E5D2" w14:textId="77777777" w:rsidR="003928F6" w:rsidRDefault="00000000">
            <w:pPr>
              <w:spacing w:after="60"/>
              <w:jc w:val="center"/>
            </w:pPr>
            <w:r>
              <w:rPr>
                <w:b/>
              </w:rPr>
              <w:t>Vật sống</w:t>
            </w:r>
          </w:p>
        </w:tc>
        <w:tc>
          <w:tcPr>
            <w:tcW w:w="1500" w:type="dxa"/>
            <w:shd w:val="clear" w:color="auto" w:fill="173B57"/>
            <w:tcMar>
              <w:top w:w="110" w:type="dxa"/>
              <w:left w:w="120" w:type="dxa"/>
              <w:bottom w:w="110" w:type="dxa"/>
              <w:right w:w="120" w:type="dxa"/>
            </w:tcMar>
            <w:vAlign w:val="center"/>
          </w:tcPr>
          <w:p w14:paraId="7B8E63CE" w14:textId="77777777" w:rsidR="003928F6" w:rsidRDefault="00000000">
            <w:pPr>
              <w:spacing w:after="60"/>
              <w:jc w:val="center"/>
            </w:pPr>
            <w:r>
              <w:rPr>
                <w:b/>
              </w:rPr>
              <w:t>Vật không sống</w:t>
            </w:r>
          </w:p>
        </w:tc>
        <w:tc>
          <w:tcPr>
            <w:tcW w:w="4572" w:type="dxa"/>
            <w:shd w:val="clear" w:color="auto" w:fill="173B57"/>
            <w:tcMar>
              <w:top w:w="110" w:type="dxa"/>
              <w:left w:w="120" w:type="dxa"/>
              <w:bottom w:w="110" w:type="dxa"/>
              <w:right w:w="120" w:type="dxa"/>
            </w:tcMar>
            <w:vAlign w:val="center"/>
          </w:tcPr>
          <w:p w14:paraId="2097D0B8" w14:textId="77777777" w:rsidR="003928F6" w:rsidRDefault="00000000">
            <w:pPr>
              <w:spacing w:after="60"/>
              <w:jc w:val="center"/>
            </w:pPr>
            <w:r>
              <w:rPr>
                <w:b/>
              </w:rPr>
              <w:t>Căn cứ</w:t>
            </w:r>
          </w:p>
        </w:tc>
      </w:tr>
      <w:tr w:rsidR="003928F6" w14:paraId="40FFC442" w14:textId="77777777">
        <w:trPr>
          <w:cantSplit/>
        </w:trPr>
        <w:tc>
          <w:tcPr>
            <w:tcW w:w="1800" w:type="dxa"/>
            <w:vAlign w:val="center"/>
          </w:tcPr>
          <w:p w14:paraId="53FF9E7D" w14:textId="77777777" w:rsidR="003928F6" w:rsidRDefault="00000000">
            <w:pPr>
              <w:spacing w:after="60"/>
            </w:pPr>
            <w:r>
              <w:t>Con người</w:t>
            </w:r>
          </w:p>
        </w:tc>
        <w:tc>
          <w:tcPr>
            <w:tcW w:w="1200" w:type="dxa"/>
            <w:vAlign w:val="center"/>
          </w:tcPr>
          <w:p w14:paraId="106FFB67" w14:textId="77777777" w:rsidR="003928F6" w:rsidRDefault="00000000">
            <w:pPr>
              <w:spacing w:after="60"/>
              <w:jc w:val="center"/>
            </w:pPr>
            <w:r>
              <w:t>□</w:t>
            </w:r>
          </w:p>
        </w:tc>
        <w:tc>
          <w:tcPr>
            <w:tcW w:w="1500" w:type="dxa"/>
            <w:vAlign w:val="center"/>
          </w:tcPr>
          <w:p w14:paraId="330C57AA" w14:textId="77777777" w:rsidR="003928F6" w:rsidRDefault="00000000">
            <w:pPr>
              <w:spacing w:after="60"/>
              <w:jc w:val="center"/>
            </w:pPr>
            <w:r>
              <w:t>□</w:t>
            </w:r>
          </w:p>
        </w:tc>
        <w:tc>
          <w:tcPr>
            <w:tcW w:w="4572" w:type="dxa"/>
            <w:vAlign w:val="center"/>
          </w:tcPr>
          <w:p w14:paraId="7B8BE5E7" w14:textId="77777777" w:rsidR="003928F6" w:rsidRDefault="00000000">
            <w:pPr>
              <w:spacing w:after="60"/>
            </w:pPr>
            <w:r>
              <w:t>........................................................</w:t>
            </w:r>
          </w:p>
        </w:tc>
      </w:tr>
      <w:tr w:rsidR="003928F6" w14:paraId="0A6F9346" w14:textId="77777777">
        <w:trPr>
          <w:cantSplit/>
        </w:trPr>
        <w:tc>
          <w:tcPr>
            <w:tcW w:w="1800" w:type="dxa"/>
            <w:shd w:val="clear" w:color="auto" w:fill="F5F8FA"/>
            <w:vAlign w:val="center"/>
          </w:tcPr>
          <w:p w14:paraId="2F18DCB0" w14:textId="77777777" w:rsidR="003928F6" w:rsidRDefault="00000000">
            <w:pPr>
              <w:spacing w:after="60"/>
            </w:pPr>
            <w:r>
              <w:t>Trái Đất</w:t>
            </w:r>
          </w:p>
        </w:tc>
        <w:tc>
          <w:tcPr>
            <w:tcW w:w="1200" w:type="dxa"/>
            <w:shd w:val="clear" w:color="auto" w:fill="F5F8FA"/>
            <w:vAlign w:val="center"/>
          </w:tcPr>
          <w:p w14:paraId="67D71511" w14:textId="77777777" w:rsidR="003928F6" w:rsidRDefault="00000000">
            <w:pPr>
              <w:spacing w:after="60"/>
              <w:jc w:val="center"/>
            </w:pPr>
            <w:r>
              <w:t>□</w:t>
            </w:r>
          </w:p>
        </w:tc>
        <w:tc>
          <w:tcPr>
            <w:tcW w:w="1500" w:type="dxa"/>
            <w:shd w:val="clear" w:color="auto" w:fill="F5F8FA"/>
            <w:vAlign w:val="center"/>
          </w:tcPr>
          <w:p w14:paraId="415011CE" w14:textId="77777777" w:rsidR="003928F6" w:rsidRDefault="00000000">
            <w:pPr>
              <w:spacing w:after="60"/>
              <w:jc w:val="center"/>
            </w:pPr>
            <w:r>
              <w:t>□</w:t>
            </w:r>
          </w:p>
        </w:tc>
        <w:tc>
          <w:tcPr>
            <w:tcW w:w="4572" w:type="dxa"/>
            <w:shd w:val="clear" w:color="auto" w:fill="F5F8FA"/>
            <w:vAlign w:val="center"/>
          </w:tcPr>
          <w:p w14:paraId="37C7E381" w14:textId="77777777" w:rsidR="003928F6" w:rsidRDefault="00000000">
            <w:pPr>
              <w:spacing w:after="60"/>
            </w:pPr>
            <w:r>
              <w:t>........................................................</w:t>
            </w:r>
          </w:p>
        </w:tc>
      </w:tr>
      <w:tr w:rsidR="003928F6" w14:paraId="34C2AB8D" w14:textId="77777777">
        <w:trPr>
          <w:cantSplit/>
        </w:trPr>
        <w:tc>
          <w:tcPr>
            <w:tcW w:w="1800" w:type="dxa"/>
            <w:vAlign w:val="center"/>
          </w:tcPr>
          <w:p w14:paraId="75719BE0" w14:textId="77777777" w:rsidR="003928F6" w:rsidRDefault="00000000">
            <w:pPr>
              <w:spacing w:after="60"/>
            </w:pPr>
            <w:r>
              <w:t>Cái bàn</w:t>
            </w:r>
          </w:p>
        </w:tc>
        <w:tc>
          <w:tcPr>
            <w:tcW w:w="1200" w:type="dxa"/>
            <w:vAlign w:val="center"/>
          </w:tcPr>
          <w:p w14:paraId="2275CA1A" w14:textId="77777777" w:rsidR="003928F6" w:rsidRDefault="00000000">
            <w:pPr>
              <w:spacing w:after="60"/>
              <w:jc w:val="center"/>
            </w:pPr>
            <w:r>
              <w:t>□</w:t>
            </w:r>
          </w:p>
        </w:tc>
        <w:tc>
          <w:tcPr>
            <w:tcW w:w="1500" w:type="dxa"/>
            <w:vAlign w:val="center"/>
          </w:tcPr>
          <w:p w14:paraId="1BD70650" w14:textId="77777777" w:rsidR="003928F6" w:rsidRDefault="00000000">
            <w:pPr>
              <w:spacing w:after="60"/>
              <w:jc w:val="center"/>
            </w:pPr>
            <w:r>
              <w:t>□</w:t>
            </w:r>
          </w:p>
        </w:tc>
        <w:tc>
          <w:tcPr>
            <w:tcW w:w="4572" w:type="dxa"/>
            <w:vAlign w:val="center"/>
          </w:tcPr>
          <w:p w14:paraId="2319EDC0" w14:textId="77777777" w:rsidR="003928F6" w:rsidRDefault="00000000">
            <w:pPr>
              <w:spacing w:after="60"/>
            </w:pPr>
            <w:r>
              <w:t>........................................................</w:t>
            </w:r>
          </w:p>
        </w:tc>
      </w:tr>
      <w:tr w:rsidR="003928F6" w14:paraId="4D504327" w14:textId="77777777">
        <w:trPr>
          <w:cantSplit/>
        </w:trPr>
        <w:tc>
          <w:tcPr>
            <w:tcW w:w="1800" w:type="dxa"/>
            <w:shd w:val="clear" w:color="auto" w:fill="F5F8FA"/>
            <w:vAlign w:val="center"/>
          </w:tcPr>
          <w:p w14:paraId="2B3C2108" w14:textId="77777777" w:rsidR="003928F6" w:rsidRDefault="00000000">
            <w:pPr>
              <w:spacing w:after="60"/>
            </w:pPr>
            <w:r>
              <w:t>Cây lúa</w:t>
            </w:r>
          </w:p>
        </w:tc>
        <w:tc>
          <w:tcPr>
            <w:tcW w:w="1200" w:type="dxa"/>
            <w:shd w:val="clear" w:color="auto" w:fill="F5F8FA"/>
            <w:vAlign w:val="center"/>
          </w:tcPr>
          <w:p w14:paraId="3CCBFD75" w14:textId="77777777" w:rsidR="003928F6" w:rsidRDefault="00000000">
            <w:pPr>
              <w:spacing w:after="60"/>
              <w:jc w:val="center"/>
            </w:pPr>
            <w:r>
              <w:t>□</w:t>
            </w:r>
          </w:p>
        </w:tc>
        <w:tc>
          <w:tcPr>
            <w:tcW w:w="1500" w:type="dxa"/>
            <w:shd w:val="clear" w:color="auto" w:fill="F5F8FA"/>
            <w:vAlign w:val="center"/>
          </w:tcPr>
          <w:p w14:paraId="78C74B44" w14:textId="77777777" w:rsidR="003928F6" w:rsidRDefault="00000000">
            <w:pPr>
              <w:spacing w:after="60"/>
              <w:jc w:val="center"/>
            </w:pPr>
            <w:r>
              <w:t>□</w:t>
            </w:r>
          </w:p>
        </w:tc>
        <w:tc>
          <w:tcPr>
            <w:tcW w:w="4572" w:type="dxa"/>
            <w:shd w:val="clear" w:color="auto" w:fill="F5F8FA"/>
            <w:vAlign w:val="center"/>
          </w:tcPr>
          <w:p w14:paraId="109F60C6" w14:textId="77777777" w:rsidR="003928F6" w:rsidRDefault="00000000">
            <w:pPr>
              <w:spacing w:after="60"/>
            </w:pPr>
            <w:r>
              <w:t>........................................................</w:t>
            </w:r>
          </w:p>
        </w:tc>
      </w:tr>
      <w:tr w:rsidR="003928F6" w14:paraId="03E0199D" w14:textId="77777777">
        <w:trPr>
          <w:cantSplit/>
        </w:trPr>
        <w:tc>
          <w:tcPr>
            <w:tcW w:w="1800" w:type="dxa"/>
            <w:vAlign w:val="center"/>
          </w:tcPr>
          <w:p w14:paraId="1B2D03FD" w14:textId="77777777" w:rsidR="003928F6" w:rsidRDefault="00000000">
            <w:pPr>
              <w:spacing w:after="60"/>
            </w:pPr>
            <w:r>
              <w:t>Con voi</w:t>
            </w:r>
          </w:p>
        </w:tc>
        <w:tc>
          <w:tcPr>
            <w:tcW w:w="1200" w:type="dxa"/>
            <w:vAlign w:val="center"/>
          </w:tcPr>
          <w:p w14:paraId="28FECC11" w14:textId="77777777" w:rsidR="003928F6" w:rsidRDefault="00000000">
            <w:pPr>
              <w:spacing w:after="60"/>
              <w:jc w:val="center"/>
            </w:pPr>
            <w:r>
              <w:t>□</w:t>
            </w:r>
          </w:p>
        </w:tc>
        <w:tc>
          <w:tcPr>
            <w:tcW w:w="1500" w:type="dxa"/>
            <w:vAlign w:val="center"/>
          </w:tcPr>
          <w:p w14:paraId="51E762C5" w14:textId="77777777" w:rsidR="003928F6" w:rsidRDefault="00000000">
            <w:pPr>
              <w:spacing w:after="60"/>
              <w:jc w:val="center"/>
            </w:pPr>
            <w:r>
              <w:t>□</w:t>
            </w:r>
          </w:p>
        </w:tc>
        <w:tc>
          <w:tcPr>
            <w:tcW w:w="4572" w:type="dxa"/>
            <w:vAlign w:val="center"/>
          </w:tcPr>
          <w:p w14:paraId="34C4FB0E" w14:textId="77777777" w:rsidR="003928F6" w:rsidRDefault="00000000">
            <w:pPr>
              <w:spacing w:after="60"/>
            </w:pPr>
            <w:r>
              <w:t>........................................................</w:t>
            </w:r>
          </w:p>
        </w:tc>
      </w:tr>
      <w:tr w:rsidR="003928F6" w14:paraId="648746AB" w14:textId="77777777">
        <w:trPr>
          <w:cantSplit/>
        </w:trPr>
        <w:tc>
          <w:tcPr>
            <w:tcW w:w="1800" w:type="dxa"/>
            <w:shd w:val="clear" w:color="auto" w:fill="F5F8FA"/>
            <w:vAlign w:val="center"/>
          </w:tcPr>
          <w:p w14:paraId="47434120" w14:textId="77777777" w:rsidR="003928F6" w:rsidRDefault="00000000">
            <w:pPr>
              <w:spacing w:after="60"/>
            </w:pPr>
            <w:r>
              <w:t>Cây cầu</w:t>
            </w:r>
          </w:p>
        </w:tc>
        <w:tc>
          <w:tcPr>
            <w:tcW w:w="1200" w:type="dxa"/>
            <w:shd w:val="clear" w:color="auto" w:fill="F5F8FA"/>
            <w:vAlign w:val="center"/>
          </w:tcPr>
          <w:p w14:paraId="7A263F17" w14:textId="77777777" w:rsidR="003928F6" w:rsidRDefault="00000000">
            <w:pPr>
              <w:spacing w:after="60"/>
              <w:jc w:val="center"/>
            </w:pPr>
            <w:r>
              <w:t>□</w:t>
            </w:r>
          </w:p>
        </w:tc>
        <w:tc>
          <w:tcPr>
            <w:tcW w:w="1500" w:type="dxa"/>
            <w:shd w:val="clear" w:color="auto" w:fill="F5F8FA"/>
            <w:vAlign w:val="center"/>
          </w:tcPr>
          <w:p w14:paraId="284F46B9" w14:textId="77777777" w:rsidR="003928F6" w:rsidRDefault="00000000">
            <w:pPr>
              <w:spacing w:after="60"/>
              <w:jc w:val="center"/>
            </w:pPr>
            <w:r>
              <w:t>□</w:t>
            </w:r>
          </w:p>
        </w:tc>
        <w:tc>
          <w:tcPr>
            <w:tcW w:w="4572" w:type="dxa"/>
            <w:shd w:val="clear" w:color="auto" w:fill="F5F8FA"/>
            <w:vAlign w:val="center"/>
          </w:tcPr>
          <w:p w14:paraId="0458FA4E" w14:textId="77777777" w:rsidR="003928F6" w:rsidRDefault="00000000">
            <w:pPr>
              <w:spacing w:after="60"/>
            </w:pPr>
            <w:r>
              <w:t>........................................................</w:t>
            </w:r>
          </w:p>
        </w:tc>
      </w:tr>
    </w:tbl>
    <w:p w14:paraId="34AF0123" w14:textId="77777777" w:rsidR="003928F6" w:rsidRDefault="003928F6">
      <w:pPr>
        <w:spacing w:after="60"/>
      </w:pPr>
    </w:p>
    <w:p w14:paraId="38CB6E96" w14:textId="77777777" w:rsidR="003928F6" w:rsidRDefault="00000000">
      <w:pPr>
        <w:pStyle w:val="Heading1"/>
        <w:pageBreakBefore/>
        <w:spacing w:before="0" w:after="60"/>
      </w:pPr>
      <w:r>
        <w:rPr>
          <w:rFonts w:ascii="Times New Roman" w:eastAsia="Times New Roman" w:hAnsi="Times New Roman"/>
        </w:rPr>
        <w:lastRenderedPageBreak/>
        <w:t>PHỤ LỤC 2. PHIẾU HỌC TẬP SỐ 2 - HÌNH 1.1 VÀ BẢNG 1.1</w:t>
      </w:r>
    </w:p>
    <w:p w14:paraId="6F5E4648" w14:textId="77777777" w:rsidR="003928F6" w:rsidRDefault="00000000">
      <w:pPr>
        <w:spacing w:after="60"/>
      </w:pPr>
      <w:r>
        <w:t>Nhóm: ............  Người thao tác: ........................  Người ghi: ........................  Người báo cáo: ........................</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700"/>
        <w:gridCol w:w="1600"/>
        <w:gridCol w:w="3420"/>
        <w:gridCol w:w="2352"/>
      </w:tblGrid>
      <w:tr w:rsidR="003928F6" w14:paraId="0B7114C0" w14:textId="77777777">
        <w:trPr>
          <w:cantSplit/>
          <w:tblHeader/>
        </w:trPr>
        <w:tc>
          <w:tcPr>
            <w:tcW w:w="1700" w:type="dxa"/>
            <w:shd w:val="clear" w:color="auto" w:fill="173B57"/>
            <w:tcMar>
              <w:top w:w="110" w:type="dxa"/>
              <w:left w:w="120" w:type="dxa"/>
              <w:bottom w:w="110" w:type="dxa"/>
              <w:right w:w="120" w:type="dxa"/>
            </w:tcMar>
            <w:vAlign w:val="center"/>
          </w:tcPr>
          <w:p w14:paraId="0EBB378A" w14:textId="77777777" w:rsidR="003928F6" w:rsidRDefault="00000000">
            <w:pPr>
              <w:spacing w:after="60"/>
              <w:jc w:val="center"/>
            </w:pPr>
            <w:r>
              <w:rPr>
                <w:b/>
              </w:rPr>
              <w:t>Hiện tượng</w:t>
            </w:r>
          </w:p>
        </w:tc>
        <w:tc>
          <w:tcPr>
            <w:tcW w:w="1600" w:type="dxa"/>
            <w:shd w:val="clear" w:color="auto" w:fill="173B57"/>
            <w:tcMar>
              <w:top w:w="110" w:type="dxa"/>
              <w:left w:w="120" w:type="dxa"/>
              <w:bottom w:w="110" w:type="dxa"/>
              <w:right w:w="120" w:type="dxa"/>
            </w:tcMar>
            <w:vAlign w:val="center"/>
          </w:tcPr>
          <w:p w14:paraId="3F4E5484" w14:textId="77777777" w:rsidR="003928F6" w:rsidRDefault="00000000">
            <w:pPr>
              <w:spacing w:after="60"/>
              <w:jc w:val="center"/>
            </w:pPr>
            <w:r>
              <w:rPr>
                <w:b/>
              </w:rPr>
              <w:t>Dự đoán</w:t>
            </w:r>
          </w:p>
        </w:tc>
        <w:tc>
          <w:tcPr>
            <w:tcW w:w="3420" w:type="dxa"/>
            <w:shd w:val="clear" w:color="auto" w:fill="173B57"/>
            <w:tcMar>
              <w:top w:w="110" w:type="dxa"/>
              <w:left w:w="120" w:type="dxa"/>
              <w:bottom w:w="110" w:type="dxa"/>
              <w:right w:w="120" w:type="dxa"/>
            </w:tcMar>
            <w:vAlign w:val="center"/>
          </w:tcPr>
          <w:p w14:paraId="3B0D2C50" w14:textId="77777777" w:rsidR="003928F6" w:rsidRDefault="00000000">
            <w:pPr>
              <w:spacing w:after="60"/>
              <w:jc w:val="center"/>
            </w:pPr>
            <w:r>
              <w:rPr>
                <w:b/>
              </w:rPr>
              <w:t>Cách kiểm tra/kết quả hoặc hướng theo dõi</w:t>
            </w:r>
          </w:p>
        </w:tc>
        <w:tc>
          <w:tcPr>
            <w:tcW w:w="2352" w:type="dxa"/>
            <w:shd w:val="clear" w:color="auto" w:fill="173B57"/>
            <w:tcMar>
              <w:top w:w="110" w:type="dxa"/>
              <w:left w:w="120" w:type="dxa"/>
              <w:bottom w:w="110" w:type="dxa"/>
              <w:right w:w="120" w:type="dxa"/>
            </w:tcMar>
            <w:vAlign w:val="center"/>
          </w:tcPr>
          <w:p w14:paraId="0369C32C" w14:textId="77777777" w:rsidR="003928F6" w:rsidRDefault="00000000">
            <w:pPr>
              <w:spacing w:after="60"/>
              <w:jc w:val="center"/>
            </w:pPr>
            <w:r>
              <w:rPr>
                <w:b/>
              </w:rPr>
              <w:t>Lĩnh vực và căn cứ</w:t>
            </w:r>
          </w:p>
        </w:tc>
      </w:tr>
      <w:tr w:rsidR="003928F6" w14:paraId="2B81B05F" w14:textId="77777777">
        <w:trPr>
          <w:cantSplit/>
        </w:trPr>
        <w:tc>
          <w:tcPr>
            <w:tcW w:w="1700" w:type="dxa"/>
            <w:vAlign w:val="center"/>
          </w:tcPr>
          <w:p w14:paraId="0C35D236" w14:textId="77777777" w:rsidR="003928F6" w:rsidRDefault="00000000">
            <w:pPr>
              <w:spacing w:after="60"/>
            </w:pPr>
            <w:r>
              <w:t>a. Hai thanh nam châm</w:t>
            </w:r>
          </w:p>
        </w:tc>
        <w:tc>
          <w:tcPr>
            <w:tcW w:w="1600" w:type="dxa"/>
            <w:vAlign w:val="center"/>
          </w:tcPr>
          <w:p w14:paraId="07CE0789" w14:textId="77777777" w:rsidR="003928F6" w:rsidRDefault="00000000">
            <w:pPr>
              <w:spacing w:after="60"/>
            </w:pPr>
            <w:r>
              <w:t>........................</w:t>
            </w:r>
          </w:p>
        </w:tc>
        <w:tc>
          <w:tcPr>
            <w:tcW w:w="3420" w:type="dxa"/>
            <w:vAlign w:val="center"/>
          </w:tcPr>
          <w:p w14:paraId="0603C2CD" w14:textId="77777777" w:rsidR="003928F6" w:rsidRDefault="00000000">
            <w:pPr>
              <w:spacing w:after="60"/>
            </w:pPr>
            <w:r>
              <w:t>................................................</w:t>
            </w:r>
          </w:p>
        </w:tc>
        <w:tc>
          <w:tcPr>
            <w:tcW w:w="2352" w:type="dxa"/>
            <w:vAlign w:val="center"/>
          </w:tcPr>
          <w:p w14:paraId="5954F682" w14:textId="77777777" w:rsidR="003928F6" w:rsidRDefault="00000000">
            <w:pPr>
              <w:spacing w:after="60"/>
            </w:pPr>
            <w:r>
              <w:t>................................</w:t>
            </w:r>
          </w:p>
        </w:tc>
      </w:tr>
      <w:tr w:rsidR="003928F6" w14:paraId="3C1BCF30" w14:textId="77777777">
        <w:trPr>
          <w:cantSplit/>
        </w:trPr>
        <w:tc>
          <w:tcPr>
            <w:tcW w:w="1700" w:type="dxa"/>
            <w:shd w:val="clear" w:color="auto" w:fill="F5F8FA"/>
            <w:vAlign w:val="center"/>
          </w:tcPr>
          <w:p w14:paraId="2957E981" w14:textId="77777777" w:rsidR="003928F6" w:rsidRDefault="00000000">
            <w:pPr>
              <w:spacing w:after="60"/>
            </w:pPr>
            <w:r>
              <w:t>b. Đun nóng đường</w:t>
            </w:r>
          </w:p>
        </w:tc>
        <w:tc>
          <w:tcPr>
            <w:tcW w:w="1600" w:type="dxa"/>
            <w:shd w:val="clear" w:color="auto" w:fill="F5F8FA"/>
            <w:vAlign w:val="center"/>
          </w:tcPr>
          <w:p w14:paraId="2CA5CE29" w14:textId="77777777" w:rsidR="003928F6" w:rsidRDefault="00000000">
            <w:pPr>
              <w:spacing w:after="60"/>
            </w:pPr>
            <w:r>
              <w:t>........................</w:t>
            </w:r>
          </w:p>
        </w:tc>
        <w:tc>
          <w:tcPr>
            <w:tcW w:w="3420" w:type="dxa"/>
            <w:shd w:val="clear" w:color="auto" w:fill="F5F8FA"/>
            <w:vAlign w:val="center"/>
          </w:tcPr>
          <w:p w14:paraId="6FE2BBA1" w14:textId="77777777" w:rsidR="003928F6" w:rsidRDefault="00000000">
            <w:pPr>
              <w:spacing w:after="60"/>
            </w:pPr>
            <w:r>
              <w:t>................................................</w:t>
            </w:r>
          </w:p>
        </w:tc>
        <w:tc>
          <w:tcPr>
            <w:tcW w:w="2352" w:type="dxa"/>
            <w:shd w:val="clear" w:color="auto" w:fill="F5F8FA"/>
            <w:vAlign w:val="center"/>
          </w:tcPr>
          <w:p w14:paraId="68450D4A" w14:textId="77777777" w:rsidR="003928F6" w:rsidRDefault="00000000">
            <w:pPr>
              <w:spacing w:after="60"/>
            </w:pPr>
            <w:r>
              <w:t>................................</w:t>
            </w:r>
          </w:p>
        </w:tc>
      </w:tr>
      <w:tr w:rsidR="003928F6" w14:paraId="10149E7F" w14:textId="77777777">
        <w:trPr>
          <w:cantSplit/>
        </w:trPr>
        <w:tc>
          <w:tcPr>
            <w:tcW w:w="1700" w:type="dxa"/>
            <w:vAlign w:val="center"/>
          </w:tcPr>
          <w:p w14:paraId="11E82F38" w14:textId="77777777" w:rsidR="003928F6" w:rsidRDefault="00000000">
            <w:pPr>
              <w:spacing w:after="60"/>
            </w:pPr>
            <w:r>
              <w:t>c. Đũa trong cốc nước</w:t>
            </w:r>
          </w:p>
        </w:tc>
        <w:tc>
          <w:tcPr>
            <w:tcW w:w="1600" w:type="dxa"/>
            <w:vAlign w:val="center"/>
          </w:tcPr>
          <w:p w14:paraId="13683576" w14:textId="77777777" w:rsidR="003928F6" w:rsidRDefault="00000000">
            <w:pPr>
              <w:spacing w:after="60"/>
            </w:pPr>
            <w:r>
              <w:t>........................</w:t>
            </w:r>
          </w:p>
        </w:tc>
        <w:tc>
          <w:tcPr>
            <w:tcW w:w="3420" w:type="dxa"/>
            <w:vAlign w:val="center"/>
          </w:tcPr>
          <w:p w14:paraId="1FD7B999" w14:textId="77777777" w:rsidR="003928F6" w:rsidRDefault="00000000">
            <w:pPr>
              <w:spacing w:after="60"/>
            </w:pPr>
            <w:r>
              <w:t>................................................</w:t>
            </w:r>
          </w:p>
        </w:tc>
        <w:tc>
          <w:tcPr>
            <w:tcW w:w="2352" w:type="dxa"/>
            <w:vAlign w:val="center"/>
          </w:tcPr>
          <w:p w14:paraId="31F7F23B" w14:textId="77777777" w:rsidR="003928F6" w:rsidRDefault="00000000">
            <w:pPr>
              <w:spacing w:after="60"/>
            </w:pPr>
            <w:r>
              <w:t>................................</w:t>
            </w:r>
          </w:p>
        </w:tc>
      </w:tr>
      <w:tr w:rsidR="003928F6" w14:paraId="5EAAD215" w14:textId="77777777">
        <w:trPr>
          <w:cantSplit/>
        </w:trPr>
        <w:tc>
          <w:tcPr>
            <w:tcW w:w="1700" w:type="dxa"/>
            <w:shd w:val="clear" w:color="auto" w:fill="F5F8FA"/>
            <w:vAlign w:val="center"/>
          </w:tcPr>
          <w:p w14:paraId="0211388B" w14:textId="77777777" w:rsidR="003928F6" w:rsidRDefault="00000000">
            <w:pPr>
              <w:spacing w:after="60"/>
            </w:pPr>
            <w:r>
              <w:t>d. Cây được chụp bình</w:t>
            </w:r>
          </w:p>
        </w:tc>
        <w:tc>
          <w:tcPr>
            <w:tcW w:w="1600" w:type="dxa"/>
            <w:shd w:val="clear" w:color="auto" w:fill="F5F8FA"/>
            <w:vAlign w:val="center"/>
          </w:tcPr>
          <w:p w14:paraId="69B2EE22" w14:textId="77777777" w:rsidR="003928F6" w:rsidRDefault="00000000">
            <w:pPr>
              <w:spacing w:after="60"/>
            </w:pPr>
            <w:r>
              <w:t>........................</w:t>
            </w:r>
          </w:p>
        </w:tc>
        <w:tc>
          <w:tcPr>
            <w:tcW w:w="3420" w:type="dxa"/>
            <w:shd w:val="clear" w:color="auto" w:fill="F5F8FA"/>
            <w:vAlign w:val="center"/>
          </w:tcPr>
          <w:p w14:paraId="10666CB1" w14:textId="77777777" w:rsidR="003928F6" w:rsidRDefault="00000000">
            <w:pPr>
              <w:spacing w:after="60"/>
            </w:pPr>
            <w:r>
              <w:t>................................................</w:t>
            </w:r>
          </w:p>
        </w:tc>
        <w:tc>
          <w:tcPr>
            <w:tcW w:w="2352" w:type="dxa"/>
            <w:shd w:val="clear" w:color="auto" w:fill="F5F8FA"/>
            <w:vAlign w:val="center"/>
          </w:tcPr>
          <w:p w14:paraId="446480B7" w14:textId="77777777" w:rsidR="003928F6" w:rsidRDefault="00000000">
            <w:pPr>
              <w:spacing w:after="60"/>
            </w:pPr>
            <w:r>
              <w:t>................................</w:t>
            </w:r>
          </w:p>
        </w:tc>
      </w:tr>
    </w:tbl>
    <w:p w14:paraId="5A4A5528" w14:textId="77777777" w:rsidR="003928F6" w:rsidRDefault="003928F6">
      <w:pPr>
        <w:spacing w:after="60"/>
      </w:pPr>
    </w:p>
    <w:p w14:paraId="70B1BE17" w14:textId="77777777" w:rsidR="003928F6" w:rsidRDefault="00000000">
      <w:pPr>
        <w:spacing w:after="60"/>
      </w:pPr>
      <w:r>
        <w:rPr>
          <w:b/>
        </w:rPr>
        <w:t xml:space="preserve">Bảng 1.1: </w:t>
      </w:r>
      <w:r>
        <w:t>Đánh dấu X vào một lĩnh vực phù hợp với từng hiện tượng.</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268"/>
        <w:gridCol w:w="2268"/>
        <w:gridCol w:w="2268"/>
        <w:gridCol w:w="2268"/>
      </w:tblGrid>
      <w:tr w:rsidR="003928F6" w14:paraId="16558728" w14:textId="77777777">
        <w:trPr>
          <w:cantSplit/>
          <w:tblHeader/>
        </w:trPr>
        <w:tc>
          <w:tcPr>
            <w:tcW w:w="2268" w:type="dxa"/>
            <w:shd w:val="clear" w:color="auto" w:fill="173B57"/>
            <w:tcMar>
              <w:top w:w="110" w:type="dxa"/>
              <w:left w:w="120" w:type="dxa"/>
              <w:bottom w:w="110" w:type="dxa"/>
              <w:right w:w="120" w:type="dxa"/>
            </w:tcMar>
            <w:vAlign w:val="center"/>
          </w:tcPr>
          <w:p w14:paraId="6DD65B09" w14:textId="77777777" w:rsidR="003928F6" w:rsidRDefault="00000000">
            <w:pPr>
              <w:spacing w:after="60"/>
              <w:jc w:val="center"/>
            </w:pPr>
            <w:r>
              <w:rPr>
                <w:b/>
              </w:rPr>
              <w:t>Hiện tượng</w:t>
            </w:r>
          </w:p>
        </w:tc>
        <w:tc>
          <w:tcPr>
            <w:tcW w:w="2268" w:type="dxa"/>
            <w:shd w:val="clear" w:color="auto" w:fill="173B57"/>
            <w:tcMar>
              <w:top w:w="110" w:type="dxa"/>
              <w:left w:w="120" w:type="dxa"/>
              <w:bottom w:w="110" w:type="dxa"/>
              <w:right w:w="120" w:type="dxa"/>
            </w:tcMar>
            <w:vAlign w:val="center"/>
          </w:tcPr>
          <w:p w14:paraId="536F4AA6" w14:textId="77777777" w:rsidR="003928F6" w:rsidRDefault="00000000">
            <w:pPr>
              <w:spacing w:after="60"/>
              <w:jc w:val="center"/>
            </w:pPr>
            <w:r>
              <w:rPr>
                <w:b/>
              </w:rPr>
              <w:t>Sinh học</w:t>
            </w:r>
          </w:p>
        </w:tc>
        <w:tc>
          <w:tcPr>
            <w:tcW w:w="2268" w:type="dxa"/>
            <w:shd w:val="clear" w:color="auto" w:fill="173B57"/>
            <w:tcMar>
              <w:top w:w="110" w:type="dxa"/>
              <w:left w:w="120" w:type="dxa"/>
              <w:bottom w:w="110" w:type="dxa"/>
              <w:right w:w="120" w:type="dxa"/>
            </w:tcMar>
            <w:vAlign w:val="center"/>
          </w:tcPr>
          <w:p w14:paraId="6F8FAF2C" w14:textId="77777777" w:rsidR="003928F6" w:rsidRDefault="00000000">
            <w:pPr>
              <w:spacing w:after="60"/>
              <w:jc w:val="center"/>
            </w:pPr>
            <w:r>
              <w:rPr>
                <w:b/>
              </w:rPr>
              <w:t>Hóa học</w:t>
            </w:r>
          </w:p>
        </w:tc>
        <w:tc>
          <w:tcPr>
            <w:tcW w:w="2268" w:type="dxa"/>
            <w:shd w:val="clear" w:color="auto" w:fill="173B57"/>
            <w:tcMar>
              <w:top w:w="110" w:type="dxa"/>
              <w:left w:w="120" w:type="dxa"/>
              <w:bottom w:w="110" w:type="dxa"/>
              <w:right w:w="120" w:type="dxa"/>
            </w:tcMar>
            <w:vAlign w:val="center"/>
          </w:tcPr>
          <w:p w14:paraId="76402843" w14:textId="77777777" w:rsidR="003928F6" w:rsidRDefault="00000000">
            <w:pPr>
              <w:spacing w:after="60"/>
              <w:jc w:val="center"/>
            </w:pPr>
            <w:r>
              <w:rPr>
                <w:b/>
              </w:rPr>
              <w:t>Vật lí học</w:t>
            </w:r>
          </w:p>
        </w:tc>
      </w:tr>
      <w:tr w:rsidR="003928F6" w14:paraId="5195D147" w14:textId="77777777">
        <w:trPr>
          <w:cantSplit/>
        </w:trPr>
        <w:tc>
          <w:tcPr>
            <w:tcW w:w="2268" w:type="dxa"/>
            <w:vAlign w:val="center"/>
          </w:tcPr>
          <w:p w14:paraId="6A2EC3E6" w14:textId="77777777" w:rsidR="003928F6" w:rsidRDefault="00000000">
            <w:pPr>
              <w:spacing w:after="60"/>
              <w:jc w:val="center"/>
            </w:pPr>
            <w:r>
              <w:t>a</w:t>
            </w:r>
          </w:p>
        </w:tc>
        <w:tc>
          <w:tcPr>
            <w:tcW w:w="2268" w:type="dxa"/>
            <w:vAlign w:val="center"/>
          </w:tcPr>
          <w:p w14:paraId="1F1E3B81" w14:textId="77777777" w:rsidR="003928F6" w:rsidRDefault="00000000">
            <w:pPr>
              <w:spacing w:after="60"/>
              <w:jc w:val="center"/>
            </w:pPr>
            <w:r>
              <w:t>□</w:t>
            </w:r>
          </w:p>
        </w:tc>
        <w:tc>
          <w:tcPr>
            <w:tcW w:w="2268" w:type="dxa"/>
            <w:vAlign w:val="center"/>
          </w:tcPr>
          <w:p w14:paraId="65DD7B62" w14:textId="77777777" w:rsidR="003928F6" w:rsidRDefault="00000000">
            <w:pPr>
              <w:spacing w:after="60"/>
              <w:jc w:val="center"/>
            </w:pPr>
            <w:r>
              <w:t>□</w:t>
            </w:r>
          </w:p>
        </w:tc>
        <w:tc>
          <w:tcPr>
            <w:tcW w:w="2268" w:type="dxa"/>
            <w:vAlign w:val="center"/>
          </w:tcPr>
          <w:p w14:paraId="7CD34F4A" w14:textId="77777777" w:rsidR="003928F6" w:rsidRDefault="00000000">
            <w:pPr>
              <w:spacing w:after="60"/>
              <w:jc w:val="center"/>
            </w:pPr>
            <w:r>
              <w:t>□</w:t>
            </w:r>
          </w:p>
        </w:tc>
      </w:tr>
      <w:tr w:rsidR="003928F6" w14:paraId="035E21C3" w14:textId="77777777">
        <w:trPr>
          <w:cantSplit/>
        </w:trPr>
        <w:tc>
          <w:tcPr>
            <w:tcW w:w="2268" w:type="dxa"/>
            <w:shd w:val="clear" w:color="auto" w:fill="F5F8FA"/>
            <w:vAlign w:val="center"/>
          </w:tcPr>
          <w:p w14:paraId="7B8A7352" w14:textId="77777777" w:rsidR="003928F6" w:rsidRDefault="00000000">
            <w:pPr>
              <w:spacing w:after="60"/>
              <w:jc w:val="center"/>
            </w:pPr>
            <w:r>
              <w:t>b</w:t>
            </w:r>
          </w:p>
        </w:tc>
        <w:tc>
          <w:tcPr>
            <w:tcW w:w="2268" w:type="dxa"/>
            <w:shd w:val="clear" w:color="auto" w:fill="F5F8FA"/>
            <w:vAlign w:val="center"/>
          </w:tcPr>
          <w:p w14:paraId="09770B86" w14:textId="77777777" w:rsidR="003928F6" w:rsidRDefault="00000000">
            <w:pPr>
              <w:spacing w:after="60"/>
              <w:jc w:val="center"/>
            </w:pPr>
            <w:r>
              <w:t>□</w:t>
            </w:r>
          </w:p>
        </w:tc>
        <w:tc>
          <w:tcPr>
            <w:tcW w:w="2268" w:type="dxa"/>
            <w:shd w:val="clear" w:color="auto" w:fill="F5F8FA"/>
            <w:vAlign w:val="center"/>
          </w:tcPr>
          <w:p w14:paraId="3701DB63" w14:textId="77777777" w:rsidR="003928F6" w:rsidRDefault="00000000">
            <w:pPr>
              <w:spacing w:after="60"/>
              <w:jc w:val="center"/>
            </w:pPr>
            <w:r>
              <w:t>□</w:t>
            </w:r>
          </w:p>
        </w:tc>
        <w:tc>
          <w:tcPr>
            <w:tcW w:w="2268" w:type="dxa"/>
            <w:shd w:val="clear" w:color="auto" w:fill="F5F8FA"/>
            <w:vAlign w:val="center"/>
          </w:tcPr>
          <w:p w14:paraId="5D4A3849" w14:textId="77777777" w:rsidR="003928F6" w:rsidRDefault="00000000">
            <w:pPr>
              <w:spacing w:after="60"/>
              <w:jc w:val="center"/>
            </w:pPr>
            <w:r>
              <w:t>□</w:t>
            </w:r>
          </w:p>
        </w:tc>
      </w:tr>
      <w:tr w:rsidR="003928F6" w14:paraId="10133D01" w14:textId="77777777">
        <w:trPr>
          <w:cantSplit/>
        </w:trPr>
        <w:tc>
          <w:tcPr>
            <w:tcW w:w="2268" w:type="dxa"/>
            <w:vAlign w:val="center"/>
          </w:tcPr>
          <w:p w14:paraId="4D41F621" w14:textId="77777777" w:rsidR="003928F6" w:rsidRDefault="00000000">
            <w:pPr>
              <w:spacing w:after="60"/>
              <w:jc w:val="center"/>
            </w:pPr>
            <w:r>
              <w:t>c</w:t>
            </w:r>
          </w:p>
        </w:tc>
        <w:tc>
          <w:tcPr>
            <w:tcW w:w="2268" w:type="dxa"/>
            <w:vAlign w:val="center"/>
          </w:tcPr>
          <w:p w14:paraId="768C23FB" w14:textId="77777777" w:rsidR="003928F6" w:rsidRDefault="00000000">
            <w:pPr>
              <w:spacing w:after="60"/>
              <w:jc w:val="center"/>
            </w:pPr>
            <w:r>
              <w:t>□</w:t>
            </w:r>
          </w:p>
        </w:tc>
        <w:tc>
          <w:tcPr>
            <w:tcW w:w="2268" w:type="dxa"/>
            <w:vAlign w:val="center"/>
          </w:tcPr>
          <w:p w14:paraId="794D45C6" w14:textId="77777777" w:rsidR="003928F6" w:rsidRDefault="00000000">
            <w:pPr>
              <w:spacing w:after="60"/>
              <w:jc w:val="center"/>
            </w:pPr>
            <w:r>
              <w:t>□</w:t>
            </w:r>
          </w:p>
        </w:tc>
        <w:tc>
          <w:tcPr>
            <w:tcW w:w="2268" w:type="dxa"/>
            <w:vAlign w:val="center"/>
          </w:tcPr>
          <w:p w14:paraId="247AA4DB" w14:textId="77777777" w:rsidR="003928F6" w:rsidRDefault="00000000">
            <w:pPr>
              <w:spacing w:after="60"/>
              <w:jc w:val="center"/>
            </w:pPr>
            <w:r>
              <w:t>□</w:t>
            </w:r>
          </w:p>
        </w:tc>
      </w:tr>
      <w:tr w:rsidR="003928F6" w14:paraId="5248316D" w14:textId="77777777">
        <w:trPr>
          <w:cantSplit/>
        </w:trPr>
        <w:tc>
          <w:tcPr>
            <w:tcW w:w="2268" w:type="dxa"/>
            <w:shd w:val="clear" w:color="auto" w:fill="F5F8FA"/>
            <w:vAlign w:val="center"/>
          </w:tcPr>
          <w:p w14:paraId="4D1801DD" w14:textId="77777777" w:rsidR="003928F6" w:rsidRDefault="00000000">
            <w:pPr>
              <w:spacing w:after="60"/>
              <w:jc w:val="center"/>
            </w:pPr>
            <w:r>
              <w:t>d</w:t>
            </w:r>
          </w:p>
        </w:tc>
        <w:tc>
          <w:tcPr>
            <w:tcW w:w="2268" w:type="dxa"/>
            <w:shd w:val="clear" w:color="auto" w:fill="F5F8FA"/>
            <w:vAlign w:val="center"/>
          </w:tcPr>
          <w:p w14:paraId="2D0C6576" w14:textId="77777777" w:rsidR="003928F6" w:rsidRDefault="00000000">
            <w:pPr>
              <w:spacing w:after="60"/>
              <w:jc w:val="center"/>
            </w:pPr>
            <w:r>
              <w:t>□</w:t>
            </w:r>
          </w:p>
        </w:tc>
        <w:tc>
          <w:tcPr>
            <w:tcW w:w="2268" w:type="dxa"/>
            <w:shd w:val="clear" w:color="auto" w:fill="F5F8FA"/>
            <w:vAlign w:val="center"/>
          </w:tcPr>
          <w:p w14:paraId="4F9D221A" w14:textId="77777777" w:rsidR="003928F6" w:rsidRDefault="00000000">
            <w:pPr>
              <w:spacing w:after="60"/>
              <w:jc w:val="center"/>
            </w:pPr>
            <w:r>
              <w:t>□</w:t>
            </w:r>
          </w:p>
        </w:tc>
        <w:tc>
          <w:tcPr>
            <w:tcW w:w="2268" w:type="dxa"/>
            <w:shd w:val="clear" w:color="auto" w:fill="F5F8FA"/>
            <w:vAlign w:val="center"/>
          </w:tcPr>
          <w:p w14:paraId="5A322F2A" w14:textId="77777777" w:rsidR="003928F6" w:rsidRDefault="00000000">
            <w:pPr>
              <w:spacing w:after="60"/>
              <w:jc w:val="center"/>
            </w:pPr>
            <w:r>
              <w:t>□</w:t>
            </w:r>
          </w:p>
        </w:tc>
      </w:tr>
    </w:tbl>
    <w:p w14:paraId="369D1444" w14:textId="77777777" w:rsidR="003928F6" w:rsidRDefault="003928F6">
      <w:pPr>
        <w:spacing w:after="60"/>
      </w:pPr>
    </w:p>
    <w:p w14:paraId="431F3D3C" w14:textId="77777777" w:rsidR="003928F6" w:rsidRDefault="00000000">
      <w:pPr>
        <w:spacing w:after="60"/>
      </w:pPr>
      <w:r>
        <w:rPr>
          <w:b/>
        </w:rPr>
        <w:t xml:space="preserve">Năm lĩnh vực KHTN: </w:t>
      </w:r>
      <w:r>
        <w:t>Hoàn thành đối tượng nghiên cứu theo đoạn văn trang 8.</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500"/>
        <w:gridCol w:w="6572"/>
      </w:tblGrid>
      <w:tr w:rsidR="003928F6" w14:paraId="61DAFD79" w14:textId="77777777">
        <w:trPr>
          <w:cantSplit/>
          <w:tblHeader/>
        </w:trPr>
        <w:tc>
          <w:tcPr>
            <w:tcW w:w="2500" w:type="dxa"/>
            <w:shd w:val="clear" w:color="auto" w:fill="173B57"/>
            <w:tcMar>
              <w:top w:w="110" w:type="dxa"/>
              <w:left w:w="120" w:type="dxa"/>
              <w:bottom w:w="110" w:type="dxa"/>
              <w:right w:w="120" w:type="dxa"/>
            </w:tcMar>
            <w:vAlign w:val="center"/>
          </w:tcPr>
          <w:p w14:paraId="207CFA0B" w14:textId="77777777" w:rsidR="003928F6" w:rsidRDefault="00000000">
            <w:pPr>
              <w:spacing w:after="60"/>
              <w:jc w:val="center"/>
            </w:pPr>
            <w:r>
              <w:rPr>
                <w:b/>
              </w:rPr>
              <w:t>Lĩnh vực</w:t>
            </w:r>
          </w:p>
        </w:tc>
        <w:tc>
          <w:tcPr>
            <w:tcW w:w="6572" w:type="dxa"/>
            <w:shd w:val="clear" w:color="auto" w:fill="173B57"/>
            <w:tcMar>
              <w:top w:w="110" w:type="dxa"/>
              <w:left w:w="120" w:type="dxa"/>
              <w:bottom w:w="110" w:type="dxa"/>
              <w:right w:w="120" w:type="dxa"/>
            </w:tcMar>
            <w:vAlign w:val="center"/>
          </w:tcPr>
          <w:p w14:paraId="75914A44" w14:textId="77777777" w:rsidR="003928F6" w:rsidRDefault="00000000">
            <w:pPr>
              <w:spacing w:after="60"/>
              <w:jc w:val="center"/>
            </w:pPr>
            <w:r>
              <w:rPr>
                <w:b/>
              </w:rPr>
              <w:t>Đối tượng nghiên cứu</w:t>
            </w:r>
          </w:p>
        </w:tc>
      </w:tr>
      <w:tr w:rsidR="003928F6" w14:paraId="1A76AA09" w14:textId="77777777">
        <w:trPr>
          <w:cantSplit/>
        </w:trPr>
        <w:tc>
          <w:tcPr>
            <w:tcW w:w="2500" w:type="dxa"/>
            <w:vAlign w:val="center"/>
          </w:tcPr>
          <w:p w14:paraId="293B0504" w14:textId="77777777" w:rsidR="003928F6" w:rsidRDefault="00000000">
            <w:pPr>
              <w:spacing w:after="60"/>
            </w:pPr>
            <w:r>
              <w:t>Sinh học</w:t>
            </w:r>
          </w:p>
        </w:tc>
        <w:tc>
          <w:tcPr>
            <w:tcW w:w="6572" w:type="dxa"/>
            <w:vAlign w:val="center"/>
          </w:tcPr>
          <w:p w14:paraId="583C402C" w14:textId="77777777" w:rsidR="003928F6" w:rsidRDefault="00000000">
            <w:pPr>
              <w:spacing w:after="60"/>
            </w:pPr>
            <w:r>
              <w:t>................................................................................................</w:t>
            </w:r>
          </w:p>
        </w:tc>
      </w:tr>
      <w:tr w:rsidR="003928F6" w14:paraId="3353F7A2" w14:textId="77777777">
        <w:trPr>
          <w:cantSplit/>
        </w:trPr>
        <w:tc>
          <w:tcPr>
            <w:tcW w:w="2500" w:type="dxa"/>
            <w:shd w:val="clear" w:color="auto" w:fill="F5F8FA"/>
            <w:vAlign w:val="center"/>
          </w:tcPr>
          <w:p w14:paraId="5565CAC6" w14:textId="77777777" w:rsidR="003928F6" w:rsidRDefault="00000000">
            <w:pPr>
              <w:spacing w:after="60"/>
            </w:pPr>
            <w:r>
              <w:t>Hóa học</w:t>
            </w:r>
          </w:p>
        </w:tc>
        <w:tc>
          <w:tcPr>
            <w:tcW w:w="6572" w:type="dxa"/>
            <w:shd w:val="clear" w:color="auto" w:fill="F5F8FA"/>
            <w:vAlign w:val="center"/>
          </w:tcPr>
          <w:p w14:paraId="3D20EDEA" w14:textId="77777777" w:rsidR="003928F6" w:rsidRDefault="00000000">
            <w:pPr>
              <w:spacing w:after="60"/>
            </w:pPr>
            <w:r>
              <w:t>................................................................................................</w:t>
            </w:r>
          </w:p>
        </w:tc>
      </w:tr>
      <w:tr w:rsidR="003928F6" w14:paraId="3816C5CA" w14:textId="77777777">
        <w:trPr>
          <w:cantSplit/>
        </w:trPr>
        <w:tc>
          <w:tcPr>
            <w:tcW w:w="2500" w:type="dxa"/>
            <w:vAlign w:val="center"/>
          </w:tcPr>
          <w:p w14:paraId="374FE296" w14:textId="77777777" w:rsidR="003928F6" w:rsidRDefault="00000000">
            <w:pPr>
              <w:spacing w:after="60"/>
            </w:pPr>
            <w:r>
              <w:t>Vật lí học</w:t>
            </w:r>
          </w:p>
        </w:tc>
        <w:tc>
          <w:tcPr>
            <w:tcW w:w="6572" w:type="dxa"/>
            <w:vAlign w:val="center"/>
          </w:tcPr>
          <w:p w14:paraId="0EB45B14" w14:textId="77777777" w:rsidR="003928F6" w:rsidRDefault="00000000">
            <w:pPr>
              <w:spacing w:after="60"/>
            </w:pPr>
            <w:r>
              <w:t>................................................................................................</w:t>
            </w:r>
          </w:p>
        </w:tc>
      </w:tr>
      <w:tr w:rsidR="003928F6" w14:paraId="7FAE5F42" w14:textId="77777777">
        <w:trPr>
          <w:cantSplit/>
        </w:trPr>
        <w:tc>
          <w:tcPr>
            <w:tcW w:w="2500" w:type="dxa"/>
            <w:shd w:val="clear" w:color="auto" w:fill="F5F8FA"/>
            <w:vAlign w:val="center"/>
          </w:tcPr>
          <w:p w14:paraId="5CAEA0B6" w14:textId="77777777" w:rsidR="003928F6" w:rsidRDefault="00000000">
            <w:pPr>
              <w:spacing w:after="60"/>
            </w:pPr>
            <w:r>
              <w:t>Khoa học Trái Đất</w:t>
            </w:r>
          </w:p>
        </w:tc>
        <w:tc>
          <w:tcPr>
            <w:tcW w:w="6572" w:type="dxa"/>
            <w:shd w:val="clear" w:color="auto" w:fill="F5F8FA"/>
            <w:vAlign w:val="center"/>
          </w:tcPr>
          <w:p w14:paraId="32584727" w14:textId="77777777" w:rsidR="003928F6" w:rsidRDefault="00000000">
            <w:pPr>
              <w:spacing w:after="60"/>
            </w:pPr>
            <w:r>
              <w:t>................................................................................................</w:t>
            </w:r>
          </w:p>
        </w:tc>
      </w:tr>
      <w:tr w:rsidR="003928F6" w14:paraId="298FBC03" w14:textId="77777777">
        <w:trPr>
          <w:cantSplit/>
        </w:trPr>
        <w:tc>
          <w:tcPr>
            <w:tcW w:w="2500" w:type="dxa"/>
            <w:vAlign w:val="center"/>
          </w:tcPr>
          <w:p w14:paraId="5F895ABD" w14:textId="77777777" w:rsidR="003928F6" w:rsidRDefault="00000000">
            <w:pPr>
              <w:spacing w:after="60"/>
            </w:pPr>
            <w:r>
              <w:t>Thiên văn học</w:t>
            </w:r>
          </w:p>
        </w:tc>
        <w:tc>
          <w:tcPr>
            <w:tcW w:w="6572" w:type="dxa"/>
            <w:vAlign w:val="center"/>
          </w:tcPr>
          <w:p w14:paraId="336AF6ED" w14:textId="77777777" w:rsidR="003928F6" w:rsidRDefault="00000000">
            <w:pPr>
              <w:spacing w:after="60"/>
            </w:pPr>
            <w:r>
              <w:t>................................................................................................</w:t>
            </w:r>
          </w:p>
        </w:tc>
      </w:tr>
    </w:tbl>
    <w:p w14:paraId="0A2C97BC" w14:textId="77777777" w:rsidR="003928F6" w:rsidRDefault="003928F6">
      <w:pPr>
        <w:spacing w:after="60"/>
      </w:pPr>
    </w:p>
    <w:p w14:paraId="6BC5B633" w14:textId="77777777" w:rsidR="003928F6" w:rsidRDefault="00000000">
      <w:pPr>
        <w:pStyle w:val="Heading1"/>
        <w:pageBreakBefore/>
        <w:spacing w:before="0" w:after="60"/>
      </w:pPr>
      <w:r>
        <w:rPr>
          <w:rFonts w:ascii="Times New Roman" w:eastAsia="Times New Roman" w:hAnsi="Times New Roman"/>
        </w:rPr>
        <w:lastRenderedPageBreak/>
        <w:t>PHỤ LỤC 3. PHIẾU HỌC TẬP SỐ 3 - KHTN VỚI CÔNG NGHỆ VÀ ĐỜI SỐNG</w:t>
      </w:r>
    </w:p>
    <w:p w14:paraId="1AEBB77E" w14:textId="77777777" w:rsidR="003928F6" w:rsidRDefault="00000000">
      <w:pPr>
        <w:spacing w:after="60"/>
      </w:pPr>
      <w:r>
        <w:t>Họ và tên: ..............................................................  Lớp: ............  Nhóm: ............</w:t>
      </w:r>
    </w:p>
    <w:p w14:paraId="5FEB2514" w14:textId="77777777" w:rsidR="003928F6" w:rsidRDefault="00000000">
      <w:pPr>
        <w:spacing w:after="60"/>
      </w:pPr>
      <w:r>
        <w:rPr>
          <w:b/>
        </w:rPr>
        <w:t xml:space="preserve">Nhiệm vụ 1: </w:t>
      </w:r>
      <w:r>
        <w:t>Quan sát Hình 1.2 và hoàn thành bảng so sánh.</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900"/>
        <w:gridCol w:w="2600"/>
        <w:gridCol w:w="2200"/>
        <w:gridCol w:w="2372"/>
      </w:tblGrid>
      <w:tr w:rsidR="003928F6" w14:paraId="3475A83F" w14:textId="77777777">
        <w:trPr>
          <w:cantSplit/>
          <w:tblHeader/>
        </w:trPr>
        <w:tc>
          <w:tcPr>
            <w:tcW w:w="1900" w:type="dxa"/>
            <w:shd w:val="clear" w:color="auto" w:fill="173B57"/>
            <w:tcMar>
              <w:top w:w="110" w:type="dxa"/>
              <w:left w:w="120" w:type="dxa"/>
              <w:bottom w:w="110" w:type="dxa"/>
              <w:right w:w="120" w:type="dxa"/>
            </w:tcMar>
            <w:vAlign w:val="center"/>
          </w:tcPr>
          <w:p w14:paraId="5AFA54F8" w14:textId="77777777" w:rsidR="003928F6" w:rsidRDefault="00000000">
            <w:pPr>
              <w:spacing w:after="60"/>
              <w:jc w:val="center"/>
            </w:pPr>
            <w:r>
              <w:rPr>
                <w:b/>
              </w:rPr>
              <w:t>Lĩnh vực</w:t>
            </w:r>
          </w:p>
        </w:tc>
        <w:tc>
          <w:tcPr>
            <w:tcW w:w="2600" w:type="dxa"/>
            <w:shd w:val="clear" w:color="auto" w:fill="173B57"/>
            <w:tcMar>
              <w:top w:w="110" w:type="dxa"/>
              <w:left w:w="120" w:type="dxa"/>
              <w:bottom w:w="110" w:type="dxa"/>
              <w:right w:w="120" w:type="dxa"/>
            </w:tcMar>
            <w:vAlign w:val="center"/>
          </w:tcPr>
          <w:p w14:paraId="509A8CBA" w14:textId="77777777" w:rsidR="003928F6" w:rsidRDefault="00000000">
            <w:pPr>
              <w:spacing w:after="60"/>
              <w:jc w:val="center"/>
            </w:pPr>
            <w:r>
              <w:rPr>
                <w:b/>
              </w:rPr>
              <w:t>Khi khoa học, công nghệ chưa phát triển</w:t>
            </w:r>
          </w:p>
        </w:tc>
        <w:tc>
          <w:tcPr>
            <w:tcW w:w="2200" w:type="dxa"/>
            <w:shd w:val="clear" w:color="auto" w:fill="173B57"/>
            <w:tcMar>
              <w:top w:w="110" w:type="dxa"/>
              <w:left w:w="120" w:type="dxa"/>
              <w:bottom w:w="110" w:type="dxa"/>
              <w:right w:w="120" w:type="dxa"/>
            </w:tcMar>
            <w:vAlign w:val="center"/>
          </w:tcPr>
          <w:p w14:paraId="5415A538" w14:textId="77777777" w:rsidR="003928F6" w:rsidRDefault="00000000">
            <w:pPr>
              <w:spacing w:after="60"/>
              <w:jc w:val="center"/>
            </w:pPr>
            <w:r>
              <w:rPr>
                <w:b/>
              </w:rPr>
              <w:t>Hiện nay</w:t>
            </w:r>
          </w:p>
        </w:tc>
        <w:tc>
          <w:tcPr>
            <w:tcW w:w="2372" w:type="dxa"/>
            <w:shd w:val="clear" w:color="auto" w:fill="173B57"/>
            <w:tcMar>
              <w:top w:w="110" w:type="dxa"/>
              <w:left w:w="120" w:type="dxa"/>
              <w:bottom w:w="110" w:type="dxa"/>
              <w:right w:w="120" w:type="dxa"/>
            </w:tcMar>
            <w:vAlign w:val="center"/>
          </w:tcPr>
          <w:p w14:paraId="5D703387" w14:textId="77777777" w:rsidR="003928F6" w:rsidRDefault="00000000">
            <w:pPr>
              <w:spacing w:after="60"/>
              <w:jc w:val="center"/>
            </w:pPr>
            <w:r>
              <w:rPr>
                <w:b/>
              </w:rPr>
              <w:t>Nhận xét</w:t>
            </w:r>
          </w:p>
        </w:tc>
      </w:tr>
      <w:tr w:rsidR="003928F6" w14:paraId="4C3C5CCB" w14:textId="77777777">
        <w:trPr>
          <w:cantSplit/>
        </w:trPr>
        <w:tc>
          <w:tcPr>
            <w:tcW w:w="1900" w:type="dxa"/>
            <w:vAlign w:val="center"/>
          </w:tcPr>
          <w:p w14:paraId="20C44970" w14:textId="77777777" w:rsidR="003928F6" w:rsidRDefault="00000000">
            <w:pPr>
              <w:spacing w:after="60"/>
            </w:pPr>
            <w:r>
              <w:t>Thông tin liên lạc</w:t>
            </w:r>
          </w:p>
        </w:tc>
        <w:tc>
          <w:tcPr>
            <w:tcW w:w="2600" w:type="dxa"/>
            <w:vAlign w:val="center"/>
          </w:tcPr>
          <w:p w14:paraId="25420B48" w14:textId="77777777" w:rsidR="003928F6" w:rsidRDefault="00000000">
            <w:pPr>
              <w:spacing w:after="60"/>
            </w:pPr>
            <w:r>
              <w:t>................................</w:t>
            </w:r>
          </w:p>
        </w:tc>
        <w:tc>
          <w:tcPr>
            <w:tcW w:w="2200" w:type="dxa"/>
            <w:vAlign w:val="center"/>
          </w:tcPr>
          <w:p w14:paraId="71B78878" w14:textId="77777777" w:rsidR="003928F6" w:rsidRDefault="00000000">
            <w:pPr>
              <w:spacing w:after="60"/>
            </w:pPr>
            <w:r>
              <w:t>................................</w:t>
            </w:r>
          </w:p>
        </w:tc>
        <w:tc>
          <w:tcPr>
            <w:tcW w:w="2372" w:type="dxa"/>
            <w:vAlign w:val="center"/>
          </w:tcPr>
          <w:p w14:paraId="28FB5017" w14:textId="77777777" w:rsidR="003928F6" w:rsidRDefault="00000000">
            <w:pPr>
              <w:spacing w:after="60"/>
            </w:pPr>
            <w:r>
              <w:t>................................</w:t>
            </w:r>
          </w:p>
        </w:tc>
      </w:tr>
      <w:tr w:rsidR="003928F6" w14:paraId="64201E9E" w14:textId="77777777">
        <w:trPr>
          <w:cantSplit/>
        </w:trPr>
        <w:tc>
          <w:tcPr>
            <w:tcW w:w="1900" w:type="dxa"/>
            <w:shd w:val="clear" w:color="auto" w:fill="F5F8FA"/>
            <w:vAlign w:val="center"/>
          </w:tcPr>
          <w:p w14:paraId="42C0BACD" w14:textId="77777777" w:rsidR="003928F6" w:rsidRDefault="00000000">
            <w:pPr>
              <w:spacing w:after="60"/>
            </w:pPr>
            <w:r>
              <w:t>Sản xuất</w:t>
            </w:r>
          </w:p>
        </w:tc>
        <w:tc>
          <w:tcPr>
            <w:tcW w:w="2600" w:type="dxa"/>
            <w:shd w:val="clear" w:color="auto" w:fill="F5F8FA"/>
            <w:vAlign w:val="center"/>
          </w:tcPr>
          <w:p w14:paraId="76CB2941" w14:textId="77777777" w:rsidR="003928F6" w:rsidRDefault="00000000">
            <w:pPr>
              <w:spacing w:after="60"/>
            </w:pPr>
            <w:r>
              <w:t>................................</w:t>
            </w:r>
          </w:p>
        </w:tc>
        <w:tc>
          <w:tcPr>
            <w:tcW w:w="2200" w:type="dxa"/>
            <w:shd w:val="clear" w:color="auto" w:fill="F5F8FA"/>
            <w:vAlign w:val="center"/>
          </w:tcPr>
          <w:p w14:paraId="6AFA9A32" w14:textId="77777777" w:rsidR="003928F6" w:rsidRDefault="00000000">
            <w:pPr>
              <w:spacing w:after="60"/>
            </w:pPr>
            <w:r>
              <w:t>................................</w:t>
            </w:r>
          </w:p>
        </w:tc>
        <w:tc>
          <w:tcPr>
            <w:tcW w:w="2372" w:type="dxa"/>
            <w:shd w:val="clear" w:color="auto" w:fill="F5F8FA"/>
            <w:vAlign w:val="center"/>
          </w:tcPr>
          <w:p w14:paraId="2AFA6C79" w14:textId="77777777" w:rsidR="003928F6" w:rsidRDefault="00000000">
            <w:pPr>
              <w:spacing w:after="60"/>
            </w:pPr>
            <w:r>
              <w:t>................................</w:t>
            </w:r>
          </w:p>
        </w:tc>
      </w:tr>
      <w:tr w:rsidR="003928F6" w14:paraId="6A999C4C" w14:textId="77777777">
        <w:trPr>
          <w:cantSplit/>
        </w:trPr>
        <w:tc>
          <w:tcPr>
            <w:tcW w:w="1900" w:type="dxa"/>
            <w:vAlign w:val="center"/>
          </w:tcPr>
          <w:p w14:paraId="3F438A3C" w14:textId="77777777" w:rsidR="003928F6" w:rsidRDefault="00000000">
            <w:pPr>
              <w:spacing w:after="60"/>
            </w:pPr>
            <w:r>
              <w:t>Giao thông vận tải</w:t>
            </w:r>
          </w:p>
        </w:tc>
        <w:tc>
          <w:tcPr>
            <w:tcW w:w="2600" w:type="dxa"/>
            <w:vAlign w:val="center"/>
          </w:tcPr>
          <w:p w14:paraId="1D1AFCC9" w14:textId="77777777" w:rsidR="003928F6" w:rsidRDefault="00000000">
            <w:pPr>
              <w:spacing w:after="60"/>
            </w:pPr>
            <w:r>
              <w:t>................................</w:t>
            </w:r>
          </w:p>
        </w:tc>
        <w:tc>
          <w:tcPr>
            <w:tcW w:w="2200" w:type="dxa"/>
            <w:vAlign w:val="center"/>
          </w:tcPr>
          <w:p w14:paraId="2F606E75" w14:textId="77777777" w:rsidR="003928F6" w:rsidRDefault="00000000">
            <w:pPr>
              <w:spacing w:after="60"/>
            </w:pPr>
            <w:r>
              <w:t>................................</w:t>
            </w:r>
          </w:p>
        </w:tc>
        <w:tc>
          <w:tcPr>
            <w:tcW w:w="2372" w:type="dxa"/>
            <w:vAlign w:val="center"/>
          </w:tcPr>
          <w:p w14:paraId="217A4444" w14:textId="77777777" w:rsidR="003928F6" w:rsidRDefault="00000000">
            <w:pPr>
              <w:spacing w:after="60"/>
            </w:pPr>
            <w:r>
              <w:t>................................</w:t>
            </w:r>
          </w:p>
        </w:tc>
      </w:tr>
    </w:tbl>
    <w:p w14:paraId="220E0746" w14:textId="77777777" w:rsidR="003928F6" w:rsidRDefault="003928F6">
      <w:pPr>
        <w:spacing w:after="60"/>
      </w:pPr>
    </w:p>
    <w:p w14:paraId="0F39BEFB" w14:textId="77777777" w:rsidR="003928F6" w:rsidRDefault="00000000">
      <w:pPr>
        <w:spacing w:after="60"/>
      </w:pPr>
      <w:r>
        <w:rPr>
          <w:b/>
        </w:rPr>
        <w:t xml:space="preserve">Nhiệm vụ 2: </w:t>
      </w:r>
      <w:r>
        <w:t>Quan sát Hình 1.3 và ghi ý có căn cứ từ hình.</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3024"/>
        <w:gridCol w:w="3024"/>
        <w:gridCol w:w="3024"/>
      </w:tblGrid>
      <w:tr w:rsidR="003928F6" w14:paraId="09D38D3D" w14:textId="77777777">
        <w:trPr>
          <w:cantSplit/>
          <w:tblHeader/>
        </w:trPr>
        <w:tc>
          <w:tcPr>
            <w:tcW w:w="3024" w:type="dxa"/>
            <w:shd w:val="clear" w:color="auto" w:fill="173B57"/>
            <w:tcMar>
              <w:top w:w="110" w:type="dxa"/>
              <w:left w:w="120" w:type="dxa"/>
              <w:bottom w:w="110" w:type="dxa"/>
              <w:right w:w="120" w:type="dxa"/>
            </w:tcMar>
            <w:vAlign w:val="center"/>
          </w:tcPr>
          <w:p w14:paraId="35605FA7" w14:textId="77777777" w:rsidR="003928F6" w:rsidRDefault="00000000">
            <w:pPr>
              <w:spacing w:after="60"/>
              <w:jc w:val="center"/>
            </w:pPr>
            <w:r>
              <w:rPr>
                <w:b/>
              </w:rPr>
              <w:t>Lợi ích của ứng dụng KHTN</w:t>
            </w:r>
          </w:p>
        </w:tc>
        <w:tc>
          <w:tcPr>
            <w:tcW w:w="3024" w:type="dxa"/>
            <w:shd w:val="clear" w:color="auto" w:fill="173B57"/>
            <w:tcMar>
              <w:top w:w="110" w:type="dxa"/>
              <w:left w:w="120" w:type="dxa"/>
              <w:bottom w:w="110" w:type="dxa"/>
              <w:right w:w="120" w:type="dxa"/>
            </w:tcMar>
            <w:vAlign w:val="center"/>
          </w:tcPr>
          <w:p w14:paraId="4D42538C" w14:textId="77777777" w:rsidR="003928F6" w:rsidRDefault="00000000">
            <w:pPr>
              <w:spacing w:after="60"/>
              <w:jc w:val="center"/>
            </w:pPr>
            <w:r>
              <w:rPr>
                <w:b/>
              </w:rPr>
              <w:t>Tác hại khi ứng dụng không đúng</w:t>
            </w:r>
          </w:p>
        </w:tc>
        <w:tc>
          <w:tcPr>
            <w:tcW w:w="3024" w:type="dxa"/>
            <w:shd w:val="clear" w:color="auto" w:fill="173B57"/>
            <w:tcMar>
              <w:top w:w="110" w:type="dxa"/>
              <w:left w:w="120" w:type="dxa"/>
              <w:bottom w:w="110" w:type="dxa"/>
              <w:right w:w="120" w:type="dxa"/>
            </w:tcMar>
            <w:vAlign w:val="center"/>
          </w:tcPr>
          <w:p w14:paraId="048BFF73" w14:textId="77777777" w:rsidR="003928F6" w:rsidRDefault="00000000">
            <w:pPr>
              <w:spacing w:after="60"/>
              <w:jc w:val="center"/>
            </w:pPr>
            <w:r>
              <w:rPr>
                <w:b/>
              </w:rPr>
              <w:t>Chi tiết trong hình làm căn cứ</w:t>
            </w:r>
          </w:p>
        </w:tc>
      </w:tr>
      <w:tr w:rsidR="003928F6" w14:paraId="0A6E7F0C" w14:textId="77777777">
        <w:trPr>
          <w:cantSplit/>
        </w:trPr>
        <w:tc>
          <w:tcPr>
            <w:tcW w:w="3024" w:type="dxa"/>
            <w:vAlign w:val="center"/>
          </w:tcPr>
          <w:p w14:paraId="13DE01F4" w14:textId="77777777" w:rsidR="003928F6" w:rsidRDefault="00000000">
            <w:pPr>
              <w:spacing w:after="60"/>
            </w:pPr>
            <w:r>
              <w:t>........................................................</w:t>
            </w:r>
          </w:p>
        </w:tc>
        <w:tc>
          <w:tcPr>
            <w:tcW w:w="3024" w:type="dxa"/>
            <w:vAlign w:val="center"/>
          </w:tcPr>
          <w:p w14:paraId="46FDA83C" w14:textId="77777777" w:rsidR="003928F6" w:rsidRDefault="00000000">
            <w:pPr>
              <w:spacing w:after="60"/>
            </w:pPr>
            <w:r>
              <w:t>........................................................</w:t>
            </w:r>
          </w:p>
        </w:tc>
        <w:tc>
          <w:tcPr>
            <w:tcW w:w="3024" w:type="dxa"/>
            <w:vAlign w:val="center"/>
          </w:tcPr>
          <w:p w14:paraId="0C2BE14A" w14:textId="77777777" w:rsidR="003928F6" w:rsidRDefault="00000000">
            <w:pPr>
              <w:spacing w:after="60"/>
            </w:pPr>
            <w:r>
              <w:t>........................................................</w:t>
            </w:r>
          </w:p>
        </w:tc>
      </w:tr>
      <w:tr w:rsidR="003928F6" w14:paraId="76C972D8" w14:textId="77777777">
        <w:trPr>
          <w:cantSplit/>
        </w:trPr>
        <w:tc>
          <w:tcPr>
            <w:tcW w:w="3024" w:type="dxa"/>
            <w:shd w:val="clear" w:color="auto" w:fill="F5F8FA"/>
            <w:vAlign w:val="center"/>
          </w:tcPr>
          <w:p w14:paraId="4C0C9473" w14:textId="77777777" w:rsidR="003928F6" w:rsidRDefault="00000000">
            <w:pPr>
              <w:spacing w:after="60"/>
            </w:pPr>
            <w:r>
              <w:t>........................................................</w:t>
            </w:r>
          </w:p>
        </w:tc>
        <w:tc>
          <w:tcPr>
            <w:tcW w:w="3024" w:type="dxa"/>
            <w:shd w:val="clear" w:color="auto" w:fill="F5F8FA"/>
            <w:vAlign w:val="center"/>
          </w:tcPr>
          <w:p w14:paraId="19A7D63F" w14:textId="77777777" w:rsidR="003928F6" w:rsidRDefault="00000000">
            <w:pPr>
              <w:spacing w:after="60"/>
            </w:pPr>
            <w:r>
              <w:t>........................................................</w:t>
            </w:r>
          </w:p>
        </w:tc>
        <w:tc>
          <w:tcPr>
            <w:tcW w:w="3024" w:type="dxa"/>
            <w:shd w:val="clear" w:color="auto" w:fill="F5F8FA"/>
            <w:vAlign w:val="center"/>
          </w:tcPr>
          <w:p w14:paraId="56D2F9E4" w14:textId="77777777" w:rsidR="003928F6" w:rsidRDefault="00000000">
            <w:pPr>
              <w:spacing w:after="60"/>
            </w:pPr>
            <w:r>
              <w:t>........................................................</w:t>
            </w:r>
          </w:p>
        </w:tc>
      </w:tr>
    </w:tbl>
    <w:p w14:paraId="2947D290" w14:textId="77777777" w:rsidR="003928F6" w:rsidRDefault="003928F6">
      <w:pPr>
        <w:spacing w:after="60"/>
      </w:pPr>
    </w:p>
    <w:p w14:paraId="4365AF29" w14:textId="77777777" w:rsidR="003928F6" w:rsidRDefault="00000000">
      <w:pPr>
        <w:spacing w:after="60"/>
      </w:pPr>
      <w:r>
        <w:rPr>
          <w:b/>
        </w:rPr>
        <w:t xml:space="preserve">Kết luận: </w:t>
      </w:r>
      <w:r>
        <w:t>..............................................................................................................................................................</w:t>
      </w:r>
    </w:p>
    <w:p w14:paraId="2EFD915C" w14:textId="77777777" w:rsidR="003928F6" w:rsidRDefault="00000000">
      <w:pPr>
        <w:pStyle w:val="Heading1"/>
        <w:pageBreakBefore/>
        <w:spacing w:before="0" w:after="60"/>
      </w:pPr>
      <w:r>
        <w:rPr>
          <w:rFonts w:ascii="Times New Roman" w:eastAsia="Times New Roman" w:hAnsi="Times New Roman"/>
        </w:rPr>
        <w:lastRenderedPageBreak/>
        <w:t>PHỤ LỤC 4. PHIẾU LUYỆN TẬP TỔNG HỢP</w:t>
      </w:r>
    </w:p>
    <w:p w14:paraId="50BE4B9D" w14:textId="77777777" w:rsidR="003928F6" w:rsidRDefault="00000000">
      <w:pPr>
        <w:spacing w:after="60"/>
      </w:pPr>
      <w:r>
        <w:t>Họ và tên: ..............................................................  Lớp: ............</w:t>
      </w:r>
    </w:p>
    <w:p w14:paraId="2F67B408" w14:textId="77777777" w:rsidR="003928F6" w:rsidRDefault="00000000">
      <w:pPr>
        <w:spacing w:after="60"/>
      </w:pPr>
      <w:r>
        <w:rPr>
          <w:b/>
        </w:rPr>
        <w:t xml:space="preserve">Phần 1: </w:t>
      </w:r>
      <w:r>
        <w:t>Viết khái niệm KHTN.</w:t>
      </w:r>
    </w:p>
    <w:p w14:paraId="38726342" w14:textId="77777777" w:rsidR="003928F6" w:rsidRDefault="00000000">
      <w:pPr>
        <w:spacing w:after="60"/>
      </w:pPr>
      <w:r>
        <w:t>........................................................................................................................................................................</w:t>
      </w:r>
    </w:p>
    <w:p w14:paraId="1756B857" w14:textId="77777777" w:rsidR="003928F6" w:rsidRDefault="00000000">
      <w:pPr>
        <w:spacing w:after="60"/>
      </w:pPr>
      <w:r>
        <w:t>........................................................................................................................................................................</w:t>
      </w:r>
    </w:p>
    <w:p w14:paraId="74EAA184" w14:textId="77777777" w:rsidR="003928F6" w:rsidRDefault="00000000">
      <w:pPr>
        <w:spacing w:after="60"/>
      </w:pPr>
      <w:r>
        <w:rPr>
          <w:b/>
        </w:rPr>
        <w:t xml:space="preserve">Phần 2: </w:t>
      </w:r>
      <w:r>
        <w:t>Ghi Vật sống hoặc Vật không sống và nêu căn cứ cho Trái Đất, cây lúa.</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900"/>
        <w:gridCol w:w="1900"/>
        <w:gridCol w:w="5272"/>
      </w:tblGrid>
      <w:tr w:rsidR="003928F6" w14:paraId="673F1F18" w14:textId="77777777">
        <w:trPr>
          <w:cantSplit/>
          <w:tblHeader/>
        </w:trPr>
        <w:tc>
          <w:tcPr>
            <w:tcW w:w="1900" w:type="dxa"/>
            <w:shd w:val="clear" w:color="auto" w:fill="173B57"/>
            <w:tcMar>
              <w:top w:w="110" w:type="dxa"/>
              <w:left w:w="120" w:type="dxa"/>
              <w:bottom w:w="110" w:type="dxa"/>
              <w:right w:w="120" w:type="dxa"/>
            </w:tcMar>
            <w:vAlign w:val="center"/>
          </w:tcPr>
          <w:p w14:paraId="684342D5" w14:textId="77777777" w:rsidR="003928F6" w:rsidRDefault="00000000">
            <w:pPr>
              <w:spacing w:after="60"/>
              <w:jc w:val="center"/>
            </w:pPr>
            <w:r>
              <w:rPr>
                <w:b/>
              </w:rPr>
              <w:t>Đối tượng</w:t>
            </w:r>
          </w:p>
        </w:tc>
        <w:tc>
          <w:tcPr>
            <w:tcW w:w="1900" w:type="dxa"/>
            <w:shd w:val="clear" w:color="auto" w:fill="173B57"/>
            <w:tcMar>
              <w:top w:w="110" w:type="dxa"/>
              <w:left w:w="120" w:type="dxa"/>
              <w:bottom w:w="110" w:type="dxa"/>
              <w:right w:w="120" w:type="dxa"/>
            </w:tcMar>
            <w:vAlign w:val="center"/>
          </w:tcPr>
          <w:p w14:paraId="7767C536" w14:textId="77777777" w:rsidR="003928F6" w:rsidRDefault="00000000">
            <w:pPr>
              <w:spacing w:after="60"/>
              <w:jc w:val="center"/>
            </w:pPr>
            <w:r>
              <w:rPr>
                <w:b/>
              </w:rPr>
              <w:t>Phân loại</w:t>
            </w:r>
          </w:p>
        </w:tc>
        <w:tc>
          <w:tcPr>
            <w:tcW w:w="5272" w:type="dxa"/>
            <w:shd w:val="clear" w:color="auto" w:fill="173B57"/>
            <w:tcMar>
              <w:top w:w="110" w:type="dxa"/>
              <w:left w:w="120" w:type="dxa"/>
              <w:bottom w:w="110" w:type="dxa"/>
              <w:right w:w="120" w:type="dxa"/>
            </w:tcMar>
            <w:vAlign w:val="center"/>
          </w:tcPr>
          <w:p w14:paraId="63058EAB" w14:textId="77777777" w:rsidR="003928F6" w:rsidRDefault="00000000">
            <w:pPr>
              <w:spacing w:after="60"/>
              <w:jc w:val="center"/>
            </w:pPr>
            <w:r>
              <w:rPr>
                <w:b/>
              </w:rPr>
              <w:t>Căn cứ</w:t>
            </w:r>
          </w:p>
        </w:tc>
      </w:tr>
      <w:tr w:rsidR="003928F6" w14:paraId="0EE920F2" w14:textId="77777777">
        <w:trPr>
          <w:cantSplit/>
        </w:trPr>
        <w:tc>
          <w:tcPr>
            <w:tcW w:w="1900" w:type="dxa"/>
            <w:vAlign w:val="center"/>
          </w:tcPr>
          <w:p w14:paraId="7B98C7E9" w14:textId="77777777" w:rsidR="003928F6" w:rsidRDefault="00000000">
            <w:pPr>
              <w:spacing w:after="60"/>
            </w:pPr>
            <w:r>
              <w:t>Trái Đất</w:t>
            </w:r>
          </w:p>
        </w:tc>
        <w:tc>
          <w:tcPr>
            <w:tcW w:w="1900" w:type="dxa"/>
            <w:vAlign w:val="center"/>
          </w:tcPr>
          <w:p w14:paraId="2F3A40F0" w14:textId="77777777" w:rsidR="003928F6" w:rsidRDefault="00000000">
            <w:pPr>
              <w:spacing w:after="60"/>
            </w:pPr>
            <w:r>
              <w:t>........................</w:t>
            </w:r>
          </w:p>
        </w:tc>
        <w:tc>
          <w:tcPr>
            <w:tcW w:w="5272" w:type="dxa"/>
            <w:vAlign w:val="center"/>
          </w:tcPr>
          <w:p w14:paraId="68DA0470" w14:textId="77777777" w:rsidR="003928F6" w:rsidRDefault="00000000">
            <w:pPr>
              <w:spacing w:after="60"/>
            </w:pPr>
            <w:r>
              <w:t>........................................................</w:t>
            </w:r>
          </w:p>
        </w:tc>
      </w:tr>
      <w:tr w:rsidR="003928F6" w14:paraId="6A64F447" w14:textId="77777777">
        <w:trPr>
          <w:cantSplit/>
        </w:trPr>
        <w:tc>
          <w:tcPr>
            <w:tcW w:w="1900" w:type="dxa"/>
            <w:shd w:val="clear" w:color="auto" w:fill="F5F8FA"/>
            <w:vAlign w:val="center"/>
          </w:tcPr>
          <w:p w14:paraId="20A198BE" w14:textId="77777777" w:rsidR="003928F6" w:rsidRDefault="00000000">
            <w:pPr>
              <w:spacing w:after="60"/>
            </w:pPr>
            <w:r>
              <w:t>Cây lúa</w:t>
            </w:r>
          </w:p>
        </w:tc>
        <w:tc>
          <w:tcPr>
            <w:tcW w:w="1900" w:type="dxa"/>
            <w:shd w:val="clear" w:color="auto" w:fill="F5F8FA"/>
            <w:vAlign w:val="center"/>
          </w:tcPr>
          <w:p w14:paraId="726D66AB" w14:textId="77777777" w:rsidR="003928F6" w:rsidRDefault="00000000">
            <w:pPr>
              <w:spacing w:after="60"/>
            </w:pPr>
            <w:r>
              <w:t>........................</w:t>
            </w:r>
          </w:p>
        </w:tc>
        <w:tc>
          <w:tcPr>
            <w:tcW w:w="5272" w:type="dxa"/>
            <w:shd w:val="clear" w:color="auto" w:fill="F5F8FA"/>
            <w:vAlign w:val="center"/>
          </w:tcPr>
          <w:p w14:paraId="6A08B06B" w14:textId="77777777" w:rsidR="003928F6" w:rsidRDefault="00000000">
            <w:pPr>
              <w:spacing w:after="60"/>
            </w:pPr>
            <w:r>
              <w:t>........................................................</w:t>
            </w:r>
          </w:p>
        </w:tc>
      </w:tr>
    </w:tbl>
    <w:p w14:paraId="3DFC27DA" w14:textId="77777777" w:rsidR="003928F6" w:rsidRDefault="003928F6">
      <w:pPr>
        <w:spacing w:after="60"/>
      </w:pPr>
    </w:p>
    <w:p w14:paraId="0D91AACB" w14:textId="77777777" w:rsidR="003928F6" w:rsidRDefault="00000000">
      <w:pPr>
        <w:spacing w:after="60"/>
      </w:pPr>
      <w:r>
        <w:rPr>
          <w:b/>
        </w:rPr>
        <w:t xml:space="preserve">Phần 3: </w:t>
      </w:r>
      <w:r>
        <w:t>Ghi lĩnh vực phù hợp với a, b, c, d ở Hình 1.1.</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268"/>
        <w:gridCol w:w="2268"/>
        <w:gridCol w:w="2268"/>
        <w:gridCol w:w="2268"/>
      </w:tblGrid>
      <w:tr w:rsidR="003928F6" w14:paraId="0DAA3DE4" w14:textId="77777777">
        <w:trPr>
          <w:cantSplit/>
          <w:tblHeader/>
        </w:trPr>
        <w:tc>
          <w:tcPr>
            <w:tcW w:w="2268" w:type="dxa"/>
            <w:shd w:val="clear" w:color="auto" w:fill="173B57"/>
            <w:tcMar>
              <w:top w:w="110" w:type="dxa"/>
              <w:left w:w="120" w:type="dxa"/>
              <w:bottom w:w="110" w:type="dxa"/>
              <w:right w:w="120" w:type="dxa"/>
            </w:tcMar>
            <w:vAlign w:val="center"/>
          </w:tcPr>
          <w:p w14:paraId="2851E3FF" w14:textId="77777777" w:rsidR="003928F6" w:rsidRDefault="00000000">
            <w:pPr>
              <w:spacing w:after="60"/>
              <w:jc w:val="center"/>
            </w:pPr>
            <w:r>
              <w:rPr>
                <w:b/>
              </w:rPr>
              <w:t>a</w:t>
            </w:r>
          </w:p>
        </w:tc>
        <w:tc>
          <w:tcPr>
            <w:tcW w:w="2268" w:type="dxa"/>
            <w:shd w:val="clear" w:color="auto" w:fill="173B57"/>
            <w:tcMar>
              <w:top w:w="110" w:type="dxa"/>
              <w:left w:w="120" w:type="dxa"/>
              <w:bottom w:w="110" w:type="dxa"/>
              <w:right w:w="120" w:type="dxa"/>
            </w:tcMar>
            <w:vAlign w:val="center"/>
          </w:tcPr>
          <w:p w14:paraId="68A47497" w14:textId="77777777" w:rsidR="003928F6" w:rsidRDefault="00000000">
            <w:pPr>
              <w:spacing w:after="60"/>
              <w:jc w:val="center"/>
            </w:pPr>
            <w:r>
              <w:rPr>
                <w:b/>
              </w:rPr>
              <w:t>b</w:t>
            </w:r>
          </w:p>
        </w:tc>
        <w:tc>
          <w:tcPr>
            <w:tcW w:w="2268" w:type="dxa"/>
            <w:shd w:val="clear" w:color="auto" w:fill="173B57"/>
            <w:tcMar>
              <w:top w:w="110" w:type="dxa"/>
              <w:left w:w="120" w:type="dxa"/>
              <w:bottom w:w="110" w:type="dxa"/>
              <w:right w:w="120" w:type="dxa"/>
            </w:tcMar>
            <w:vAlign w:val="center"/>
          </w:tcPr>
          <w:p w14:paraId="0819C596" w14:textId="77777777" w:rsidR="003928F6" w:rsidRDefault="00000000">
            <w:pPr>
              <w:spacing w:after="60"/>
              <w:jc w:val="center"/>
            </w:pPr>
            <w:r>
              <w:rPr>
                <w:b/>
              </w:rPr>
              <w:t>c</w:t>
            </w:r>
          </w:p>
        </w:tc>
        <w:tc>
          <w:tcPr>
            <w:tcW w:w="2268" w:type="dxa"/>
            <w:shd w:val="clear" w:color="auto" w:fill="173B57"/>
            <w:tcMar>
              <w:top w:w="110" w:type="dxa"/>
              <w:left w:w="120" w:type="dxa"/>
              <w:bottom w:w="110" w:type="dxa"/>
              <w:right w:w="120" w:type="dxa"/>
            </w:tcMar>
            <w:vAlign w:val="center"/>
          </w:tcPr>
          <w:p w14:paraId="5FBDC137" w14:textId="77777777" w:rsidR="003928F6" w:rsidRDefault="00000000">
            <w:pPr>
              <w:spacing w:after="60"/>
              <w:jc w:val="center"/>
            </w:pPr>
            <w:r>
              <w:rPr>
                <w:b/>
              </w:rPr>
              <w:t>d</w:t>
            </w:r>
          </w:p>
        </w:tc>
      </w:tr>
      <w:tr w:rsidR="003928F6" w14:paraId="73CAB318" w14:textId="77777777">
        <w:trPr>
          <w:cantSplit/>
        </w:trPr>
        <w:tc>
          <w:tcPr>
            <w:tcW w:w="2268" w:type="dxa"/>
            <w:vAlign w:val="center"/>
          </w:tcPr>
          <w:p w14:paraId="5714FE50" w14:textId="77777777" w:rsidR="003928F6" w:rsidRDefault="00000000">
            <w:pPr>
              <w:spacing w:after="60"/>
              <w:jc w:val="center"/>
            </w:pPr>
            <w:r>
              <w:t>........................</w:t>
            </w:r>
          </w:p>
        </w:tc>
        <w:tc>
          <w:tcPr>
            <w:tcW w:w="2268" w:type="dxa"/>
            <w:vAlign w:val="center"/>
          </w:tcPr>
          <w:p w14:paraId="5B6D1C87" w14:textId="77777777" w:rsidR="003928F6" w:rsidRDefault="00000000">
            <w:pPr>
              <w:spacing w:after="60"/>
              <w:jc w:val="center"/>
            </w:pPr>
            <w:r>
              <w:t>........................</w:t>
            </w:r>
          </w:p>
        </w:tc>
        <w:tc>
          <w:tcPr>
            <w:tcW w:w="2268" w:type="dxa"/>
            <w:vAlign w:val="center"/>
          </w:tcPr>
          <w:p w14:paraId="03EC3C3E" w14:textId="77777777" w:rsidR="003928F6" w:rsidRDefault="00000000">
            <w:pPr>
              <w:spacing w:after="60"/>
              <w:jc w:val="center"/>
            </w:pPr>
            <w:r>
              <w:t>........................</w:t>
            </w:r>
          </w:p>
        </w:tc>
        <w:tc>
          <w:tcPr>
            <w:tcW w:w="2268" w:type="dxa"/>
            <w:vAlign w:val="center"/>
          </w:tcPr>
          <w:p w14:paraId="18CFB7CB" w14:textId="77777777" w:rsidR="003928F6" w:rsidRDefault="00000000">
            <w:pPr>
              <w:spacing w:after="60"/>
              <w:jc w:val="center"/>
            </w:pPr>
            <w:r>
              <w:t>........................</w:t>
            </w:r>
          </w:p>
        </w:tc>
      </w:tr>
    </w:tbl>
    <w:p w14:paraId="4245A371" w14:textId="77777777" w:rsidR="003928F6" w:rsidRDefault="003928F6">
      <w:pPr>
        <w:spacing w:after="60"/>
      </w:pPr>
    </w:p>
    <w:p w14:paraId="049C0C55" w14:textId="77777777" w:rsidR="003928F6" w:rsidRDefault="00000000">
      <w:pPr>
        <w:spacing w:after="60"/>
      </w:pPr>
      <w:r>
        <w:rPr>
          <w:b/>
        </w:rPr>
        <w:t xml:space="preserve">Phần 4: </w:t>
      </w:r>
      <w:r>
        <w:t>Nêu một cặp so sánh từ Hình 1.2 và một lợi ích, một tác hại từ Hình 1.3.</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100"/>
        <w:gridCol w:w="6972"/>
      </w:tblGrid>
      <w:tr w:rsidR="003928F6" w14:paraId="098B5CCB" w14:textId="77777777">
        <w:trPr>
          <w:cantSplit/>
          <w:tblHeader/>
        </w:trPr>
        <w:tc>
          <w:tcPr>
            <w:tcW w:w="2100" w:type="dxa"/>
            <w:shd w:val="clear" w:color="auto" w:fill="173B57"/>
            <w:tcMar>
              <w:top w:w="110" w:type="dxa"/>
              <w:left w:w="120" w:type="dxa"/>
              <w:bottom w:w="110" w:type="dxa"/>
              <w:right w:w="120" w:type="dxa"/>
            </w:tcMar>
            <w:vAlign w:val="center"/>
          </w:tcPr>
          <w:p w14:paraId="7191CA07" w14:textId="77777777" w:rsidR="003928F6" w:rsidRDefault="00000000">
            <w:pPr>
              <w:spacing w:after="60"/>
              <w:jc w:val="center"/>
            </w:pPr>
            <w:r>
              <w:rPr>
                <w:b/>
              </w:rPr>
              <w:t>Nội dung</w:t>
            </w:r>
          </w:p>
        </w:tc>
        <w:tc>
          <w:tcPr>
            <w:tcW w:w="6972" w:type="dxa"/>
            <w:shd w:val="clear" w:color="auto" w:fill="173B57"/>
            <w:tcMar>
              <w:top w:w="110" w:type="dxa"/>
              <w:left w:w="120" w:type="dxa"/>
              <w:bottom w:w="110" w:type="dxa"/>
              <w:right w:w="120" w:type="dxa"/>
            </w:tcMar>
            <w:vAlign w:val="center"/>
          </w:tcPr>
          <w:p w14:paraId="010074BE" w14:textId="77777777" w:rsidR="003928F6" w:rsidRDefault="00000000">
            <w:pPr>
              <w:spacing w:after="60"/>
              <w:jc w:val="center"/>
            </w:pPr>
            <w:r>
              <w:rPr>
                <w:b/>
              </w:rPr>
              <w:t>Câu trả lời</w:t>
            </w:r>
          </w:p>
        </w:tc>
      </w:tr>
      <w:tr w:rsidR="003928F6" w14:paraId="54E66B8A" w14:textId="77777777">
        <w:trPr>
          <w:cantSplit/>
        </w:trPr>
        <w:tc>
          <w:tcPr>
            <w:tcW w:w="2100" w:type="dxa"/>
            <w:vAlign w:val="center"/>
          </w:tcPr>
          <w:p w14:paraId="42737AF7" w14:textId="77777777" w:rsidR="003928F6" w:rsidRDefault="00000000">
            <w:pPr>
              <w:spacing w:after="60"/>
            </w:pPr>
            <w:r>
              <w:t>Cặp so sánh</w:t>
            </w:r>
          </w:p>
        </w:tc>
        <w:tc>
          <w:tcPr>
            <w:tcW w:w="6972" w:type="dxa"/>
            <w:vAlign w:val="center"/>
          </w:tcPr>
          <w:p w14:paraId="634122F1" w14:textId="77777777" w:rsidR="003928F6" w:rsidRDefault="00000000">
            <w:pPr>
              <w:spacing w:after="60"/>
            </w:pPr>
            <w:r>
              <w:t>................................................................................................</w:t>
            </w:r>
          </w:p>
        </w:tc>
      </w:tr>
      <w:tr w:rsidR="003928F6" w14:paraId="32B84952" w14:textId="77777777">
        <w:trPr>
          <w:cantSplit/>
        </w:trPr>
        <w:tc>
          <w:tcPr>
            <w:tcW w:w="2100" w:type="dxa"/>
            <w:shd w:val="clear" w:color="auto" w:fill="F5F8FA"/>
            <w:vAlign w:val="center"/>
          </w:tcPr>
          <w:p w14:paraId="26B86DDE" w14:textId="77777777" w:rsidR="003928F6" w:rsidRDefault="00000000">
            <w:pPr>
              <w:spacing w:after="60"/>
            </w:pPr>
            <w:r>
              <w:t>Lợi ích</w:t>
            </w:r>
          </w:p>
        </w:tc>
        <w:tc>
          <w:tcPr>
            <w:tcW w:w="6972" w:type="dxa"/>
            <w:shd w:val="clear" w:color="auto" w:fill="F5F8FA"/>
            <w:vAlign w:val="center"/>
          </w:tcPr>
          <w:p w14:paraId="0C5BA43C" w14:textId="77777777" w:rsidR="003928F6" w:rsidRDefault="00000000">
            <w:pPr>
              <w:spacing w:after="60"/>
            </w:pPr>
            <w:r>
              <w:t>................................................................................................</w:t>
            </w:r>
          </w:p>
        </w:tc>
      </w:tr>
      <w:tr w:rsidR="003928F6" w14:paraId="5CB030EA" w14:textId="77777777">
        <w:trPr>
          <w:cantSplit/>
        </w:trPr>
        <w:tc>
          <w:tcPr>
            <w:tcW w:w="2100" w:type="dxa"/>
            <w:vAlign w:val="center"/>
          </w:tcPr>
          <w:p w14:paraId="62E1991E" w14:textId="77777777" w:rsidR="003928F6" w:rsidRDefault="00000000">
            <w:pPr>
              <w:spacing w:after="60"/>
            </w:pPr>
            <w:r>
              <w:t>Tác hại</w:t>
            </w:r>
          </w:p>
        </w:tc>
        <w:tc>
          <w:tcPr>
            <w:tcW w:w="6972" w:type="dxa"/>
            <w:vAlign w:val="center"/>
          </w:tcPr>
          <w:p w14:paraId="03BBF4EF" w14:textId="77777777" w:rsidR="003928F6" w:rsidRDefault="00000000">
            <w:pPr>
              <w:spacing w:after="60"/>
            </w:pPr>
            <w:r>
              <w:t>................................................................................................</w:t>
            </w:r>
          </w:p>
        </w:tc>
      </w:tr>
    </w:tbl>
    <w:p w14:paraId="6E5174C5" w14:textId="77777777" w:rsidR="003928F6" w:rsidRDefault="003928F6">
      <w:pPr>
        <w:spacing w:after="60"/>
      </w:pPr>
    </w:p>
    <w:p w14:paraId="45F99BC2" w14:textId="77777777" w:rsidR="003928F6" w:rsidRDefault="00000000">
      <w:pPr>
        <w:pStyle w:val="Heading1"/>
        <w:pageBreakBefore/>
        <w:spacing w:before="0" w:after="60"/>
      </w:pPr>
      <w:r>
        <w:rPr>
          <w:rFonts w:ascii="Times New Roman" w:eastAsia="Times New Roman" w:hAnsi="Times New Roman"/>
        </w:rPr>
        <w:lastRenderedPageBreak/>
        <w:t>PHỤ LỤC 5. PHIẾU QUAN SÁT NHÓM VÀ TIÊU CHÍ SẢN PHẨM VẬN DỤNG</w:t>
      </w:r>
    </w:p>
    <w:p w14:paraId="13D9346D" w14:textId="77777777" w:rsidR="003928F6" w:rsidRDefault="00000000">
      <w:pPr>
        <w:pStyle w:val="Heading2"/>
        <w:spacing w:before="0" w:after="60"/>
      </w:pPr>
      <w:r>
        <w:rPr>
          <w:rFonts w:ascii="Times New Roman" w:eastAsia="Times New Roman" w:hAnsi="Times New Roman"/>
        </w:rPr>
        <w:t>1. Phiếu quan sát nhóm</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1500"/>
        <w:gridCol w:w="3000"/>
        <w:gridCol w:w="650"/>
        <w:gridCol w:w="1100"/>
        <w:gridCol w:w="2822"/>
      </w:tblGrid>
      <w:tr w:rsidR="003928F6" w14:paraId="3F936129" w14:textId="77777777">
        <w:trPr>
          <w:cantSplit/>
          <w:tblHeader/>
        </w:trPr>
        <w:tc>
          <w:tcPr>
            <w:tcW w:w="1500" w:type="dxa"/>
            <w:shd w:val="clear" w:color="auto" w:fill="173B57"/>
            <w:tcMar>
              <w:top w:w="110" w:type="dxa"/>
              <w:left w:w="120" w:type="dxa"/>
              <w:bottom w:w="110" w:type="dxa"/>
              <w:right w:w="120" w:type="dxa"/>
            </w:tcMar>
            <w:vAlign w:val="center"/>
          </w:tcPr>
          <w:p w14:paraId="0EBCF000" w14:textId="77777777" w:rsidR="003928F6" w:rsidRDefault="00000000">
            <w:pPr>
              <w:spacing w:after="60"/>
              <w:jc w:val="center"/>
            </w:pPr>
            <w:r>
              <w:rPr>
                <w:b/>
              </w:rPr>
              <w:t>Tiêu chí</w:t>
            </w:r>
          </w:p>
        </w:tc>
        <w:tc>
          <w:tcPr>
            <w:tcW w:w="3000" w:type="dxa"/>
            <w:shd w:val="clear" w:color="auto" w:fill="173B57"/>
            <w:tcMar>
              <w:top w:w="110" w:type="dxa"/>
              <w:left w:w="120" w:type="dxa"/>
              <w:bottom w:w="110" w:type="dxa"/>
              <w:right w:w="120" w:type="dxa"/>
            </w:tcMar>
            <w:vAlign w:val="center"/>
          </w:tcPr>
          <w:p w14:paraId="014FDE89" w14:textId="77777777" w:rsidR="003928F6" w:rsidRDefault="00000000">
            <w:pPr>
              <w:spacing w:after="60"/>
              <w:jc w:val="center"/>
            </w:pPr>
            <w:r>
              <w:rPr>
                <w:b/>
              </w:rPr>
              <w:t>Biểu hiện cần quan sát</w:t>
            </w:r>
          </w:p>
        </w:tc>
        <w:tc>
          <w:tcPr>
            <w:tcW w:w="650" w:type="dxa"/>
            <w:shd w:val="clear" w:color="auto" w:fill="173B57"/>
            <w:tcMar>
              <w:top w:w="110" w:type="dxa"/>
              <w:left w:w="120" w:type="dxa"/>
              <w:bottom w:w="110" w:type="dxa"/>
              <w:right w:w="120" w:type="dxa"/>
            </w:tcMar>
            <w:vAlign w:val="center"/>
          </w:tcPr>
          <w:p w14:paraId="7018D986" w14:textId="77777777" w:rsidR="003928F6" w:rsidRDefault="00000000">
            <w:pPr>
              <w:spacing w:after="60"/>
              <w:jc w:val="center"/>
            </w:pPr>
            <w:r>
              <w:rPr>
                <w:b/>
              </w:rPr>
              <w:t>Đạt</w:t>
            </w:r>
          </w:p>
        </w:tc>
        <w:tc>
          <w:tcPr>
            <w:tcW w:w="1100" w:type="dxa"/>
            <w:shd w:val="clear" w:color="auto" w:fill="173B57"/>
            <w:tcMar>
              <w:top w:w="110" w:type="dxa"/>
              <w:left w:w="120" w:type="dxa"/>
              <w:bottom w:w="110" w:type="dxa"/>
              <w:right w:w="120" w:type="dxa"/>
            </w:tcMar>
            <w:vAlign w:val="center"/>
          </w:tcPr>
          <w:p w14:paraId="045DECE2" w14:textId="77777777" w:rsidR="003928F6" w:rsidRDefault="00000000">
            <w:pPr>
              <w:spacing w:after="60"/>
              <w:jc w:val="center"/>
            </w:pPr>
            <w:r>
              <w:rPr>
                <w:b/>
              </w:rPr>
              <w:t>Cần hỗ trợ</w:t>
            </w:r>
          </w:p>
        </w:tc>
        <w:tc>
          <w:tcPr>
            <w:tcW w:w="2822" w:type="dxa"/>
            <w:shd w:val="clear" w:color="auto" w:fill="173B57"/>
            <w:tcMar>
              <w:top w:w="110" w:type="dxa"/>
              <w:left w:w="120" w:type="dxa"/>
              <w:bottom w:w="110" w:type="dxa"/>
              <w:right w:w="120" w:type="dxa"/>
            </w:tcMar>
            <w:vAlign w:val="center"/>
          </w:tcPr>
          <w:p w14:paraId="22555B11" w14:textId="77777777" w:rsidR="003928F6" w:rsidRDefault="00000000">
            <w:pPr>
              <w:spacing w:after="60"/>
              <w:jc w:val="center"/>
            </w:pPr>
            <w:r>
              <w:rPr>
                <w:b/>
              </w:rPr>
              <w:t>Minh chứng/nhận xét</w:t>
            </w:r>
          </w:p>
        </w:tc>
      </w:tr>
      <w:tr w:rsidR="003928F6" w14:paraId="42E5CCB5" w14:textId="77777777">
        <w:trPr>
          <w:cantSplit/>
        </w:trPr>
        <w:tc>
          <w:tcPr>
            <w:tcW w:w="1500" w:type="dxa"/>
            <w:vAlign w:val="center"/>
          </w:tcPr>
          <w:p w14:paraId="14032E66" w14:textId="77777777" w:rsidR="003928F6" w:rsidRDefault="00000000">
            <w:pPr>
              <w:spacing w:after="60"/>
            </w:pPr>
            <w:r>
              <w:t>Tiếp nhận nhiệm vụ</w:t>
            </w:r>
          </w:p>
        </w:tc>
        <w:tc>
          <w:tcPr>
            <w:tcW w:w="3000" w:type="dxa"/>
            <w:vAlign w:val="center"/>
          </w:tcPr>
          <w:p w14:paraId="5917C3FD" w14:textId="77777777" w:rsidR="003928F6" w:rsidRDefault="00000000">
            <w:pPr>
              <w:spacing w:after="60"/>
            </w:pPr>
            <w:r>
              <w:t>Hiểu yêu cầu, sản phẩm và thời gian</w:t>
            </w:r>
          </w:p>
        </w:tc>
        <w:tc>
          <w:tcPr>
            <w:tcW w:w="650" w:type="dxa"/>
            <w:vAlign w:val="center"/>
          </w:tcPr>
          <w:p w14:paraId="7FC69EF1" w14:textId="77777777" w:rsidR="003928F6" w:rsidRDefault="00000000">
            <w:pPr>
              <w:spacing w:after="60"/>
              <w:jc w:val="center"/>
            </w:pPr>
            <w:r>
              <w:t>□</w:t>
            </w:r>
          </w:p>
        </w:tc>
        <w:tc>
          <w:tcPr>
            <w:tcW w:w="1100" w:type="dxa"/>
            <w:vAlign w:val="center"/>
          </w:tcPr>
          <w:p w14:paraId="01CC822F" w14:textId="77777777" w:rsidR="003928F6" w:rsidRDefault="00000000">
            <w:pPr>
              <w:spacing w:after="60"/>
              <w:jc w:val="center"/>
            </w:pPr>
            <w:r>
              <w:t>□</w:t>
            </w:r>
          </w:p>
        </w:tc>
        <w:tc>
          <w:tcPr>
            <w:tcW w:w="2822" w:type="dxa"/>
            <w:vAlign w:val="center"/>
          </w:tcPr>
          <w:p w14:paraId="1DAAF781" w14:textId="77777777" w:rsidR="003928F6" w:rsidRDefault="00000000">
            <w:pPr>
              <w:spacing w:after="60"/>
            </w:pPr>
            <w:r>
              <w:t>........................</w:t>
            </w:r>
          </w:p>
        </w:tc>
      </w:tr>
      <w:tr w:rsidR="003928F6" w14:paraId="1EF0DB54" w14:textId="77777777">
        <w:trPr>
          <w:cantSplit/>
        </w:trPr>
        <w:tc>
          <w:tcPr>
            <w:tcW w:w="1500" w:type="dxa"/>
            <w:shd w:val="clear" w:color="auto" w:fill="F5F8FA"/>
            <w:vAlign w:val="center"/>
          </w:tcPr>
          <w:p w14:paraId="04EB191E" w14:textId="77777777" w:rsidR="003928F6" w:rsidRDefault="00000000">
            <w:pPr>
              <w:spacing w:after="60"/>
            </w:pPr>
            <w:r>
              <w:t>Khai thác học liệu</w:t>
            </w:r>
          </w:p>
        </w:tc>
        <w:tc>
          <w:tcPr>
            <w:tcW w:w="3000" w:type="dxa"/>
            <w:shd w:val="clear" w:color="auto" w:fill="F5F8FA"/>
            <w:vAlign w:val="center"/>
          </w:tcPr>
          <w:p w14:paraId="4A2F53D0" w14:textId="77777777" w:rsidR="003928F6" w:rsidRDefault="00000000">
            <w:pPr>
              <w:spacing w:after="60"/>
            </w:pPr>
            <w:r>
              <w:t>Dùng đúng hình, bảng và đoạn văn SGK</w:t>
            </w:r>
          </w:p>
        </w:tc>
        <w:tc>
          <w:tcPr>
            <w:tcW w:w="650" w:type="dxa"/>
            <w:shd w:val="clear" w:color="auto" w:fill="F5F8FA"/>
            <w:vAlign w:val="center"/>
          </w:tcPr>
          <w:p w14:paraId="14AF2A15" w14:textId="77777777" w:rsidR="003928F6" w:rsidRDefault="00000000">
            <w:pPr>
              <w:spacing w:after="60"/>
              <w:jc w:val="center"/>
            </w:pPr>
            <w:r>
              <w:t>□</w:t>
            </w:r>
          </w:p>
        </w:tc>
        <w:tc>
          <w:tcPr>
            <w:tcW w:w="1100" w:type="dxa"/>
            <w:shd w:val="clear" w:color="auto" w:fill="F5F8FA"/>
            <w:vAlign w:val="center"/>
          </w:tcPr>
          <w:p w14:paraId="1EEE211A" w14:textId="77777777" w:rsidR="003928F6" w:rsidRDefault="00000000">
            <w:pPr>
              <w:spacing w:after="60"/>
              <w:jc w:val="center"/>
            </w:pPr>
            <w:r>
              <w:t>□</w:t>
            </w:r>
          </w:p>
        </w:tc>
        <w:tc>
          <w:tcPr>
            <w:tcW w:w="2822" w:type="dxa"/>
            <w:shd w:val="clear" w:color="auto" w:fill="F5F8FA"/>
            <w:vAlign w:val="center"/>
          </w:tcPr>
          <w:p w14:paraId="3078A223" w14:textId="77777777" w:rsidR="003928F6" w:rsidRDefault="00000000">
            <w:pPr>
              <w:spacing w:after="60"/>
            </w:pPr>
            <w:r>
              <w:t>........................</w:t>
            </w:r>
          </w:p>
        </w:tc>
      </w:tr>
      <w:tr w:rsidR="003928F6" w14:paraId="1713683C" w14:textId="77777777">
        <w:trPr>
          <w:cantSplit/>
        </w:trPr>
        <w:tc>
          <w:tcPr>
            <w:tcW w:w="1500" w:type="dxa"/>
            <w:vAlign w:val="center"/>
          </w:tcPr>
          <w:p w14:paraId="191AEB5A" w14:textId="77777777" w:rsidR="003928F6" w:rsidRDefault="00000000">
            <w:pPr>
              <w:spacing w:after="60"/>
            </w:pPr>
            <w:r>
              <w:t>Thao tác/quan sát</w:t>
            </w:r>
          </w:p>
        </w:tc>
        <w:tc>
          <w:tcPr>
            <w:tcW w:w="3000" w:type="dxa"/>
            <w:vAlign w:val="center"/>
          </w:tcPr>
          <w:p w14:paraId="38C39A43" w14:textId="77777777" w:rsidR="003928F6" w:rsidRDefault="00000000">
            <w:pPr>
              <w:spacing w:after="60"/>
            </w:pPr>
            <w:r>
              <w:t>Thực hiện theo hướng dẫn, ghi đúng kết quả</w:t>
            </w:r>
          </w:p>
        </w:tc>
        <w:tc>
          <w:tcPr>
            <w:tcW w:w="650" w:type="dxa"/>
            <w:vAlign w:val="center"/>
          </w:tcPr>
          <w:p w14:paraId="4301C984" w14:textId="77777777" w:rsidR="003928F6" w:rsidRDefault="00000000">
            <w:pPr>
              <w:spacing w:after="60"/>
              <w:jc w:val="center"/>
            </w:pPr>
            <w:r>
              <w:t>□</w:t>
            </w:r>
          </w:p>
        </w:tc>
        <w:tc>
          <w:tcPr>
            <w:tcW w:w="1100" w:type="dxa"/>
            <w:vAlign w:val="center"/>
          </w:tcPr>
          <w:p w14:paraId="369CAA3D" w14:textId="77777777" w:rsidR="003928F6" w:rsidRDefault="00000000">
            <w:pPr>
              <w:spacing w:after="60"/>
              <w:jc w:val="center"/>
            </w:pPr>
            <w:r>
              <w:t>□</w:t>
            </w:r>
          </w:p>
        </w:tc>
        <w:tc>
          <w:tcPr>
            <w:tcW w:w="2822" w:type="dxa"/>
            <w:vAlign w:val="center"/>
          </w:tcPr>
          <w:p w14:paraId="333BC578" w14:textId="77777777" w:rsidR="003928F6" w:rsidRDefault="00000000">
            <w:pPr>
              <w:spacing w:after="60"/>
            </w:pPr>
            <w:r>
              <w:t>........................</w:t>
            </w:r>
          </w:p>
        </w:tc>
      </w:tr>
      <w:tr w:rsidR="003928F6" w14:paraId="658F3CCA" w14:textId="77777777">
        <w:trPr>
          <w:cantSplit/>
        </w:trPr>
        <w:tc>
          <w:tcPr>
            <w:tcW w:w="1500" w:type="dxa"/>
            <w:shd w:val="clear" w:color="auto" w:fill="F5F8FA"/>
            <w:vAlign w:val="center"/>
          </w:tcPr>
          <w:p w14:paraId="5E927EE4" w14:textId="77777777" w:rsidR="003928F6" w:rsidRDefault="00000000">
            <w:pPr>
              <w:spacing w:after="60"/>
            </w:pPr>
            <w:r>
              <w:t>Hợp tác</w:t>
            </w:r>
          </w:p>
        </w:tc>
        <w:tc>
          <w:tcPr>
            <w:tcW w:w="3000" w:type="dxa"/>
            <w:shd w:val="clear" w:color="auto" w:fill="F5F8FA"/>
            <w:vAlign w:val="center"/>
          </w:tcPr>
          <w:p w14:paraId="351ADA67" w14:textId="77777777" w:rsidR="003928F6" w:rsidRDefault="00000000">
            <w:pPr>
              <w:spacing w:after="60"/>
            </w:pPr>
            <w:r>
              <w:t>Có phân công, mọi thành viên tham gia</w:t>
            </w:r>
          </w:p>
        </w:tc>
        <w:tc>
          <w:tcPr>
            <w:tcW w:w="650" w:type="dxa"/>
            <w:shd w:val="clear" w:color="auto" w:fill="F5F8FA"/>
            <w:vAlign w:val="center"/>
          </w:tcPr>
          <w:p w14:paraId="623978A2" w14:textId="77777777" w:rsidR="003928F6" w:rsidRDefault="00000000">
            <w:pPr>
              <w:spacing w:after="60"/>
              <w:jc w:val="center"/>
            </w:pPr>
            <w:r>
              <w:t>□</w:t>
            </w:r>
          </w:p>
        </w:tc>
        <w:tc>
          <w:tcPr>
            <w:tcW w:w="1100" w:type="dxa"/>
            <w:shd w:val="clear" w:color="auto" w:fill="F5F8FA"/>
            <w:vAlign w:val="center"/>
          </w:tcPr>
          <w:p w14:paraId="51D5C92D" w14:textId="77777777" w:rsidR="003928F6" w:rsidRDefault="00000000">
            <w:pPr>
              <w:spacing w:after="60"/>
              <w:jc w:val="center"/>
            </w:pPr>
            <w:r>
              <w:t>□</w:t>
            </w:r>
          </w:p>
        </w:tc>
        <w:tc>
          <w:tcPr>
            <w:tcW w:w="2822" w:type="dxa"/>
            <w:shd w:val="clear" w:color="auto" w:fill="F5F8FA"/>
            <w:vAlign w:val="center"/>
          </w:tcPr>
          <w:p w14:paraId="11939386" w14:textId="77777777" w:rsidR="003928F6" w:rsidRDefault="00000000">
            <w:pPr>
              <w:spacing w:after="60"/>
            </w:pPr>
            <w:r>
              <w:t>........................</w:t>
            </w:r>
          </w:p>
        </w:tc>
      </w:tr>
      <w:tr w:rsidR="003928F6" w14:paraId="4DA7BF43" w14:textId="77777777">
        <w:trPr>
          <w:cantSplit/>
        </w:trPr>
        <w:tc>
          <w:tcPr>
            <w:tcW w:w="1500" w:type="dxa"/>
            <w:vAlign w:val="center"/>
          </w:tcPr>
          <w:p w14:paraId="431C0BAA" w14:textId="77777777" w:rsidR="003928F6" w:rsidRDefault="00000000">
            <w:pPr>
              <w:spacing w:after="60"/>
            </w:pPr>
            <w:r>
              <w:t>Tự sửa</w:t>
            </w:r>
          </w:p>
        </w:tc>
        <w:tc>
          <w:tcPr>
            <w:tcW w:w="3000" w:type="dxa"/>
            <w:vAlign w:val="center"/>
          </w:tcPr>
          <w:p w14:paraId="25F86362" w14:textId="77777777" w:rsidR="003928F6" w:rsidRDefault="00000000">
            <w:pPr>
              <w:spacing w:after="60"/>
            </w:pPr>
            <w:r>
              <w:t>Tiếp nhận phản hồi và hoàn thiện sản phẩm</w:t>
            </w:r>
          </w:p>
        </w:tc>
        <w:tc>
          <w:tcPr>
            <w:tcW w:w="650" w:type="dxa"/>
            <w:vAlign w:val="center"/>
          </w:tcPr>
          <w:p w14:paraId="45096C49" w14:textId="77777777" w:rsidR="003928F6" w:rsidRDefault="00000000">
            <w:pPr>
              <w:spacing w:after="60"/>
              <w:jc w:val="center"/>
            </w:pPr>
            <w:r>
              <w:t>□</w:t>
            </w:r>
          </w:p>
        </w:tc>
        <w:tc>
          <w:tcPr>
            <w:tcW w:w="1100" w:type="dxa"/>
            <w:vAlign w:val="center"/>
          </w:tcPr>
          <w:p w14:paraId="158C0384" w14:textId="77777777" w:rsidR="003928F6" w:rsidRDefault="00000000">
            <w:pPr>
              <w:spacing w:after="60"/>
              <w:jc w:val="center"/>
            </w:pPr>
            <w:r>
              <w:t>□</w:t>
            </w:r>
          </w:p>
        </w:tc>
        <w:tc>
          <w:tcPr>
            <w:tcW w:w="2822" w:type="dxa"/>
            <w:vAlign w:val="center"/>
          </w:tcPr>
          <w:p w14:paraId="376F8E02" w14:textId="77777777" w:rsidR="003928F6" w:rsidRDefault="00000000">
            <w:pPr>
              <w:spacing w:after="60"/>
            </w:pPr>
            <w:r>
              <w:t>........................</w:t>
            </w:r>
          </w:p>
        </w:tc>
      </w:tr>
    </w:tbl>
    <w:p w14:paraId="376153B1" w14:textId="77777777" w:rsidR="003928F6" w:rsidRDefault="003928F6">
      <w:pPr>
        <w:spacing w:after="60"/>
      </w:pPr>
    </w:p>
    <w:p w14:paraId="2BD48BC9" w14:textId="77777777" w:rsidR="003928F6" w:rsidRDefault="00000000">
      <w:pPr>
        <w:pStyle w:val="Heading2"/>
        <w:spacing w:before="0" w:after="60"/>
      </w:pPr>
      <w:r>
        <w:rPr>
          <w:rFonts w:ascii="Times New Roman" w:eastAsia="Times New Roman" w:hAnsi="Times New Roman"/>
        </w:rPr>
        <w:t>2. Tiêu chí đánh giá sản phẩm vận dụng</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100"/>
        <w:gridCol w:w="3486"/>
        <w:gridCol w:w="3486"/>
      </w:tblGrid>
      <w:tr w:rsidR="003928F6" w14:paraId="5CAA47F7" w14:textId="77777777">
        <w:trPr>
          <w:cantSplit/>
          <w:tblHeader/>
        </w:trPr>
        <w:tc>
          <w:tcPr>
            <w:tcW w:w="2100" w:type="dxa"/>
            <w:shd w:val="clear" w:color="auto" w:fill="173B57"/>
            <w:tcMar>
              <w:top w:w="110" w:type="dxa"/>
              <w:left w:w="120" w:type="dxa"/>
              <w:bottom w:w="110" w:type="dxa"/>
              <w:right w:w="120" w:type="dxa"/>
            </w:tcMar>
            <w:vAlign w:val="center"/>
          </w:tcPr>
          <w:p w14:paraId="140379BC" w14:textId="77777777" w:rsidR="003928F6" w:rsidRDefault="00000000">
            <w:pPr>
              <w:spacing w:after="60"/>
              <w:jc w:val="center"/>
            </w:pPr>
            <w:r>
              <w:rPr>
                <w:b/>
              </w:rPr>
              <w:t>Tiêu chí</w:t>
            </w:r>
          </w:p>
        </w:tc>
        <w:tc>
          <w:tcPr>
            <w:tcW w:w="3486" w:type="dxa"/>
            <w:shd w:val="clear" w:color="auto" w:fill="173B57"/>
            <w:tcMar>
              <w:top w:w="110" w:type="dxa"/>
              <w:left w:w="120" w:type="dxa"/>
              <w:bottom w:w="110" w:type="dxa"/>
              <w:right w:w="120" w:type="dxa"/>
            </w:tcMar>
            <w:vAlign w:val="center"/>
          </w:tcPr>
          <w:p w14:paraId="6461E15C" w14:textId="77777777" w:rsidR="003928F6" w:rsidRDefault="00000000">
            <w:pPr>
              <w:spacing w:after="60"/>
              <w:jc w:val="center"/>
            </w:pPr>
            <w:r>
              <w:rPr>
                <w:b/>
              </w:rPr>
              <w:t>Mức đạt</w:t>
            </w:r>
          </w:p>
        </w:tc>
        <w:tc>
          <w:tcPr>
            <w:tcW w:w="3486" w:type="dxa"/>
            <w:shd w:val="clear" w:color="auto" w:fill="173B57"/>
            <w:tcMar>
              <w:top w:w="110" w:type="dxa"/>
              <w:left w:w="120" w:type="dxa"/>
              <w:bottom w:w="110" w:type="dxa"/>
              <w:right w:w="120" w:type="dxa"/>
            </w:tcMar>
            <w:vAlign w:val="center"/>
          </w:tcPr>
          <w:p w14:paraId="1A0F6BE1" w14:textId="77777777" w:rsidR="003928F6" w:rsidRDefault="00000000">
            <w:pPr>
              <w:spacing w:after="60"/>
              <w:jc w:val="center"/>
            </w:pPr>
            <w:r>
              <w:rPr>
                <w:b/>
              </w:rPr>
              <w:t>Mức cần hoàn thiện</w:t>
            </w:r>
          </w:p>
        </w:tc>
      </w:tr>
      <w:tr w:rsidR="003928F6" w14:paraId="0EBDC989" w14:textId="77777777">
        <w:trPr>
          <w:cantSplit/>
        </w:trPr>
        <w:tc>
          <w:tcPr>
            <w:tcW w:w="2100" w:type="dxa"/>
            <w:vAlign w:val="center"/>
          </w:tcPr>
          <w:p w14:paraId="0B97B589" w14:textId="77777777" w:rsidR="003928F6" w:rsidRDefault="00000000">
            <w:pPr>
              <w:spacing w:after="60"/>
            </w:pPr>
            <w:r>
              <w:t>Nội dung</w:t>
            </w:r>
          </w:p>
        </w:tc>
        <w:tc>
          <w:tcPr>
            <w:tcW w:w="3486" w:type="dxa"/>
            <w:vAlign w:val="center"/>
          </w:tcPr>
          <w:p w14:paraId="561C0456" w14:textId="77777777" w:rsidR="003928F6" w:rsidRDefault="00000000">
            <w:pPr>
              <w:spacing w:after="60"/>
            </w:pPr>
            <w:r>
              <w:t>Đủ các mục SGK yêu cầu; liên hệ đúng vai trò KHTN</w:t>
            </w:r>
          </w:p>
        </w:tc>
        <w:tc>
          <w:tcPr>
            <w:tcW w:w="3486" w:type="dxa"/>
            <w:vAlign w:val="center"/>
          </w:tcPr>
          <w:p w14:paraId="0BDF4098" w14:textId="77777777" w:rsidR="003928F6" w:rsidRDefault="00000000">
            <w:pPr>
              <w:spacing w:after="60"/>
            </w:pPr>
            <w:r>
              <w:t>Thiếu mục hoặc liên hệ chưa rõ</w:t>
            </w:r>
          </w:p>
        </w:tc>
      </w:tr>
      <w:tr w:rsidR="003928F6" w14:paraId="7EFDEB13" w14:textId="77777777">
        <w:trPr>
          <w:cantSplit/>
        </w:trPr>
        <w:tc>
          <w:tcPr>
            <w:tcW w:w="2100" w:type="dxa"/>
            <w:shd w:val="clear" w:color="auto" w:fill="F5F8FA"/>
            <w:vAlign w:val="center"/>
          </w:tcPr>
          <w:p w14:paraId="21E936BB" w14:textId="77777777" w:rsidR="003928F6" w:rsidRDefault="00000000">
            <w:pPr>
              <w:spacing w:after="60"/>
            </w:pPr>
            <w:r>
              <w:t>Nguồn tư liệu</w:t>
            </w:r>
          </w:p>
        </w:tc>
        <w:tc>
          <w:tcPr>
            <w:tcW w:w="3486" w:type="dxa"/>
            <w:shd w:val="clear" w:color="auto" w:fill="F5F8FA"/>
            <w:vAlign w:val="center"/>
          </w:tcPr>
          <w:p w14:paraId="0AE572FD" w14:textId="77777777" w:rsidR="003928F6" w:rsidRDefault="00000000">
            <w:pPr>
              <w:spacing w:after="60"/>
            </w:pPr>
            <w:r>
              <w:t>Có ghi nguồn; thông tin rõ</w:t>
            </w:r>
          </w:p>
        </w:tc>
        <w:tc>
          <w:tcPr>
            <w:tcW w:w="3486" w:type="dxa"/>
            <w:shd w:val="clear" w:color="auto" w:fill="F5F8FA"/>
            <w:vAlign w:val="center"/>
          </w:tcPr>
          <w:p w14:paraId="1F78F93A" w14:textId="77777777" w:rsidR="003928F6" w:rsidRDefault="00000000">
            <w:pPr>
              <w:spacing w:after="60"/>
            </w:pPr>
            <w:r>
              <w:t>Không ghi nguồn hoặc thông tin chưa kiểm tra</w:t>
            </w:r>
          </w:p>
        </w:tc>
      </w:tr>
      <w:tr w:rsidR="003928F6" w14:paraId="16A1FA37" w14:textId="77777777">
        <w:trPr>
          <w:cantSplit/>
        </w:trPr>
        <w:tc>
          <w:tcPr>
            <w:tcW w:w="2100" w:type="dxa"/>
            <w:vAlign w:val="center"/>
          </w:tcPr>
          <w:p w14:paraId="6E304344" w14:textId="77777777" w:rsidR="003928F6" w:rsidRDefault="00000000">
            <w:pPr>
              <w:spacing w:after="60"/>
            </w:pPr>
            <w:r>
              <w:t>Trình bày</w:t>
            </w:r>
          </w:p>
        </w:tc>
        <w:tc>
          <w:tcPr>
            <w:tcW w:w="3486" w:type="dxa"/>
            <w:vAlign w:val="center"/>
          </w:tcPr>
          <w:p w14:paraId="4C918236" w14:textId="77777777" w:rsidR="003928F6" w:rsidRDefault="00000000">
            <w:pPr>
              <w:spacing w:after="60"/>
            </w:pPr>
            <w:r>
              <w:t>Dễ đọc; hình ảnh phù hợp</w:t>
            </w:r>
          </w:p>
        </w:tc>
        <w:tc>
          <w:tcPr>
            <w:tcW w:w="3486" w:type="dxa"/>
            <w:vAlign w:val="center"/>
          </w:tcPr>
          <w:p w14:paraId="053D2ADC" w14:textId="77777777" w:rsidR="003928F6" w:rsidRDefault="00000000">
            <w:pPr>
              <w:spacing w:after="60"/>
            </w:pPr>
            <w:r>
              <w:t>Khó đọc; hình chưa gắn với nội dung</w:t>
            </w:r>
          </w:p>
        </w:tc>
      </w:tr>
      <w:tr w:rsidR="003928F6" w14:paraId="1E3B0526" w14:textId="77777777">
        <w:trPr>
          <w:cantSplit/>
        </w:trPr>
        <w:tc>
          <w:tcPr>
            <w:tcW w:w="2100" w:type="dxa"/>
            <w:shd w:val="clear" w:color="auto" w:fill="F5F8FA"/>
            <w:vAlign w:val="center"/>
          </w:tcPr>
          <w:p w14:paraId="5F08BD9C" w14:textId="77777777" w:rsidR="003928F6" w:rsidRDefault="00000000">
            <w:pPr>
              <w:spacing w:after="60"/>
            </w:pPr>
            <w:r>
              <w:t>Hợp tác</w:t>
            </w:r>
          </w:p>
        </w:tc>
        <w:tc>
          <w:tcPr>
            <w:tcW w:w="3486" w:type="dxa"/>
            <w:shd w:val="clear" w:color="auto" w:fill="F5F8FA"/>
            <w:vAlign w:val="center"/>
          </w:tcPr>
          <w:p w14:paraId="6D5EFB43" w14:textId="77777777" w:rsidR="003928F6" w:rsidRDefault="00000000">
            <w:pPr>
              <w:spacing w:after="60"/>
            </w:pPr>
            <w:r>
              <w:t>Có phân công và minh chứng mọi thành viên tham gia</w:t>
            </w:r>
          </w:p>
        </w:tc>
        <w:tc>
          <w:tcPr>
            <w:tcW w:w="3486" w:type="dxa"/>
            <w:shd w:val="clear" w:color="auto" w:fill="F5F8FA"/>
            <w:vAlign w:val="center"/>
          </w:tcPr>
          <w:p w14:paraId="6FDA2143" w14:textId="77777777" w:rsidR="003928F6" w:rsidRDefault="00000000">
            <w:pPr>
              <w:spacing w:after="60"/>
            </w:pPr>
            <w:r>
              <w:t>Phân công chưa rõ hoặc có thành viên chưa tham gia</w:t>
            </w:r>
          </w:p>
        </w:tc>
      </w:tr>
    </w:tbl>
    <w:p w14:paraId="59413561" w14:textId="77777777" w:rsidR="003928F6" w:rsidRDefault="003928F6">
      <w:pPr>
        <w:spacing w:after="60"/>
      </w:pPr>
    </w:p>
    <w:p w14:paraId="35A9BB62" w14:textId="77777777" w:rsidR="003928F6" w:rsidRDefault="00000000">
      <w:pPr>
        <w:pStyle w:val="Heading1"/>
        <w:pageBreakBefore/>
        <w:spacing w:before="0" w:after="60"/>
      </w:pPr>
      <w:r>
        <w:rPr>
          <w:rFonts w:ascii="Times New Roman" w:eastAsia="Times New Roman" w:hAnsi="Times New Roman"/>
        </w:rPr>
        <w:lastRenderedPageBreak/>
        <w:t>PHỤ LỤC 6. ĐÁP ÁN VÀ DỰ KIẾN SẢN PHẨM</w:t>
      </w:r>
    </w:p>
    <w:p w14:paraId="4B865CB7" w14:textId="77777777" w:rsidR="003928F6" w:rsidRDefault="00000000">
      <w:pPr>
        <w:pStyle w:val="Heading2"/>
        <w:spacing w:before="0" w:after="60"/>
      </w:pPr>
      <w:r>
        <w:rPr>
          <w:rFonts w:ascii="Times New Roman" w:eastAsia="Times New Roman" w:hAnsi="Times New Roman"/>
        </w:rPr>
        <w:t>1. Phiếu số 1</w:t>
      </w:r>
    </w:p>
    <w:p w14:paraId="7C9FC892" w14:textId="77777777" w:rsidR="003928F6" w:rsidRDefault="00000000">
      <w:pPr>
        <w:spacing w:after="60"/>
      </w:pPr>
      <w:r>
        <w:rPr>
          <w:b/>
        </w:rPr>
        <w:t xml:space="preserve">Ba khả năng của vật sống: </w:t>
      </w:r>
      <w:r>
        <w:t>Trao đổi chất với môi trường; lớn lên; sinh sản.</w:t>
      </w:r>
    </w:p>
    <w:p w14:paraId="18DE7F0E" w14:textId="77777777" w:rsidR="003928F6" w:rsidRDefault="00000000">
      <w:pPr>
        <w:spacing w:after="60"/>
      </w:pPr>
      <w:r>
        <w:rPr>
          <w:b/>
        </w:rPr>
        <w:t xml:space="preserve">Vật sống: </w:t>
      </w:r>
      <w:r>
        <w:t>Con người, cây lúa, con voi.</w:t>
      </w:r>
    </w:p>
    <w:p w14:paraId="2ABCF2DC" w14:textId="77777777" w:rsidR="003928F6" w:rsidRDefault="00000000">
      <w:pPr>
        <w:spacing w:after="60"/>
      </w:pPr>
      <w:r>
        <w:rPr>
          <w:b/>
        </w:rPr>
        <w:t xml:space="preserve">Vật không sống: </w:t>
      </w:r>
      <w:r>
        <w:t>Trái Đất, cái bàn, cây cầu.</w:t>
      </w:r>
    </w:p>
    <w:p w14:paraId="2DBDB34C" w14:textId="77777777" w:rsidR="003928F6" w:rsidRDefault="00000000">
      <w:pPr>
        <w:pStyle w:val="Heading2"/>
        <w:spacing w:before="0" w:after="60"/>
      </w:pPr>
      <w:r>
        <w:rPr>
          <w:rFonts w:ascii="Times New Roman" w:eastAsia="Times New Roman" w:hAnsi="Times New Roman"/>
        </w:rPr>
        <w:t>2. Phiếu số 2</w:t>
      </w:r>
    </w:p>
    <w:p w14:paraId="61942820" w14:textId="77777777" w:rsidR="003928F6" w:rsidRDefault="00000000">
      <w:pPr>
        <w:spacing w:after="60"/>
      </w:pPr>
      <w:r>
        <w:rPr>
          <w:b/>
        </w:rPr>
        <w:t xml:space="preserve">Bảng 1.1: </w:t>
      </w:r>
      <w:r>
        <w:t>a - Vật lí học; b - Hóa học; c - Vật lí học; d - Sinh học.</w:t>
      </w:r>
    </w:p>
    <w:p w14:paraId="0BD43256" w14:textId="77777777" w:rsidR="003928F6" w:rsidRDefault="00000000">
      <w:pPr>
        <w:spacing w:after="60"/>
      </w:pPr>
      <w:r>
        <w:rPr>
          <w:b/>
        </w:rPr>
        <w:t xml:space="preserve">Sinh học: </w:t>
      </w:r>
      <w:r>
        <w:t>Nghiên cứu vật sống.</w:t>
      </w:r>
    </w:p>
    <w:p w14:paraId="669BD77E" w14:textId="77777777" w:rsidR="003928F6" w:rsidRDefault="00000000">
      <w:pPr>
        <w:spacing w:after="60"/>
      </w:pPr>
      <w:r>
        <w:rPr>
          <w:b/>
        </w:rPr>
        <w:t xml:space="preserve">Hóa học: </w:t>
      </w:r>
      <w:r>
        <w:t>Nghiên cứu các chất và sự biến đổi của chúng.</w:t>
      </w:r>
    </w:p>
    <w:p w14:paraId="03A6FD34" w14:textId="77777777" w:rsidR="003928F6" w:rsidRDefault="00000000">
      <w:pPr>
        <w:spacing w:after="60"/>
      </w:pPr>
      <w:r>
        <w:rPr>
          <w:b/>
        </w:rPr>
        <w:t xml:space="preserve">Vật lí học: </w:t>
      </w:r>
      <w:r>
        <w:t>Nghiên cứu chuyển động, lực và năng lượng.</w:t>
      </w:r>
    </w:p>
    <w:p w14:paraId="384C741B" w14:textId="77777777" w:rsidR="003928F6" w:rsidRDefault="00000000">
      <w:pPr>
        <w:spacing w:after="60"/>
      </w:pPr>
      <w:r>
        <w:rPr>
          <w:b/>
        </w:rPr>
        <w:t xml:space="preserve">Khoa học Trái Đất: </w:t>
      </w:r>
      <w:r>
        <w:t>Nghiên cứu Trái Đất và bầu khí quyển bao quanh.</w:t>
      </w:r>
    </w:p>
    <w:p w14:paraId="680EFCD5" w14:textId="77777777" w:rsidR="003928F6" w:rsidRDefault="00000000">
      <w:pPr>
        <w:spacing w:after="60"/>
      </w:pPr>
      <w:r>
        <w:rPr>
          <w:b/>
        </w:rPr>
        <w:t xml:space="preserve">Thiên văn học: </w:t>
      </w:r>
      <w:r>
        <w:t>Nghiên cứu các thiên thể.</w:t>
      </w:r>
    </w:p>
    <w:p w14:paraId="22066D18" w14:textId="77777777" w:rsidR="003928F6" w:rsidRDefault="00000000">
      <w:pPr>
        <w:spacing w:after="60"/>
      </w:pPr>
      <w:r>
        <w:rPr>
          <w:b/>
        </w:rPr>
        <w:t xml:space="preserve">Lưu ý hiện tượng d: </w:t>
      </w:r>
      <w:r>
        <w:t>Chấp nhận dự đoán có căn cứ và cách theo dõi; không yêu cầu kết luận từ một quan sát ngắn trong tiết học.</w:t>
      </w:r>
    </w:p>
    <w:p w14:paraId="6B93F2E7" w14:textId="77777777" w:rsidR="003928F6" w:rsidRDefault="00000000">
      <w:pPr>
        <w:pStyle w:val="Heading2"/>
        <w:spacing w:before="0" w:after="60"/>
      </w:pPr>
      <w:r>
        <w:rPr>
          <w:rFonts w:ascii="Times New Roman" w:eastAsia="Times New Roman" w:hAnsi="Times New Roman"/>
        </w:rPr>
        <w:t>3. Phiếu số 3</w:t>
      </w:r>
    </w:p>
    <w:tbl>
      <w:tblPr>
        <w:tblW w:w="9072" w:type="dxa"/>
        <w:tblBorders>
          <w:top w:val="single" w:sz="6" w:space="0" w:color="9AA8B4"/>
          <w:left w:val="single" w:sz="6" w:space="0" w:color="9AA8B4"/>
          <w:bottom w:val="single" w:sz="6" w:space="0" w:color="9AA8B4"/>
          <w:right w:val="single" w:sz="6" w:space="0" w:color="9AA8B4"/>
          <w:insideH w:val="single" w:sz="6" w:space="0" w:color="9AA8B4"/>
          <w:insideV w:val="single" w:sz="6" w:space="0" w:color="9AA8B4"/>
        </w:tblBorders>
        <w:tblLayout w:type="fixed"/>
        <w:tblLook w:val="04A0" w:firstRow="1" w:lastRow="0" w:firstColumn="1" w:lastColumn="0" w:noHBand="0" w:noVBand="1"/>
      </w:tblPr>
      <w:tblGrid>
        <w:gridCol w:w="2300"/>
        <w:gridCol w:w="3386"/>
        <w:gridCol w:w="3386"/>
      </w:tblGrid>
      <w:tr w:rsidR="003928F6" w14:paraId="0FC9E8F0" w14:textId="77777777">
        <w:trPr>
          <w:cantSplit/>
          <w:tblHeader/>
        </w:trPr>
        <w:tc>
          <w:tcPr>
            <w:tcW w:w="2300" w:type="dxa"/>
            <w:shd w:val="clear" w:color="auto" w:fill="173B57"/>
            <w:tcMar>
              <w:top w:w="110" w:type="dxa"/>
              <w:left w:w="120" w:type="dxa"/>
              <w:bottom w:w="110" w:type="dxa"/>
              <w:right w:w="120" w:type="dxa"/>
            </w:tcMar>
            <w:vAlign w:val="center"/>
          </w:tcPr>
          <w:p w14:paraId="25DA892C" w14:textId="77777777" w:rsidR="003928F6" w:rsidRDefault="00000000">
            <w:pPr>
              <w:spacing w:after="60"/>
              <w:jc w:val="center"/>
            </w:pPr>
            <w:r>
              <w:rPr>
                <w:b/>
              </w:rPr>
              <w:t>Lĩnh vực</w:t>
            </w:r>
          </w:p>
        </w:tc>
        <w:tc>
          <w:tcPr>
            <w:tcW w:w="3386" w:type="dxa"/>
            <w:shd w:val="clear" w:color="auto" w:fill="173B57"/>
            <w:tcMar>
              <w:top w:w="110" w:type="dxa"/>
              <w:left w:w="120" w:type="dxa"/>
              <w:bottom w:w="110" w:type="dxa"/>
              <w:right w:w="120" w:type="dxa"/>
            </w:tcMar>
            <w:vAlign w:val="center"/>
          </w:tcPr>
          <w:p w14:paraId="4BCD1D33" w14:textId="77777777" w:rsidR="003928F6" w:rsidRDefault="00000000">
            <w:pPr>
              <w:spacing w:after="60"/>
              <w:jc w:val="center"/>
            </w:pPr>
            <w:r>
              <w:rPr>
                <w:b/>
              </w:rPr>
              <w:t>Trước đây</w:t>
            </w:r>
          </w:p>
        </w:tc>
        <w:tc>
          <w:tcPr>
            <w:tcW w:w="3386" w:type="dxa"/>
            <w:shd w:val="clear" w:color="auto" w:fill="173B57"/>
            <w:tcMar>
              <w:top w:w="110" w:type="dxa"/>
              <w:left w:w="120" w:type="dxa"/>
              <w:bottom w:w="110" w:type="dxa"/>
              <w:right w:w="120" w:type="dxa"/>
            </w:tcMar>
            <w:vAlign w:val="center"/>
          </w:tcPr>
          <w:p w14:paraId="16E5FA8E" w14:textId="77777777" w:rsidR="003928F6" w:rsidRDefault="00000000">
            <w:pPr>
              <w:spacing w:after="60"/>
              <w:jc w:val="center"/>
            </w:pPr>
            <w:r>
              <w:rPr>
                <w:b/>
              </w:rPr>
              <w:t>Hiện nay</w:t>
            </w:r>
          </w:p>
        </w:tc>
      </w:tr>
      <w:tr w:rsidR="003928F6" w14:paraId="014F1E08" w14:textId="77777777">
        <w:trPr>
          <w:cantSplit/>
        </w:trPr>
        <w:tc>
          <w:tcPr>
            <w:tcW w:w="2300" w:type="dxa"/>
            <w:vAlign w:val="center"/>
          </w:tcPr>
          <w:p w14:paraId="4FFA0060" w14:textId="77777777" w:rsidR="003928F6" w:rsidRDefault="00000000">
            <w:pPr>
              <w:spacing w:after="60"/>
            </w:pPr>
            <w:r>
              <w:t>Thông tin liên lạc</w:t>
            </w:r>
          </w:p>
        </w:tc>
        <w:tc>
          <w:tcPr>
            <w:tcW w:w="3386" w:type="dxa"/>
            <w:vAlign w:val="center"/>
          </w:tcPr>
          <w:p w14:paraId="44ED3DC3" w14:textId="77777777" w:rsidR="003928F6" w:rsidRDefault="00000000">
            <w:pPr>
              <w:spacing w:after="60"/>
            </w:pPr>
            <w:r>
              <w:t>Người cưỡi ngựa truyền tin</w:t>
            </w:r>
          </w:p>
        </w:tc>
        <w:tc>
          <w:tcPr>
            <w:tcW w:w="3386" w:type="dxa"/>
            <w:vAlign w:val="center"/>
          </w:tcPr>
          <w:p w14:paraId="5C674857" w14:textId="77777777" w:rsidR="003928F6" w:rsidRDefault="00000000">
            <w:pPr>
              <w:spacing w:after="60"/>
            </w:pPr>
            <w:r>
              <w:t>Điện thoại</w:t>
            </w:r>
          </w:p>
        </w:tc>
      </w:tr>
      <w:tr w:rsidR="003928F6" w14:paraId="443FF47E" w14:textId="77777777">
        <w:trPr>
          <w:cantSplit/>
        </w:trPr>
        <w:tc>
          <w:tcPr>
            <w:tcW w:w="2300" w:type="dxa"/>
            <w:shd w:val="clear" w:color="auto" w:fill="F5F8FA"/>
            <w:vAlign w:val="center"/>
          </w:tcPr>
          <w:p w14:paraId="533FC603" w14:textId="77777777" w:rsidR="003928F6" w:rsidRDefault="00000000">
            <w:pPr>
              <w:spacing w:after="60"/>
            </w:pPr>
            <w:r>
              <w:t>Sản xuất</w:t>
            </w:r>
          </w:p>
        </w:tc>
        <w:tc>
          <w:tcPr>
            <w:tcW w:w="3386" w:type="dxa"/>
            <w:shd w:val="clear" w:color="auto" w:fill="F5F8FA"/>
            <w:vAlign w:val="center"/>
          </w:tcPr>
          <w:p w14:paraId="509C4844" w14:textId="77777777" w:rsidR="003928F6" w:rsidRDefault="00000000">
            <w:pPr>
              <w:spacing w:after="60"/>
            </w:pPr>
            <w:r>
              <w:t>Dùng sức kéo của trâu</w:t>
            </w:r>
          </w:p>
        </w:tc>
        <w:tc>
          <w:tcPr>
            <w:tcW w:w="3386" w:type="dxa"/>
            <w:shd w:val="clear" w:color="auto" w:fill="F5F8FA"/>
            <w:vAlign w:val="center"/>
          </w:tcPr>
          <w:p w14:paraId="168D4294" w14:textId="77777777" w:rsidR="003928F6" w:rsidRDefault="00000000">
            <w:pPr>
              <w:spacing w:after="60"/>
            </w:pPr>
            <w:r>
              <w:t>Máy kéo</w:t>
            </w:r>
          </w:p>
        </w:tc>
      </w:tr>
      <w:tr w:rsidR="003928F6" w14:paraId="1A27C1AB" w14:textId="77777777">
        <w:trPr>
          <w:cantSplit/>
        </w:trPr>
        <w:tc>
          <w:tcPr>
            <w:tcW w:w="2300" w:type="dxa"/>
            <w:vAlign w:val="center"/>
          </w:tcPr>
          <w:p w14:paraId="64935F9C" w14:textId="77777777" w:rsidR="003928F6" w:rsidRDefault="00000000">
            <w:pPr>
              <w:spacing w:after="60"/>
            </w:pPr>
            <w:r>
              <w:t>Giao thông vận tải</w:t>
            </w:r>
          </w:p>
        </w:tc>
        <w:tc>
          <w:tcPr>
            <w:tcW w:w="3386" w:type="dxa"/>
            <w:vAlign w:val="center"/>
          </w:tcPr>
          <w:p w14:paraId="04C7DBB6" w14:textId="77777777" w:rsidR="003928F6" w:rsidRDefault="00000000">
            <w:pPr>
              <w:spacing w:after="60"/>
            </w:pPr>
            <w:r>
              <w:t>Cáng, bè</w:t>
            </w:r>
          </w:p>
        </w:tc>
        <w:tc>
          <w:tcPr>
            <w:tcW w:w="3386" w:type="dxa"/>
            <w:vAlign w:val="center"/>
          </w:tcPr>
          <w:p w14:paraId="02448826" w14:textId="77777777" w:rsidR="003928F6" w:rsidRDefault="00000000">
            <w:pPr>
              <w:spacing w:after="60"/>
            </w:pPr>
            <w:r>
              <w:t>Tàu thủy, tàu hỏa</w:t>
            </w:r>
          </w:p>
        </w:tc>
      </w:tr>
    </w:tbl>
    <w:p w14:paraId="023D88E1" w14:textId="77777777" w:rsidR="003928F6" w:rsidRDefault="003928F6">
      <w:pPr>
        <w:spacing w:after="60"/>
      </w:pPr>
    </w:p>
    <w:p w14:paraId="0DB8DC5C" w14:textId="77777777" w:rsidR="003928F6" w:rsidRDefault="00000000">
      <w:pPr>
        <w:spacing w:after="60"/>
      </w:pPr>
      <w:r>
        <w:rPr>
          <w:b/>
        </w:rPr>
        <w:t xml:space="preserve">Vai trò: </w:t>
      </w:r>
      <w:r>
        <w:t>Các thành tựu của KHTN được áp dụng vào công nghệ để chế tạo ra các phương tiện phục vụ đời sống con người.</w:t>
      </w:r>
    </w:p>
    <w:p w14:paraId="07EA66E1" w14:textId="77777777" w:rsidR="003928F6" w:rsidRDefault="00000000">
      <w:pPr>
        <w:spacing w:after="60"/>
      </w:pPr>
      <w:r>
        <w:rPr>
          <w:b/>
        </w:rPr>
        <w:t xml:space="preserve">Mặt hạn chế: </w:t>
      </w:r>
      <w:r>
        <w:t>Nếu không được sử dụng đúng phương pháp, đúng mục đích, các ứng dụng của KHTN có thể gây hại tới môi trường tự nhiên và con người.</w:t>
      </w:r>
    </w:p>
    <w:p w14:paraId="46798BB9" w14:textId="77777777" w:rsidR="003928F6" w:rsidRDefault="00000000">
      <w:pPr>
        <w:pStyle w:val="Heading2"/>
        <w:spacing w:before="0" w:after="60"/>
      </w:pPr>
      <w:r>
        <w:rPr>
          <w:rFonts w:ascii="Times New Roman" w:eastAsia="Times New Roman" w:hAnsi="Times New Roman"/>
        </w:rPr>
        <w:t>4. Phiếu luyện tập</w:t>
      </w:r>
    </w:p>
    <w:p w14:paraId="3FF204B6" w14:textId="77777777" w:rsidR="003928F6" w:rsidRDefault="00000000">
      <w:pPr>
        <w:spacing w:after="60"/>
      </w:pPr>
      <w:r>
        <w:rPr>
          <w:b/>
        </w:rPr>
        <w:t xml:space="preserve">Phần 1: </w:t>
      </w:r>
      <w:r>
        <w:t>KHTN là một nhánh của khoa học, nghiên cứu các hiện tượng tự nhiên, tìm ra các tính chất, các quy luật của chúng.</w:t>
      </w:r>
    </w:p>
    <w:p w14:paraId="42AB7F0D" w14:textId="77777777" w:rsidR="003928F6" w:rsidRDefault="00000000">
      <w:pPr>
        <w:spacing w:after="60"/>
      </w:pPr>
      <w:r>
        <w:rPr>
          <w:b/>
        </w:rPr>
        <w:t xml:space="preserve">Phần 2: </w:t>
      </w:r>
      <w:r>
        <w:t>Trái Đất là vật không sống; cây lúa là vật sống. Căn cứ vào khả năng trao đổi chất, lớn lên và sinh sản.</w:t>
      </w:r>
    </w:p>
    <w:p w14:paraId="4835F3C2" w14:textId="77777777" w:rsidR="003928F6" w:rsidRDefault="00000000">
      <w:pPr>
        <w:spacing w:after="60"/>
      </w:pPr>
      <w:r>
        <w:rPr>
          <w:b/>
        </w:rPr>
        <w:t xml:space="preserve">Phần 3: </w:t>
      </w:r>
      <w:r>
        <w:t>a - Vật lí học; b - Hóa học; c - Vật lí học; d - Sinh học.</w:t>
      </w:r>
    </w:p>
    <w:p w14:paraId="58D531BE" w14:textId="77777777" w:rsidR="003928F6" w:rsidRDefault="00000000">
      <w:pPr>
        <w:spacing w:after="60"/>
      </w:pPr>
      <w:r>
        <w:rPr>
          <w:b/>
        </w:rPr>
        <w:t xml:space="preserve">Phần 4: </w:t>
      </w:r>
      <w:r>
        <w:t>Chấp nhận câu trả lời đúng, có căn cứ trực tiếp từ Hình 1.2 và Hình 1.3.</w:t>
      </w:r>
    </w:p>
    <w:p w14:paraId="05E21ED1" w14:textId="77777777" w:rsidR="003928F6" w:rsidRDefault="00000000">
      <w:pPr>
        <w:pStyle w:val="Heading1"/>
        <w:pageBreakBefore/>
        <w:spacing w:before="0" w:after="60"/>
      </w:pPr>
      <w:r>
        <w:rPr>
          <w:rFonts w:ascii="Times New Roman" w:eastAsia="Times New Roman" w:hAnsi="Times New Roman"/>
        </w:rPr>
        <w:lastRenderedPageBreak/>
        <w:t>TÀI LIỆU SỬ DỤNG</w:t>
      </w:r>
    </w:p>
    <w:p w14:paraId="4EC4F4C4" w14:textId="77777777" w:rsidR="003928F6" w:rsidRDefault="00000000">
      <w:pPr>
        <w:spacing w:after="60"/>
      </w:pPr>
      <w:r>
        <w:rPr>
          <w:b/>
        </w:rPr>
        <w:t xml:space="preserve">Tài liệu 1: </w:t>
      </w:r>
      <w:r>
        <w:t>SGK Khoa học tự nhiên 6 - Kết nối tri thức với cuộc sống, Bài 1, trang 7-10.</w:t>
      </w:r>
    </w:p>
    <w:p w14:paraId="74EEEFEC" w14:textId="77777777" w:rsidR="003928F6" w:rsidRDefault="00000000">
      <w:pPr>
        <w:spacing w:after="60"/>
      </w:pPr>
      <w:r>
        <w:rPr>
          <w:b/>
        </w:rPr>
        <w:t xml:space="preserve">Tài liệu 2: </w:t>
      </w:r>
      <w:r>
        <w:t>Công văn số 5512/BGDĐT-GDTrH ngày 18/12/2020 và Phụ lục IV - Khung kế hoạch bài dạy.</w:t>
      </w:r>
    </w:p>
    <w:sectPr w:rsidR="003928F6" w:rsidSect="00034616">
      <w:pgSz w:w="11906" w:h="16838"/>
      <w:pgMar w:top="1134" w:right="1134" w:bottom="1134" w:left="1701"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5044486">
    <w:abstractNumId w:val="8"/>
  </w:num>
  <w:num w:numId="2" w16cid:durableId="189539968">
    <w:abstractNumId w:val="6"/>
  </w:num>
  <w:num w:numId="3" w16cid:durableId="303897317">
    <w:abstractNumId w:val="5"/>
  </w:num>
  <w:num w:numId="4" w16cid:durableId="1600487099">
    <w:abstractNumId w:val="4"/>
  </w:num>
  <w:num w:numId="5" w16cid:durableId="489833491">
    <w:abstractNumId w:val="7"/>
  </w:num>
  <w:num w:numId="6" w16cid:durableId="1122726951">
    <w:abstractNumId w:val="3"/>
  </w:num>
  <w:num w:numId="7" w16cid:durableId="420103803">
    <w:abstractNumId w:val="2"/>
  </w:num>
  <w:num w:numId="8" w16cid:durableId="662390187">
    <w:abstractNumId w:val="1"/>
  </w:num>
  <w:num w:numId="9" w16cid:durableId="8194929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DF3"/>
    <w:rsid w:val="0015074B"/>
    <w:rsid w:val="0029639D"/>
    <w:rsid w:val="00326F90"/>
    <w:rsid w:val="003928F6"/>
    <w:rsid w:val="0045623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1DE66D"/>
  <w14:defaultImageDpi w14:val="300"/>
  <w15:docId w15:val="{D4609543-1C3F-304F-8602-19421A52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Times New Roman" w:eastAsia="Times New Roman" w:hAnsi="Times New Roman"/>
      <w:color w:val="000000"/>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7283</Words>
  <Characters>41518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bài dạy KHTN 6 - Bài 1 - Giới thiệu về Khoa học tự nhiên - 3 tiết</dc:title>
  <dc:subject>Kế hoạch bài dạy theo Công văn 5512</dc:subject>
  <dc:creator>Vương Thị Hồng Thắm</dc:creator>
  <cp:keywords>KHTN 6, Bài 1, Giới thiệu về Khoa học tự nhiên, Công văn 5512</cp:keywords>
  <dc:description>generated by python-docx</dc:description>
  <cp:lastModifiedBy>admin</cp:lastModifiedBy>
  <cp:revision>2</cp:revision>
  <dcterms:created xsi:type="dcterms:W3CDTF">2013-12-23T23:15:00Z</dcterms:created>
  <dcterms:modified xsi:type="dcterms:W3CDTF">2026-08-12T05:54:00Z</dcterms:modified>
  <cp:category/>
</cp:coreProperties>
</file>